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Біженці</w:t>
      </w:r>
    </w:p>
    <w:p>
      <w:r>
        <w:br/>
        <w:t xml:space="preserve"> &lt;p&gt;Біженців через село пройшло... Важко сказати, скільки їх пройшло,— але, мабуть, не так мало, щоб про це забути. Не так мало, якщо й тепер, коли заплющити очі, встають перед тобою змарнілі лиця тих, кого війна й голод вигнали з рідних домівок, погнали в світи шукати якогось затишного пристановиська, наче можна було його знайти; встають перед тобою благальні погляди людей, що випрохують шматок хліба, картоплину, крихітку ласки, тепла. Бувало, що виносили хліб, картоплю, але відмовляли в ласці. Бувало, зігрівали ласкою, але не могли вділити ні картоплі, ні хліба,— в самих нічого не залишилось. Проте хто тоді й тепер стане вимірювати, що було дорожчим і потрібнішим?!</w:t>
      </w:r>
    </w:p>
    <w:p>
      <w:r>
        <w:br/>
        <w:t>Йшли від села до села... А то й не доходили від одного до другого — звалювались у полі й поступово дубіли від холоду. Зима, змилосердившись, присипала їхні тіла снігом. І не залишалося жодного сліду.</w:t>
      </w:r>
    </w:p>
    <w:p>
      <w:r>
        <w:br/>
        <w:t>Коли ж добивались у село й просились переночувати, то вже біля першого-ліпшого обійстя їм казали:</w:t>
      </w:r>
    </w:p>
    <w:p>
      <w:r>
        <w:br/>
        <w:t>— А йдіть у Макарову хату, там переспите, погрієтесь.</w:t>
      </w:r>
    </w:p>
    <w:p>
      <w:r>
        <w:br/>
        <w:t>Макарова хата стояла над річкою, її господар кудись подався у війну — і вже не повернувся. Спочатку думали, що в когось пригрівся, та коли його все не було й не було, то догадались, чому не повернувся. І щоб хата не стояла пусткою, то спрямовували туди біженців. Бо вони, звичайно, хати не пересидять, а ще й вберегти повинні: лиха натерпілись, то їм стеля над головою дорожча всього.</w:t>
      </w:r>
    </w:p>
    <w:p>
      <w:r>
        <w:br/>
        <w:t>В різний час там побували різні люди. Але ніхто з них не зоставався надовго — всіх гнав страх, подих невідомого, невтолиме бажання певнішого місця, безпечного. Жалко було дивитись на них: кожен, хоча й прив'язаний до клаптика землі, до власного порога, впізнавав у їхній долі — свою.</w:t>
      </w:r>
    </w:p>
    <w:p>
      <w:r>
        <w:br/>
        <w:t>Ранньої весни, по розгрузлих дорогах, вони дочвалали до нашого села. Мабуть, пішли б і далі, перепочивши, але не було в чому: взуття, яке вони перев'язували й підв'язували мотузками та дротами, так порвалося, що по багниську в ньому нікуди вже не підеш. Залишалося одне — переждати розпуття, й вони зупинилися в Макаровій хаті. Вони — це мати і її двоє дітей, хлопець і дівчинка. Поряд з високою й худою матір'ю, схожою на тополю, її діти здавалися двома молодими пагонами, передчасно пожовтілими від негоди.</w:t>
      </w:r>
    </w:p>
    <w:p>
      <w:r>
        <w:br/>
        <w:t>Втрьох вони ходили по селу, випрохуючи поїсти. Але чи могли вони багато назбирати? Якраз провесна, тут і самі всі сидять мало не опухлі, ніяк уже не дочекаються кропиви по ровах та лободи по межах, щоб у борщ кинути. Виносили по одній бараболині, дехто — буряк, дехто — моркву, а чимало й зовсім нічого не давали, бо що ти з порожнього погреба візьмеш? Берегли останнє, щоб посадити було чим, щоб город зазеленів.</w:t>
      </w:r>
    </w:p>
    <w:p>
      <w:r>
        <w:br/>
        <w:t>З комина Макарової хати сотався димок — хата жила й дихала. Біженці з Курщини на якийсь час стали жителями нашого села. До них швидко звикли і скоро знали, що матір звати Фросиною Ільківною, а її дітей — Аполлоном і Ксенею. Аполлоном назвав сина батько, колгоспний бухгалтер, щоб продемонструвати своє знання античної культури, і дочку хотів назвати по-чудернацькому, але мати не погодилась, бо хотіла, щоб її менша дитина мала л ю д с ь к е ім'я. Бухгалтера забрали на фронт, з якого він не написав ні одного листа, мабуть, загинувши від першої ж кулі, а село їхнє згоріло дотла, й сім'я змушена була податись у світи.</w:t>
      </w:r>
    </w:p>
    <w:p>
      <w:r>
        <w:br/>
        <w:t>Фросина Ільківна ходила по хатах, напитуючи якусь роботу, але яку вона могла найти роботу? Казали, щоб почекала до теплої пори, коли підсохне й почнуть копати городи, тоді б до когось найнялася за такий-сякий харч, але ж скільки чекати до того, як підсохне? Скрізь вона чула одну й ту ж відповідь, від якої ситою стати не могла. Та й сама вона добре розуміла, що нічого не напитає, але не могла ж вона скласти руки й сидіти, коли двоє дітей весь час дивились на неї голодними очима, в яких їй ввижався докір.</w:t>
      </w:r>
    </w:p>
    <w:p>
      <w:r>
        <w:br/>
        <w:t>Аполлон ходив понад річкою, і зрідка йому щастило зловити напівживу рибу, яку прибивало до берега. Він, ховаючи, ніс її в Макарову хату — чомусь соромився, щоб цього ніхто не побачив. Ксеня весь час сиділа під вікном на сонці — мати наказувала, щоб дочка вигрівалась після зими. Вона, мабуть, дуже любила свого брата, бо коли помічала, як той повертається з мандрів, то на щоках займався рум'янець. Сестра підводилась назустріч, і вони обоє зникали в сінях.</w:t>
      </w:r>
    </w:p>
    <w:p>
      <w:r>
        <w:br/>
        <w:t>Сільських дітей дуже цікавило, як вони живуть. Чомусь здавалося, що в них особливе життя, відмінне од будь-чийого. Тому гуртом збирались біля Макарової хати—й спостерігали. Аполлон і Ксеня під тими поглядами почували себе кепсько і тільки визирали в шибку, боячись вийти надвір чи навіть приєднатись до гурту. Тоді цікаві підходили до вікон і заглядали в хату. Брат і сестра сиділи на лежанці, на їхніх лицях був намальований острах. Вони ніяк не могли зрозуміти, чому за ними наглядають.</w:t>
      </w:r>
    </w:p>
    <w:p>
      <w:r>
        <w:br/>
        <w:t>— Ходімо на вигін! — кликали їх гратися.</w:t>
      </w:r>
    </w:p>
    <w:p>
      <w:r>
        <w:br/>
        <w:t>Бувало, що вони йшли. Щоправда, гратись не хотіли чи не вміли — тільки те й робили, що весь час дивились на всіх великими, наче аж переляканими очима.</w:t>
      </w:r>
    </w:p>
    <w:p>
      <w:r>
        <w:br/>
        <w:t>Якось я приніс їм глечик молока. Переступив поріг і зупинився. В хаті було холодно й задушливо водночас. В печі не палилось — затулка була відхилена, на припічку лежав попіл. Аполлон і Ксеня, притулившись одне до одного, дивилися з лежанки. Вони мовчали, очікуючи, що ж я скажу.</w:t>
      </w:r>
    </w:p>
    <w:p>
      <w:r>
        <w:br/>
        <w:t>— Доброго ранку.</w:t>
      </w:r>
    </w:p>
    <w:p>
      <w:r>
        <w:br/>
        <w:t>Аполлон і мені побажав доброго ранку.</w:t>
      </w:r>
    </w:p>
    <w:p>
      <w:r>
        <w:br/>
        <w:t>— Молока приніс.</w:t>
      </w:r>
    </w:p>
    <w:p>
      <w:r>
        <w:br/>
        <w:t>Молоку вони зраділи, бо якось зразу заворушились і ожили. Брат встав, заглянув у лежанку, мабуть, надумавши розпалювати вогонь. Сказав:</w:t>
      </w:r>
    </w:p>
    <w:p>
      <w:r>
        <w:br/>
        <w:t>— От спасибі. Ксеня зовсім захворіла, то підігрію зараз, може, полегшає трохи.</w:t>
      </w:r>
    </w:p>
    <w:p>
      <w:r>
        <w:br/>
        <w:t>Він приніс із сіней оберемок хмизу, шматок рудого паперу. Я запитав:</w:t>
      </w:r>
    </w:p>
    <w:p>
      <w:r>
        <w:br/>
        <w:t>— А де ж Фросина Ільківна? Пішла кудись?</w:t>
      </w:r>
    </w:p>
    <w:p>
      <w:r>
        <w:br/>
        <w:t>Брат і сестра переглянулись між собою, й Аполлон сказав:</w:t>
      </w:r>
    </w:p>
    <w:p>
      <w:r>
        <w:br/>
        <w:t>— Мати нас покинула.</w:t>
      </w:r>
    </w:p>
    <w:p>
      <w:r>
        <w:br/>
        <w:t>— Як це?</w:t>
      </w:r>
    </w:p>
    <w:p>
      <w:r>
        <w:br/>
        <w:t>— Назовсім. Сказала, що не може доглянути нас, то щоб самі себе доглядали.</w:t>
      </w:r>
    </w:p>
    <w:p>
      <w:r>
        <w:br/>
        <w:t>— Вона повернеться,— невпевнено мовив я.</w:t>
      </w:r>
    </w:p>
    <w:p>
      <w:r>
        <w:br/>
        <w:t>Нічого не відповіли. Ксеня була схожа на замерзле пташеня з великими очима. Вона дивилася прямо перед собою і, мабуть, нічого не бачила. Чи не заворожив її якийсь спомин?</w:t>
      </w:r>
    </w:p>
    <w:p>
      <w:r>
        <w:br/>
        <w:t>— Наша мати хвора,— сказав Аполлон. — Вона збирається ось-ось померти, то не захотіла нам завдавати клопоту своєю смертю.</w:t>
      </w:r>
    </w:p>
    <w:p>
      <w:r>
        <w:br/>
        <w:t>— Вона повернеться,— вперто повторив я, бо в грудях мені здушило, і я не знав, як інакше можна їх втішити.</w:t>
      </w:r>
    </w:p>
    <w:p>
      <w:r>
        <w:br/>
        <w:t>Ксеня глянула на мене так, ніби повірила. А може, вона й не переставала вірити, що мати повернеться? Коли пила гаряче молоко, то розпашілася, ніби скуштувала цілющих крапель. Вже її лице було схоже на яблуневий цвіт, зарожевлений весняним досвітком.</w:t>
      </w:r>
    </w:p>
    <w:p>
      <w:r>
        <w:br/>
        <w:t>— Ось підсохне земля,— сказав Аполлон,— що босоніж можна буде ходити, й ми подамося її шукати.</w:t>
      </w:r>
    </w:p>
    <w:p>
      <w:r>
        <w:br/>
        <w:t>Сестра допила молоко з чашки, то він їй ще налив. А сам і не пробував. Мабуть, вважав себе цілком здоровим, піклувався тільки про неї. Його любов перекинулась і в моє серце. Я все з більшою й більшою ніжністю дивився на Ксеню. Вона була така беззахисна й квола, що хотілося погладити її по голові, сказати щось добре й ласкаве... Допивши й другу чашку молока, дівчина глянула в мій бік і сказала "спасибі". Її подяка так зворушила мене, що я не втримався:</w:t>
      </w:r>
    </w:p>
    <w:p>
      <w:r>
        <w:br/>
        <w:t>— У мене є Дід Мороз із вати, я тобі принесу.</w:t>
      </w:r>
    </w:p>
    <w:p>
      <w:r>
        <w:br/>
        <w:t>— Це лялька така? — запитала вона.</w:t>
      </w:r>
    </w:p>
    <w:p>
      <w:r>
        <w:br/>
        <w:t>— Справжній Дід Мороз. Навіть з кошиком для гостинців, тільки в кошику нічого нема.</w:t>
      </w:r>
    </w:p>
    <w:p>
      <w:r>
        <w:br/>
        <w:t>— В мене колись була справжня лялька, яка розплющувала й заплющувала очі. Звали її Акулькою.</w:t>
      </w:r>
    </w:p>
    <w:p>
      <w:r>
        <w:br/>
        <w:t>Радий, що вона розмовляє зі мною, я почав їм розповідати про те, як той Дід Мороз попав до нас від одного військового лікаря, як сусідські малі діти відірвали йому ненавмисне шапку, то мати пошила нову, з шматочка вибіленого полотна, та ще й почепила червону партизанську стьожку. Ксеня уважно вислухала й знову повторила, що її Акулька вміла кліпати. Мабуть, вона це вважала за найдорожче в ляльці.</w:t>
      </w:r>
    </w:p>
    <w:p>
      <w:r>
        <w:br/>
        <w:t>Дома я розповів батькам про те, що Фросина Ільківна покинула своїх дітей. Мати чи то здивувалася так, чи розгнівалась, що спершу й слова не могла сказати. Добросерда й чула, вона не могла дійти тями, як це можна покинути свою рідну кров. З гострою печаллю дивилася на трьох своїх дітей, і ми в цю мить відчували, що вона ніколи б не змогла нас покинути.</w:t>
      </w:r>
    </w:p>
    <w:p>
      <w:r>
        <w:br/>
        <w:t>— Візьмемо їх до себе,— сказав я.</w:t>
      </w:r>
    </w:p>
    <w:p>
      <w:r>
        <w:br/>
        <w:t>Мати подивилась на мене так, ніби питала: а вас я куди подіну, а вас я чим годуватиму?</w:t>
      </w:r>
    </w:p>
    <w:p>
      <w:r>
        <w:br/>
        <w:t>— Будемо помагати, чим зможемо. Та й усі помагатимуть.</w:t>
      </w:r>
    </w:p>
    <w:p>
      <w:r>
        <w:br/>
        <w:t>Скоро про те, що в Макаровій хаті живуть діти, яких покинула мати, знало все село. Не було жодної жінки, яка б похвалила Фросину Ільківну. Називали її бездушною, не хотіли розуміти того, що вона подалася в світ, якби не вмирати перед очима в своїх дітей та не завдавати їм зайвого клопоту. Навпаки, сходились на тому, що допомогли б і їй, і дітям, бо ж не до вовків вони попали, а до людей. Тепер кожен намагався зробити щось добре Ксені й Аполлону. Жаліли їх, як своїх власних дітей, приносили харчі й одяг.</w:t>
      </w:r>
    </w:p>
    <w:p>
      <w:r>
        <w:br/>
        <w:t>Я відніс Ксені свого Діда Мороза. Було це саме тоді, коли сніги розтанули, земля починала зеленіти. Аполлона не було в Макаровій хаті—він подався до річки. Ксеня, одягнена в старий піджачок з лисячим коміром, сиділа на осонні, проте щулилась, перемерзла. Мабуть, Дід Мороз їй дуже сподобався, бо вона весь час тримала його в руках, гладила пальцями його вуса з вати й осміхалась. Дивлячись на неї в цю хвилю, мені кортіло зробити їй ще один подарунок — і не такий, як цей, а набагато кращий. Який саме — не міг додуматись. Я розповідав їй про те, як цей Дід Мороз стояв у нас під ялинкою на Новий рік, як кожному з нас він приніс серед зими по яблуку.</w:t>
      </w:r>
    </w:p>
    <w:p>
      <w:r>
        <w:br/>
        <w:t>— А в нас не було ялинки,— сказала Ксеня.</w:t>
      </w:r>
    </w:p>
    <w:p>
      <w:r>
        <w:br/>
        <w:t>— Чому?</w:t>
      </w:r>
    </w:p>
    <w:p>
      <w:r>
        <w:br/>
        <w:t>— Бо в нас хати не було...</w:t>
      </w:r>
    </w:p>
    <w:p>
      <w:r>
        <w:br/>
        <w:t>Повернувся Аполлон. На шворці в нього теліпалося кілька коропців. Брат подивився на Діда Мороза з густим рум'янцем на щоках, у довгому кожусі та битих валянках,— і сказав:</w:t>
      </w:r>
    </w:p>
    <w:p>
      <w:r>
        <w:br/>
        <w:t>— Здоров, діду!</w:t>
      </w:r>
    </w:p>
    <w:p>
      <w:r>
        <w:br/>
        <w:t>Ксеня засміялася. Аполлон, тішачись її радістю, жартував далі. Він підніс рибу до дідового рота й запитав:</w:t>
      </w:r>
    </w:p>
    <w:p>
      <w:r>
        <w:br/>
        <w:t>— Може, ти коропця хочеш?</w:t>
      </w:r>
    </w:p>
    <w:p>
      <w:r>
        <w:br/>
        <w:t>Сестра розсміялася ще голосніше.</w:t>
      </w:r>
    </w:p>
    <w:p>
      <w:r>
        <w:br/>
        <w:t>Увечері, лігши спати, я тільки й думав, що про сестру й брата. Я жалів їх обох, вони здавались мені найнещаснішими у всьому світі. А вранці щось напоумило мене піти в ліс по ялинку. Вирішив принести її для Ксені, прибрати як слід, щоб вона хоч трохи відчула новорічної радості.</w:t>
      </w:r>
    </w:p>
    <w:p>
      <w:r>
        <w:br/>
        <w:t>Був сонячний весняний день, коли я йшов через поля. Де-не-де орали волами землю, а де-не-де сіяли. Берези й липи в лісі уже вкривалися першим листям, а дуби стояли сердиті й голі. Моя ялинка зеленіла на галяві, і коли я почав ножем підрізати стовбурець, вона жалібно здригалася. Нарешті впала горілиць, раптово зітхнувши хвоєю. Я ще назривав пучок пролісків та синього лісового сну й подався назад. Дивно почувалося на душі, що несу ялинку разом із весняними квітами.</w:t>
      </w:r>
    </w:p>
    <w:p>
      <w:r>
        <w:br/>
        <w:t>Ялинку я оздобив двома кольоровими стружками, причепив вирізані з газет малюнки, а також попідв'язував до гілля заряджені патрони,— вони здавались мені набагато кращими, ніж шишки. Шкодував, що нема горіхів та білки, яких я бачив під ялинкою в одній книжці, але замість них можна поставити Діда Мороза, і це буде ще краще. На вершечку прикріпив проліски та синій сон, які вже зів'яли, хоч раз у раз я кропив їх водою.</w:t>
      </w:r>
    </w:p>
    <w:p>
      <w:r>
        <w:br/>
        <w:t>Коли після обіду я приніс ялинку в Макарову хату, то ні Ксеня, ні Аполлон спочатку нічого не зрозуміли. Але потім обоє зраділи. Щоправда, зразу зраділа Ксеня, а потім, дивлячись на неї, і брат. Вона посадовила під ялинкою Діда Мороза й почала кружляти навколо неї. Щось співала і все крутилася, крутилася, а ми з Аполлоном спостерігали. Нарешті зупинилась, похитуючись,— і цієї миті, мабуть, їй здавалось, що хата продовжує кружляти навколо неї, бо вона засміялась і зігнулась, ловлячи руками долівку.</w:t>
      </w:r>
    </w:p>
    <w:p>
      <w:r>
        <w:br/>
        <w:t>Аполлон провів мене аж додому і, запинаючись, переривчастим голосом сказав, що завжди зі мною товаришуватиме.</w:t>
      </w:r>
    </w:p>
    <w:p>
      <w:r>
        <w:br/>
        <w:t>Того вечора я знову повів з матір'ю розмову про те, щоб прийняти до себе жити покинутих дітей. Доводив, що в нас вони помістяться, багато місця не займуть, та й не об'їдатимуть. Мабуть, мати думала так само, бо нічого не заперечувала. Я знав, що вона не менше від мене жаліє сиріт, бо й сама не раз до них заходила й помагала чим могла.</w:t>
      </w:r>
    </w:p>
    <w:p>
      <w:r>
        <w:br/>
        <w:t>— Ото вже закохався в Ксеню,— сказала вона,— що й дихнути без неї не можеш.</w:t>
      </w:r>
    </w:p>
    <w:p>
      <w:r>
        <w:br/>
        <w:t>Її слова примусили мене почервоніти. Я більше не заводив про це розмови, але на другий день заявив:</w:t>
      </w:r>
    </w:p>
    <w:p>
      <w:r>
        <w:br/>
        <w:t>— Коли так, то я перебираюся в Макарову хату.</w:t>
      </w:r>
    </w:p>
    <w:p>
      <w:r>
        <w:br/>
        <w:t>В своїй уяві я намалював, як житиму з Аполлоном і Ксенею, як ми годуватимемо себе, як помагатимемо одне одному, обстоюватимем. І в тому далекому майбутньому, в яке я все ж таки наважувався сягнути своїми мріями, я мав одружитися з Ксенею, щоб уже ніколи з нею не розлучатись.</w:t>
      </w:r>
    </w:p>
    <w:p>
      <w:r>
        <w:br/>
        <w:t>— Чи ти сирота, що там житимеш?—здивувалася мати.</w:t>
      </w:r>
    </w:p>
    <w:p>
      <w:r>
        <w:br/>
        <w:t>— А сирота!</w:t>
      </w:r>
    </w:p>
    <w:p>
      <w:r>
        <w:br/>
        <w:t>— Дитино, отямся!</w:t>
      </w:r>
    </w:p>
    <w:p>
      <w:r>
        <w:br/>
        <w:t>Проте я не міг отямитись — у мене б це не вийшло.</w:t>
      </w:r>
    </w:p>
    <w:p>
      <w:r>
        <w:br/>
        <w:t>— Переберуся — і край.</w:t>
      </w:r>
    </w:p>
    <w:p>
      <w:r>
        <w:br/>
        <w:t>Чи вплинула моя наполегливість, чи й своїм добрим серцем мати давно схилялась до цього,— але вона сказала:</w:t>
      </w:r>
    </w:p>
    <w:p>
      <w:r>
        <w:br/>
        <w:t>— Може, вони не захочуть?</w:t>
      </w:r>
    </w:p>
    <w:p>
      <w:r>
        <w:br/>
        <w:t>— Захочуть! — вигукнув я, відчуваючи, що мати вирішила поступитись.</w:t>
      </w:r>
    </w:p>
    <w:p>
      <w:r>
        <w:br/>
        <w:t>— А ти в них питав?</w:t>
      </w:r>
    </w:p>
    <w:p>
      <w:r>
        <w:br/>
        <w:t>Звичайно, я не питав, бо й так був цього певен.</w:t>
      </w:r>
    </w:p>
    <w:p>
      <w:r>
        <w:br/>
        <w:t>— Піди й поговори з ними.</w:t>
      </w:r>
    </w:p>
    <w:p>
      <w:r>
        <w:br/>
        <w:t>Аполлон зустрів мене на подвір'ї. Зразу я його й не впізнав, такий він був сяючий і щасливий.</w:t>
      </w:r>
    </w:p>
    <w:p>
      <w:r>
        <w:br/>
        <w:t>— Мати повернулася,— випалив він, обнімаючи мене.</w:t>
      </w:r>
    </w:p>
    <w:p>
      <w:r>
        <w:br/>
        <w:t>— Фросина Ільківна? — пробурмотів я.</w:t>
      </w:r>
    </w:p>
    <w:p>
      <w:r>
        <w:br/>
        <w:t>— Мати!</w:t>
      </w:r>
    </w:p>
    <w:p>
      <w:r>
        <w:br/>
        <w:t>— А ми хотіли забрати вас до себе,— промимрив я, не знаючи, сумувати мені чи радіти, що повернулася їхня мати.</w:t>
      </w:r>
    </w:p>
    <w:p>
      <w:r>
        <w:br/>
        <w:t>— Її в лікарню поклали й вилікували,— розповідав Аполлон,— тепер вона завжди буде з нами.</w:t>
      </w:r>
    </w:p>
    <w:p>
      <w:r>
        <w:br/>
        <w:t>Через місяць вони поїхали до себе на Курщину — їхні тамтешні родичі написали, що село відбудовується, що колгосп і для них зведе хату. Запрошували їх залишитись у нашому селі, але Фросина Ільківна сказала, що додому так тягне, аж у серці смокче. Я проводжав їх на залізничну станцію і весь час думав, що коли вони сідатимуть у вагон, то заплачу. Проте чомусь не заплакав, тільки стало мені тоскно й гаряче. Ксеня на прощання махала верхівкою ялинки, на якій метлялися всохлі стеблини пролісків і синього лісового сну. У другій руці вона тримала Діда Мороза з грубим рум'янцем на щоках та вусами з вати...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Біженці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