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Білі привиди</w:t>
      </w:r>
    </w:p>
    <w:p>
      <w:r>
        <w:br/>
        <w:t xml:space="preserve"> &lt;p&gt;Білі привиди заходили до вестибюля, гупотіли незграбними ногами, ляскали долонями, і молочні хітони осипалися з них на підлогу.</w:t>
      </w:r>
    </w:p>
    <w:p>
      <w:r>
        <w:br/>
        <w:t>— Оце так зима! — вигукували одні, бо фантазії на більше в них не вистачало.</w:t>
      </w:r>
    </w:p>
    <w:p>
      <w:r>
        <w:br/>
        <w:t>— Привіт від Прадіда Мороза! — намагалися жартувати інші, кидаючи вологі пальта через бильце гардероба.</w:t>
      </w:r>
    </w:p>
    <w:p>
      <w:r>
        <w:br/>
        <w:t>Ліна автоматично посміхалася їм, бо треба ж бути ввічливою. "До чого всі вони нудні і невиразні", — прялася думка. Нудні і невиразні піднімалися в танцзал і приймалися монотонно шліфувати паркет, залицятися до таких самих нудних і невиразних дівчат або збивалися табунцями і страшенно бездумно патякали бозна про що й для чого.</w:t>
      </w:r>
    </w:p>
    <w:p>
      <w:r>
        <w:br/>
        <w:t>Ні-ні, Ліна не зневажає їх, просто їй страшенно жаль оцих бундючних гиндиків, що з дня на день тринькають свій час та енергію на танцюльках. Так, саме на танцюльках, бо вона не сміє кощунствувати і називати танцями оце шаркотіння.</w:t>
      </w:r>
    </w:p>
    <w:p>
      <w:r>
        <w:br/>
        <w:t>— Про що задумались, міледі? — рве Лінине прядиво занадто вкрадливий голос. Ага, це той самий, що вчора і позавчора намагався полонити її дотепами й мімікою, взятими напрокат з індійських фільмів.</w:t>
      </w:r>
    </w:p>
    <w:p>
      <w:r>
        <w:br/>
        <w:t>— Ви знову забули цигарки? — обминає очима його цукеркову посмішку.</w:t>
      </w:r>
    </w:p>
    <w:p>
      <w:r>
        <w:br/>
        <w:t>— Ви вліпили прямо в десятку, мем.</w:t>
      </w:r>
    </w:p>
    <w:p>
      <w:r>
        <w:br/>
        <w:t>— Номер? — збагачена його інформацією, Ліна добуває з правої кишені дешевого імпортного півпальта замусолену пачку "Казбеку". Немає сумніву, що цей галантний джентльмен смалить звичайнісінькі гільзи, котрі щовечора набиває якимось дешевеньким тютюном. Але з якою помпою він стукає мундштуком цигарки об коробку! Як велично чиркає сірником!</w:t>
      </w:r>
    </w:p>
    <w:p>
      <w:r>
        <w:br/>
        <w:t>— Може, ви підніметеся зі мною на один танець?</w:t>
      </w:r>
    </w:p>
    <w:p>
      <w:r>
        <w:br/>
        <w:t>— Ні, я не опущуся до цього.</w:t>
      </w:r>
    </w:p>
    <w:p>
      <w:r>
        <w:br/>
        <w:t>— О, ангел показує зуби! Але все-таки?</w:t>
      </w:r>
    </w:p>
    <w:p>
      <w:r>
        <w:br/>
        <w:t>— Слухайте, — каже вона роздратовано, — це гардероб, а не колекціонерня компліментів з позаторішніх фільмів.</w:t>
      </w:r>
    </w:p>
    <w:p>
      <w:r>
        <w:br/>
        <w:t>— Громадяни, будьте взаємно ввічливі, — метає лозунг чемний кавалер.</w:t>
      </w:r>
    </w:p>
    <w:p>
      <w:r>
        <w:br/>
        <w:t>— Відвідувачі, не заважайте працівникам виконувати свої службові обов'язки, — ультрачемно посміхається Ліна.</w:t>
      </w:r>
    </w:p>
    <w:p>
      <w:r>
        <w:br/>
        <w:t>— Може, леді назвуть своє ім'я?</w:t>
      </w:r>
    </w:p>
    <w:p>
      <w:r>
        <w:br/>
        <w:t>— Макбет.</w:t>
      </w:r>
    </w:p>
    <w:p>
      <w:r>
        <w:br/>
        <w:t>— Я чекатиму вас біля виходу.</w:t>
      </w:r>
    </w:p>
    <w:p>
      <w:r>
        <w:br/>
        <w:t>— Якщо балеро мають зайвий час, вони можуть скоротати його в товаристві однієї з балерин. — Ліна показує пальчиком угору.</w:t>
      </w:r>
    </w:p>
    <w:p>
      <w:r>
        <w:br/>
        <w:t>— Ты меня не любишь, не жалеешь…</w:t>
      </w:r>
    </w:p>
    <w:p>
      <w:r>
        <w:br/>
        <w:t>— Гурток художнього читання працює у вівторок і п'ятницю після третьої, — дає йому безплатну довідку. Хвала Всевишньому, заграли прощальний фокс, і тоненька цівочка людей потягнулася за одягом.</w:t>
      </w:r>
    </w:p>
    <w:p>
      <w:r>
        <w:br/>
        <w:t>Ліна ненавидить свою "професію", але їй страшенно подобається одягати і роздягати людей. Щось є в цьому магічне й незрозуміле, і коли вона нарешті підшукає собі справжню роботу, їй ще довго ввижатимуться букети людських облич, сміятимуться, сумуватимуть і проситимуть очі. Кінець кінцем сюди, крім професійних шаркунів, знічев'я забивається і чимало гарних хлопців та дівчат. Куди не зажене нудьга! Може, і їй колись доведеться марнувати свої вечори в отакому танцзалі, і помирати від нудотних та порожніх розмов, і вислухувати комісовані компліменти, і танцювати, "як поведе партнер"…</w:t>
      </w:r>
    </w:p>
    <w:p>
      <w:r>
        <w:br/>
        <w:t>Хух!.. Нарешті останнє пальто, останнє "до побачення". Можна й додому, але в тьоті Паші сьогодні жах скільки роботи — нанесли снігу, багна, накидали недокурків біля урн. Ліна пурхає по вестибюлю, а тьотя Паша бурчить і проганяє її додому.</w:t>
      </w:r>
    </w:p>
    <w:p>
      <w:r>
        <w:br/>
        <w:t>— Може, тебе хтось ще й чекає…</w:t>
      </w:r>
    </w:p>
    <w:p>
      <w:r>
        <w:br/>
        <w:t>— Хто чекає, той дочекається. — Ліна торохтить совком, шастає віником і обстрілює тьотю Пашу кулеметними чергами вражень, а та докоряє їй за нерозсудливість.</w:t>
      </w:r>
    </w:p>
    <w:p>
      <w:r>
        <w:br/>
        <w:t>— Колись і кортітиме, щоб залицялися, та ніхто не захоче… Дівування, воно стече, як вода навесні…</w:t>
      </w:r>
    </w:p>
    <w:p>
      <w:r>
        <w:br/>
        <w:t>Ліна похапцем одягається і водночас переконує тьотю Пашу, що вона зроду-віку і не подумає виходити заміж, бо тепер тільки й чути, що про розлучення, а путніх хлопців дуже мало.</w:t>
      </w:r>
    </w:p>
    <w:p>
      <w:r>
        <w:br/>
        <w:t>— Та йди вже додому, мороко ти моя гостроноса!.. А в хлопцях ти тямиш, мов коза в рогозі…</w:t>
      </w:r>
    </w:p>
    <w:p>
      <w:r>
        <w:br/>
        <w:t>Біля виходу її справді чекає білий привид. Він іде поруч, і від його розв'язної галантності не лишилося й сліду. Мимрить щось про погоду і неоковирно жартує. Лінине роздратування дрімає в найтихішому закапелку душі.</w:t>
      </w:r>
    </w:p>
    <w:p>
      <w:r>
        <w:br/>
        <w:t>— Мені подобається, що ти не ламаєшся і не кривляєшся, — каже білий привид.</w:t>
      </w:r>
    </w:p>
    <w:p>
      <w:r>
        <w:br/>
        <w:t>— То чого ж сам граєшся в денді?</w:t>
      </w:r>
    </w:p>
    <w:p>
      <w:r>
        <w:br/>
        <w:t>— А так…</w:t>
      </w:r>
    </w:p>
    <w:p>
      <w:r>
        <w:br/>
        <w:t>— І мене чекав "а так"?</w:t>
      </w:r>
    </w:p>
    <w:p>
      <w:r>
        <w:br/>
        <w:t>— Трішечки "а так", а трішечки не "а так".</w:t>
      </w:r>
    </w:p>
    <w:p>
      <w:r>
        <w:br/>
        <w:t>— Мені не треба твоїх трішечок!</w:t>
      </w:r>
    </w:p>
    <w:p>
      <w:r>
        <w:br/>
        <w:t>— А мені треба!</w:t>
      </w:r>
    </w:p>
    <w:p>
      <w:r>
        <w:br/>
        <w:t>— Слухай, ти негідник чи ні? — ставить вона питання руба.</w:t>
      </w:r>
    </w:p>
    <w:p>
      <w:r>
        <w:br/>
        <w:t>— Може, й негідник, але не дуже, — зітхає хлопець, і вони замовкають, і йдуть поруч, і думають про своє.</w:t>
      </w:r>
    </w:p>
    <w:p>
      <w:r>
        <w:br/>
        <w:t>— Можливо, я дурень, — раптом каже Недуженегідник.</w:t>
      </w:r>
    </w:p>
    <w:p>
      <w:r>
        <w:br/>
        <w:t>— Дійсно, це ймовірно, — погоджується Ліна.</w:t>
      </w:r>
    </w:p>
    <w:p>
      <w:r>
        <w:br/>
        <w:t>— А ти розумна?</w:t>
      </w:r>
    </w:p>
    <w:p>
      <w:r>
        <w:br/>
        <w:t>— Хтозна. Мама каже, що я злюка.</w:t>
      </w:r>
    </w:p>
    <w:p>
      <w:r>
        <w:br/>
        <w:t>— Твоя мама — великий чоловік!</w:t>
      </w:r>
    </w:p>
    <w:p>
      <w:r>
        <w:br/>
        <w:t>І вони йдуть, а місто спить, а сніг валить і валить, і ліхтарі від снігу такі чудні й казкові, що Ліні здається, ніби вона ступила на іншу планету. І скільки загадок і несподіванок чекають її в цьому дивному, незнайомому, білому, рідному місті!</w:t>
      </w:r>
    </w:p>
    <w:p>
      <w:r>
        <w:br/>
        <w:t>Він так і не посмів узяти її під руку і попрощався біля під'їзду, не прохаючи, як інші, постояти з ним "хоч хвилинку".</w:t>
      </w:r>
    </w:p>
    <w:p>
      <w:r>
        <w:br/>
        <w:t>Ліна впала на біле як сніг простирадло і зітхнула тривожно й легко. У сні в неї з очей росли фіолетові квіти.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Білі привиди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