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громи</w:t>
      </w:r>
    </w:p>
    <w:p>
      <w:r>
        <w:br/>
        <w:t xml:space="preserve"> Це коли вся земля полотніє від жаху,&lt;br /&gt;</w:t>
        <w:br/>
        <w:t>Коли губи спікаються в хвилі морській,&lt;br /&gt;</w:t>
        <w:br/>
        <w:t>А у тебе ні долі, ні волі, ні даху,&lt;br /&gt;</w:t>
        <w:br/>
        <w:t>По грузькому піску побредеш як на плаху,&lt;br /&gt;</w:t>
        <w:br/>
        <w:t>Бо здичавіле море ковтає піски…&lt;br /&gt;</w:t>
        <w:br/>
        <w:t>…Це коли навкруги лиш гроза несвітенна…&lt;br /&gt;</w:t>
        <w:br/>
        <w:t>Це коли ти уперше всміхнувся до мене….</w:t>
      </w:r>
    </w:p>
    <w:p>
      <w:r>
        <w:br/>
        <w:t>Це коли вже нічому, нікому не рада,&lt;br /&gt;</w:t>
        <w:br/>
        <w:t>З дня у день лиш вичерпуєш воду з корми,&lt;br /&gt;</w:t>
        <w:br/>
        <w:t>Але раптом поглянеш в небесне свічадо&lt;br /&gt;</w:t>
        <w:br/>
        <w:t>Де з’єдналася блискавка із водопадом&lt;br /&gt;</w:t>
        <w:br/>
        <w:t>І побачиш у темряві білі громи.&lt;br /&gt;</w:t>
        <w:br/>
        <w:t>…Прогримлять, не погаснуть, а стануть зорею.&lt;br /&gt;</w:t>
        <w:br/>
        <w:t>Аж занадто жорстоко як на емпіреї…</w:t>
      </w:r>
    </w:p>
    <w:p>
      <w:r>
        <w:br/>
        <w:t>Це коли дві душі заіскрять від напруги,&lt;br /&gt;</w:t>
        <w:br/>
        <w:t>А заземлення спалить, розірве, уб’є,&lt;br /&gt;</w:t>
        <w:br/>
        <w:t>Коли слабкість — це злочин, а страх як наруга,&lt;br /&gt;</w:t>
        <w:br/>
        <w:t>І відкритому серцю не треба кольчуги,&lt;br /&gt;</w:t>
        <w:br/>
        <w:t>Її з піни морської ніхто не скує.&lt;br /&gt;</w:t>
        <w:br/>
        <w:t>…Потім буде стежина крізь морок Ереби.&lt;br /&gt;</w:t>
        <w:br/>
        <w:t>Потім нам ще багато подужати треба…</w:t>
      </w:r>
    </w:p>
    <w:p>
      <w:r>
        <w:br/>
        <w:t>Бо покотяться дні, потім зложиться повість —&lt;br /&gt;</w:t>
        <w:br/>
        <w:t>Наша тиха буденність на лезі меча,&lt;br /&gt;</w:t>
        <w:br/>
        <w:t>Будуть надто скупими мої часослови&lt;br /&gt;</w:t>
        <w:br/>
        <w:t>Бо збігатиме час наче кава ранкова,&lt;br /&gt;</w:t>
        <w:br/>
        <w:t>Не прийматиме зерна сухий солончак.&lt;br /&gt;</w:t>
        <w:br/>
        <w:t>…Відкує і замовкне зозуля-відунка.&lt;br /&gt;</w:t>
        <w:br/>
        <w:t>Мої білі громи… Неоплакана муко…</w:t>
      </w:r>
    </w:p>
    <w:p>
      <w:r>
        <w:br/>
        <w:t>Срібний голос сурми над хмурним небокраєм,&lt;br /&gt;</w:t>
        <w:br/>
        <w:t>На гілках блискавиці запечена кров,&lt;br /&gt;</w:t>
        <w:br/>
        <w:t>Мені часто розказують: так не буває,&lt;br /&gt;</w:t>
        <w:br/>
        <w:t>Та горенить гроза І я знову стискаю,&lt;br /&gt;</w:t>
        <w:br/>
        <w:t>Я неначе вростаю у біле перо.&lt;br /&gt;</w:t>
        <w:br/>
        <w:t>…Бо ті білі громи розквітають у парі.&lt;br /&gt;</w:t>
        <w:br/>
        <w:t>І не можна прибрати долоню від жару.</w:t>
      </w:r>
    </w:p>
    <w:p>
      <w:r>
        <w:br/>
        <w:t>Бо в осерді грози наші сльози солоні,&lt;br /&gt;</w:t>
        <w:br/>
        <w:t>Крізь розтерзане небо, ревіння пітьми,&lt;br /&gt;</w:t>
        <w:br/>
        <w:t>Крізь примари Ереби, і лють Саурона,&lt;br /&gt;</w:t>
        <w:br/>
        <w:t>Із малого зернятка — по бруньці, по кроні&lt;br /&gt;</w:t>
        <w:br/>
        <w:t>Нездоланні і вільні злітають громи.&lt;br /&gt;</w:t>
        <w:br/>
        <w:t>…І не скінчена повість. Вертається вітер.&lt;br /&gt;</w:t>
        <w:br/>
        <w:t>Піднімається море на зідрані лікті..</w:t>
      </w:r>
    </w:p>
    <w:p>
      <w:r>
        <w:br/>
        <w:t>І здригається серце, розгублений розум:&lt;br /&gt;</w:t>
        <w:br/>
        <w:t>Що маленька мураха, котру буревій&lt;br /&gt;</w:t>
        <w:br/>
        <w:t>Не помітить напевно? Тяжке передгроззя.&lt;br /&gt;</w:t>
        <w:br/>
        <w:t>У найвищої хвилі вже сиве волосся,&lt;br /&gt;</w:t>
        <w:br/>
        <w:t>А у небі — хмарин попелястих прибій.&lt;br /&gt;</w:t>
        <w:br/>
        <w:t>…Я ж до тебе кричу через море розлуки:&lt;br /&gt;</w:t>
        <w:br/>
        <w:t>Тут гроза не пройде.. Треба взятись за руки…&lt;br /&gt;</w:t>
        <w:br/>
        <w:t>…Треба крилами, серцем, росою, сльозою…&lt;br /&gt;</w:t>
        <w:br/>
        <w:t>Щоб здолати грозу треба стати грозою…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громи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