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Біла тиша</w:t>
      </w:r>
    </w:p>
    <w:p>
      <w:r>
        <w:br/>
        <w:t xml:space="preserve"> І</w:t>
      </w:r>
    </w:p>
    <w:p>
      <w:r>
        <w:br/>
        <w:t>Упала снігова завіса&lt;br /&gt;</w:t>
        <w:br/>
        <w:t>і відслонила&lt;br /&gt;</w:t>
        <w:br/>
        <w:t>далечінь:&lt;br /&gt;</w:t>
        <w:br/>
        <w:t>лежить села&lt;br /&gt;</w:t>
        <w:br/>
        <w:t>тоненька риса,&lt;br /&gt;</w:t>
        <w:br/>
        <w:t>мов на папері&lt;br /&gt;</w:t>
        <w:br/>
        <w:t>темна тінь.&lt;br /&gt;</w:t>
        <w:br/>
        <w:t>Вітрець дими тонкі колише&lt;br /&gt;</w:t>
        <w:br/>
        <w:t>ніщо й не хрусне&lt;br /&gt;</w:t>
        <w:br/>
        <w:t>по снігу:&lt;br /&gt;</w:t>
        <w:br/>
        <w:t>здається&lt;br /&gt;</w:t>
        <w:br/>
        <w:t>стала біла тиша&lt;br /&gt;</w:t>
        <w:br/>
        <w:t>і слуха&lt;br /&gt;</w:t>
        <w:br/>
        <w:t>таємничий гул.&lt;br /&gt;</w:t>
        <w:br/>
        <w:t>А гул росте,&lt;br /&gt;</w:t>
        <w:br/>
        <w:t>немов заграва,&lt;br /&gt;</w:t>
        <w:br/>
        <w:t>і вже ступає на поріг…&lt;br /&gt;</w:t>
        <w:br/>
        <w:t>– Чи скоро ж&lt;br /&gt;</w:t>
        <w:br/>
        <w:t>безгомінь білява&lt;br /&gt;</w:t>
        <w:br/>
        <w:t>впаде йому&lt;br /&gt;</w:t>
        <w:br/>
        <w:t>до ніг?</w:t>
      </w:r>
    </w:p>
    <w:p>
      <w:r>
        <w:br/>
        <w:t>ІІ</w:t>
      </w:r>
    </w:p>
    <w:p>
      <w:r>
        <w:br/>
        <w:t>Село закуталось&lt;br /&gt;</w:t>
        <w:br/>
        <w:t>в солому —&lt;br /&gt;</w:t>
        <w:br/>
        <w:t>та й спить.&lt;br /&gt;</w:t>
        <w:br/>
        <w:t>А вечір із-під верб&lt;br /&gt;</w:t>
        <w:br/>
        <w:t>насупивсь.&lt;br /&gt;</w:t>
        <w:br/>
        <w:t>В полі голубому&lt;br /&gt;</w:t>
        <w:br/>
        <w:t>хтось загубив тоненький&lt;br /&gt;</w:t>
        <w:br/>
        <w:t>серп.&lt;br /&gt;</w:t>
        <w:br/>
        <w:t>Тепер нікому не потрібно&lt;br /&gt;</w:t>
        <w:br/>
        <w:t>його блискучого жала:&lt;br /&gt;</w:t>
        <w:br/>
        <w:t>стара зима&lt;br /&gt;</w:t>
        <w:br/>
        <w:t>гаптує дрібно&lt;br /&gt;</w:t>
        <w:br/>
        <w:t>мережку мрійну&lt;br /&gt;</w:t>
        <w:br/>
        <w:t>для села.&lt;br /&gt;</w:t>
        <w:br/>
        <w:t>І спить село.&lt;br /&gt;</w:t>
        <w:br/>
        <w:t>Сліпі віконця.&lt;br /&gt;</w:t>
        <w:br/>
        <w:t>Степи —&lt;br /&gt;</w:t>
        <w:br/>
        <w:t>до пояса! —&lt;br /&gt;</w:t>
        <w:br/>
        <w:t>в снігу.&lt;br /&gt;</w:t>
        <w:br/>
        <w:t>Невже чекатимуть,&lt;br /&gt;</w:t>
        <w:br/>
        <w:t>щоб сонце&lt;br /&gt;</w:t>
        <w:br/>
        <w:t>Збудило весняну снагу?&lt;br /&gt;</w:t>
        <w:br/>
        <w:t>А я ж —&lt;br /&gt;</w:t>
        <w:br/>
        <w:t>схвильований —&lt;br /&gt;</w:t>
        <w:br/>
        <w:t>із міста,&lt;br /&gt;</w:t>
        <w:br/>
        <w:t>Де рвійно —&lt;br /&gt;</w:t>
        <w:br/>
        <w:t>день і ніч без сну —&lt;br /&gt;</w:t>
        <w:br/>
        <w:t>могутній&lt;br /&gt;</w:t>
        <w:br/>
        <w:t>пазуху розхристав&lt;br /&gt;</w:t>
        <w:br/>
        <w:t>і сам собі кує весну!&lt;br /&gt;</w:t>
        <w:br/>
        <w:t>Кує.&lt;br /&gt;</w:t>
        <w:br/>
        <w:t>Не розгинає стану,&lt;br /&gt;</w:t>
        <w:br/>
        <w:t>схилив напружене чоло.&lt;br /&gt;</w:t>
        <w:br/>
        <w:t>Скоріше б сонце&lt;br /&gt;</w:t>
        <w:br/>
        <w:t>Дніпрельстану&lt;br /&gt;</w:t>
        <w:br/>
        <w:t>із-під руки&lt;br /&gt;</w:t>
        <w:br/>
        <w:t>його зійшло!&lt;br /&gt;</w:t>
        <w:br/>
        <w:t>Нехай би заспані&lt;br /&gt;</w:t>
        <w:br/>
        <w:t>віконця&lt;br /&gt;</w:t>
        <w:br/>
        <w:t>Із-під солом’яних брилів&lt;br /&gt;</w:t>
        <w:br/>
        <w:t>свінули сяйвом&lt;br /&gt;</w:t>
        <w:br/>
        <w:t>і без сонця&lt;br /&gt;</w:t>
        <w:br/>
        <w:t>в пітьму засніжених&lt;br /&gt;</w:t>
        <w:br/>
        <w:t>полів!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Біла тиша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