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Біль єдиної зброї</w:t>
      </w:r>
    </w:p>
    <w:p>
      <w:r>
        <w:br/>
        <w:t xml:space="preserve"> Слово, моя ти єдиная зброє,&lt;br /&gt;</w:t>
        <w:br/>
        <w:t>Ми не повинні загинуть обоє.</w:t>
      </w:r>
    </w:p>
    <w:p>
      <w:r>
        <w:br/>
        <w:t>Леся Українка</w:t>
      </w:r>
    </w:p>
    <w:p>
      <w:r>
        <w:br/>
        <w:t>Півні кричать у мегафони мальв —&lt;br /&gt;</w:t>
        <w:br/>
        <w:t>аж деренчить полив'яний світанок…&lt;br /&gt;</w:t>
        <w:br/>
        <w:t>Мій рідний краю,&lt;br /&gt;</w:t>
        <w:br/>
        <w:t>зроду ти не мав&lt;br /&gt;</w:t>
        <w:br/>
        <w:t>нейтральних барв, тих прісних пуританок.</w:t>
      </w:r>
    </w:p>
    <w:p>
      <w:r>
        <w:br/>
        <w:t>Червоне й чорне кредо рукава.&lt;br /&gt;</w:t>
        <w:br/>
        <w:t>Пшеничний принцип сонячного степу.&lt;br /&gt;</w:t>
        <w:br/>
        <w:t>Такі густі смарагдові слова&lt;br /&gt;</w:t>
        <w:br/>
        <w:t>жили в тобі і вибухали з тебе.</w:t>
      </w:r>
    </w:p>
    <w:p>
      <w:r>
        <w:br/>
        <w:t>Слова росли із ґрунту, мов жита.&lt;br /&gt;</w:t>
        <w:br/>
        <w:t>Добірним зерном колосилась мова.&lt;br /&gt;</w:t>
        <w:br/>
        <w:t>Вона як хліб. Вона мені свята.&lt;br /&gt;</w:t>
        <w:br/>
        <w:t>І кров'ю предків тяжко пурпурова.</w:t>
      </w:r>
    </w:p>
    <w:p>
      <w:r>
        <w:br/>
        <w:t>А хтось по ній прокопував рови.&lt;br /&gt;</w:t>
        <w:br/>
        <w:t>Топтав, ганьбив нам поле найдорожче.&lt;br /&gt;</w:t>
        <w:br/>
        <w:t>І сниться сон: пасуться корови —&lt;br /&gt;</w:t>
        <w:br/>
        <w:t>сім тучних, але більше тощих.</w:t>
      </w:r>
    </w:p>
    <w:p>
      <w:r>
        <w:br/>
        <w:t>Скубуть озиме, нищать ярину,&lt;br /&gt;</w:t>
        <w:br/>
        <w:t>ще й гидять, гудять, ратицями крешуть.&lt;br /&gt;</w:t>
        <w:br/>
        <w:t>Трагічна мово! Вже тобі труну&lt;br /&gt;</w:t>
        <w:br/>
        <w:t>не тільки вороги, а й діти власні тешуть.</w:t>
      </w:r>
    </w:p>
    <w:p>
      <w:r>
        <w:br/>
        <w:t>Безсмертна мово! Ти смієшься гірко.&lt;br /&gt;</w:t>
        <w:br/>
        <w:t>Ти ж в тій труні й не вмістишся, до речі.&lt;br /&gt;</w:t>
        <w:br/>
        <w:t>Вони ж дурні, вони ж знімали мірку&lt;br /&gt;</w:t>
        <w:br/>
        <w:t>з твоїх принижень — не з твоєї величі!</w:t>
      </w:r>
    </w:p>
    <w:p>
      <w:r>
        <w:br/>
        <w:t>Твій дух не став приниженим і плюсклим,&lt;br /&gt;</w:t>
        <w:br/>
        <w:t>хоч слала доля чорні килими&lt;br /&gt;</w:t>
        <w:br/>
        <w:t>то од Вілюйська до Холуйська,&lt;br /&gt;</w:t>
        <w:br/>
        <w:t>то з Києва до Колими.</w:t>
      </w:r>
    </w:p>
    <w:p>
      <w:r>
        <w:br/>
        <w:t>З усіх трибун — аж дим над демагогом.&lt;br /&gt;</w:t>
        <w:br/>
        <w:t>Усі беруть в основу ленінізм.&lt;br /&gt;</w:t>
        <w:br/>
        <w:t>Адже ніхто так не клянеться богом,&lt;br /&gt;</w:t>
        <w:br/>
        <w:t>як сам диявол — той же шовінізм.</w:t>
      </w:r>
    </w:p>
    <w:p>
      <w:r>
        <w:br/>
        <w:t>Як ти зжилася з тугою чаїною!&lt;br /&gt;</w:t>
        <w:br/>
        <w:t>Як часто лицемірив твій Парнас!..&lt;br /&gt;</w:t>
        <w:br/>
        <w:t>Шматок землі,&lt;br /&gt;</w:t>
        <w:br/>
        <w:t>ти звешся Україною.&lt;br /&gt;</w:t>
        <w:br/>
        <w:t>Ти був до нас. Ти будеш після нас.</w:t>
      </w:r>
    </w:p>
    <w:p>
      <w:r>
        <w:br/>
        <w:t>Мій предковічний,&lt;br /&gt;</w:t>
        <w:br/>
        <w:t>мій умитий росами,&lt;br /&gt;</w:t>
        <w:br/>
        <w:t>космічний,&lt;br /&gt;</w:t>
        <w:br/>
        <w:t>вічний,&lt;br /&gt;</w:t>
        <w:br/>
        <w:t>зоряний, барвінковий…&lt;br /&gt;</w:t>
        <w:br/>
        <w:t>Коли ти навіть звався — Малоросія,&lt;br /&gt;</w:t>
        <w:br/>
        <w:t>твоя поетеса була Українкою!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Біль єдиної зброї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