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у чуму</w:t>
      </w:r>
    </w:p>
    <w:p>
      <w:r>
        <w:br/>
        <w:t xml:space="preserve"> Олександр Пушкін&lt;br /&gt;</w:t>
        <w:br/>
        <w:t>Бенкет у чуму</w:t>
      </w:r>
    </w:p>
    <w:p>
      <w:r>
        <w:br/>
        <w:t>Перекладач: М.Рильський</w:t>
      </w:r>
    </w:p>
    <w:p>
      <w:r>
        <w:br/>
        <w:t>Уривок з Вільсонової трагедії</w:t>
      </w:r>
    </w:p>
    <w:p>
      <w:r>
        <w:br/>
        <w:t>"The city of the plaque"1</w:t>
      </w:r>
    </w:p>
    <w:p>
      <w:r>
        <w:br/>
        <w:t>Вулиця. Накритий стіл. За столом бенкетує&lt;br /&gt;</w:t>
        <w:br/>
        <w:t>декілька жінок та чоловіків.</w:t>
      </w:r>
    </w:p>
    <w:p>
      <w:r>
        <w:br/>
        <w:t>Молодий чоловік</w:t>
      </w:r>
    </w:p>
    <w:p>
      <w:r>
        <w:br/>
        <w:t>Шановний голово! я нагадаю&lt;br /&gt;</w:t>
        <w:br/>
        <w:t>Про того тут, кого ми добре знали,&lt;br /&gt;</w:t>
        <w:br/>
        <w:t>Чиї слівця, цікаві приповістки,&lt;br /&gt;</w:t>
        <w:br/>
        <w:t>Дотепні жарти, відповіді влучні,&lt;br /&gt;</w:t>
        <w:br/>
        <w:t>Ущипливі в поважності забавній,&lt;br /&gt;</w:t>
        <w:br/>
        <w:t>Бенкети наші сміхом приправляли&lt;br /&gt;</w:t>
        <w:br/>
        <w:t>І гнали морок, що чума безжальна,&lt;br /&gt;</w:t>
        <w:br/>
        <w:t>Негадано в гостину завітавши,&lt;br /&gt;</w:t>
        <w:br/>
        <w:t>На найясніші посила уми.&lt;br /&gt;</w:t>
        <w:br/>
        <w:t>Два дні тому, як вигадками тішив&lt;br /&gt;</w:t>
        <w:br/>
        <w:t>Він збори наші; тож не може буть,&lt;br /&gt;</w:t>
        <w:br/>
        <w:t>Щоб ми на цім гулянні безтурботнім&lt;br /&gt;</w:t>
        <w:br/>
        <w:t>Забули Джаксона! Його тут крісло&lt;br /&gt;</w:t>
        <w:br/>
        <w:t>Стоїть порожнє, ніби дожидає&lt;br /&gt;</w:t>
        <w:br/>
        <w:t>Веселуна — а він пішов уже&lt;br /&gt;</w:t>
        <w:br/>
        <w:t>У попідземні селища холодні...&lt;br /&gt;</w:t>
        <w:br/>
        <w:t>Ніколи красномовніший язик&lt;br /&gt;</w:t>
        <w:br/>
        <w:t>Не замовкав іще у домовині;&lt;br /&gt;</w:t>
        <w:br/>
        <w:t>Та ми тим часом живемо, і нам&lt;br /&gt;</w:t>
        <w:br/>
        <w:t>Нема чого смутитися. Дзвінкі&lt;br /&gt;</w:t>
        <w:br/>
        <w:t>Візьмемо кубки, в вигуках веселих&lt;br /&gt;</w:t>
        <w:br/>
        <w:t>Згадаймо Джаксона, немов між нами&lt;br /&gt;</w:t>
        <w:br/>
        <w:t>І досі він живий!..</w:t>
      </w:r>
    </w:p>
    <w:p>
      <w:r>
        <w:br/>
        <w:t>Голова бенкету</w:t>
      </w:r>
    </w:p>
    <w:p>
      <w:r>
        <w:br/>
        <w:t>Покинув перший&lt;br /&gt;</w:t>
        <w:br/>
        <w:t>Він коло наше, і тому в мовчанні&lt;br /&gt;</w:t>
        <w:br/>
        <w:t>Ми вип'єм в честь його.</w:t>
      </w:r>
    </w:p>
    <w:p>
      <w:r>
        <w:br/>
        <w:t>Молодий чоловік</w:t>
      </w:r>
    </w:p>
    <w:p>
      <w:r>
        <w:br/>
        <w:t>Хай буде так!</w:t>
      </w:r>
    </w:p>
    <w:p>
      <w:r>
        <w:br/>
        <w:t>Усі п'ють мовчки.</w:t>
      </w:r>
    </w:p>
    <w:p>
      <w:r>
        <w:br/>
        <w:t>Голова</w:t>
      </w:r>
    </w:p>
    <w:p>
      <w:r>
        <w:br/>
        <w:t>Твій голос, дівчино, у рідних співах&lt;br /&gt;</w:t>
        <w:br/>
        <w:t>Дійшов межі довершеності. Пісню&lt;br /&gt;</w:t>
        <w:br/>
        <w:t>Зачни нам, Мері, дику і тужливу,&lt;br /&gt;</w:t>
        <w:br/>
        <w:t>Щоб потім ми в веселощі пірнули&lt;br /&gt;</w:t>
        <w:br/>
        <w:t>Ще запальніш, як той, хто в дивнім сні&lt;br /&gt;</w:t>
        <w:br/>
        <w:t>Був розлучився з нашою землею.</w:t>
      </w:r>
    </w:p>
    <w:p>
      <w:r>
        <w:br/>
        <w:t>Мері</w:t>
      </w:r>
    </w:p>
    <w:p>
      <w:r>
        <w:br/>
        <w:t>(співає)</w:t>
      </w:r>
    </w:p>
    <w:p>
      <w:r>
        <w:br/>
        <w:t>Мирна праця, втіхи милі&lt;br /&gt;</w:t>
        <w:br/>
        <w:t>В краї нашому цвіли.&lt;br /&gt;</w:t>
        <w:br/>
        <w:t>Юрми люду щонеділі&lt;br /&gt;</w:t>
        <w:br/>
        <w:t>До церков побожно йшли;&lt;br /&gt;</w:t>
        <w:br/>
        <w:t>Наших діточок у школі&lt;br /&gt;</w:t>
        <w:br/>
        <w:t>Щебетали голоси,&lt;br /&gt;</w:t>
        <w:br/>
        <w:t>І з серпом блищала в полі&lt;br /&gt;</w:t>
        <w:br/>
        <w:t>Криця гострої коси.&lt;br /&gt;</w:t>
        <w:br/>
        <w:t>Та тепер — заперто школу,&lt;br /&gt;</w:t>
        <w:br/>
        <w:t>Обезлюділи церкви,&lt;br /&gt;</w:t>
        <w:br/>
        <w:t>Жито клониться додолу,&lt;br /&gt;</w:t>
        <w:br/>
        <w:t>Ліс мовчить, як неживий.&lt;br /&gt;</w:t>
        <w:br/>
        <w:t>На селі людей немає,&lt;br /&gt;</w:t>
        <w:br/>
        <w:t>Мов пожежа перейшла,—&lt;br /&gt;</w:t>
        <w:br/>
        <w:t>Тільки цвинтар всіх приймає&lt;br /&gt;</w:t>
        <w:br/>
        <w:t>До останнього житла.</w:t>
      </w:r>
    </w:p>
    <w:p>
      <w:r>
        <w:br/>
        <w:t>Щохвилини мертвих носять,&lt;br /&gt;</w:t>
        <w:br/>
        <w:t>А моління ще живих&lt;br /&gt;</w:t>
        <w:br/>
        <w:t>Крізь ридання бога просять&lt;br /&gt;</w:t>
        <w:br/>
        <w:t>Упокоїть душі їх!&lt;br /&gt;</w:t>
        <w:br/>
        <w:t>Щохвилини інше тіло&lt;br /&gt;</w:t>
        <w:br/>
        <w:t>Похорону дожида,&lt;br /&gt;</w:t>
        <w:br/>
        <w:t>І збиваються могили,&lt;br /&gt;</w:t>
        <w:br/>
        <w:t>Наче в бурю череда!</w:t>
      </w:r>
    </w:p>
    <w:p>
      <w:r>
        <w:br/>
        <w:t>Як судила доля рано&lt;br /&gt;</w:t>
        <w:br/>
        <w:t>Одцвісти моїй весні,&lt;br /&gt;</w:t>
        <w:br/>
        <w:t>Я молю тебе, коханий,&lt;br /&gt;</w:t>
        <w:br/>
        <w:t>Ти не суджений мені:&lt;br /&gt;</w:t>
        <w:br/>
        <w:t>Не цілуй у мертві губи,&lt;br /&gt;</w:t>
        <w:br/>
        <w:t>Не доторкуйся руки,—&lt;br /&gt;</w:t>
        <w:br/>
        <w:t>Проведи в могилу, любий,&lt;br /&gt;</w:t>
        <w:br/>
        <w:t>Вірну Дженні здалеки.</w:t>
      </w:r>
    </w:p>
    <w:p>
      <w:r>
        <w:br/>
        <w:t>А тоді — покинь ці луки!&lt;br /&gt;</w:t>
        <w:br/>
        <w:t>І піди в далеку путь,&lt;br /&gt;</w:t>
        <w:br/>
        <w:t>Щоб душі безмежні муки&lt;br /&gt;</w:t>
        <w:br/>
        <w:t>Десь розвіять і забуть.&lt;br /&gt;</w:t>
        <w:br/>
        <w:t>А коли чума відхлине,&lt;br /&gt;</w:t>
        <w:br/>
        <w:t>Мій німий одвідай прах,&lt;br /&gt;</w:t>
        <w:br/>
        <w:t>А Едмонда не покине&lt;br /&gt;</w:t>
        <w:br/>
        <w:t>Дженні й там, у небесах!</w:t>
      </w:r>
    </w:p>
    <w:p>
      <w:r>
        <w:br/>
        <w:t>Голова</w:t>
      </w:r>
    </w:p>
    <w:p>
      <w:r>
        <w:br/>
        <w:t>За пісню цю спасибі, люба Мері,&lt;br /&gt;</w:t>
        <w:br/>
        <w:t>За пісню, повну смутку та скорботи!&lt;br /&gt;</w:t>
        <w:br/>
        <w:t>Колись чума, як бачиться, так само&lt;br /&gt;</w:t>
        <w:br/>
        <w:t>Одвідала поля й долини ваші,—&lt;br /&gt;</w:t>
        <w:br/>
        <w:t>І стогони та зойки розлягались&lt;br /&gt;</w:t>
        <w:br/>
        <w:t>На берегах потоків і струмків,&lt;br /&gt;</w:t>
        <w:br/>
        <w:t>Що в наші дні дзюркочуть супокійно&lt;br /&gt;</w:t>
        <w:br/>
        <w:t>У дикім раї вашої землі;&lt;br /&gt;</w:t>
        <w:br/>
        <w:t>Той чорний рік, коли в страшні покоси&lt;br /&gt;</w:t>
        <w:br/>
        <w:t>Лягли одважні, чисті, молоді,—&lt;br /&gt;</w:t>
        <w:br/>
        <w:t>Яку він пам'ять по собі лишив?&lt;br /&gt;</w:t>
        <w:br/>
        <w:t>Хіба що в простій пісні відгомони,&lt;br /&gt;</w:t>
        <w:br/>
        <w:t>Тужливі та приємні. Ні! ніщо&lt;br /&gt;</w:t>
        <w:br/>
        <w:t>Так не печалить нас серед бенкету,&lt;br /&gt;</w:t>
        <w:br/>
        <w:t>Як ніжний звук, відлунений в серцях!</w:t>
      </w:r>
    </w:p>
    <w:p>
      <w:r>
        <w:br/>
        <w:t>Мері</w:t>
      </w:r>
    </w:p>
    <w:p>
      <w:r>
        <w:br/>
        <w:t>О, я б воліла не співать ніколи&lt;br /&gt;</w:t>
        <w:br/>
        <w:t>Оподаль хати вбогої батьків!&lt;br /&gt;</w:t>
        <w:br/>
        <w:t>Батьки любили слухать юну Мері,&lt;br /&gt;</w:t>
        <w:br/>
        <w:t>І я тепер неначе наслухаю&lt;br /&gt;</w:t>
        <w:br/>
        <w:t>Саму себе в далекій бідній хаті...&lt;br /&gt;</w:t>
        <w:br/>
        <w:t>Мій голос був тоді солодший: він&lt;br /&gt;</w:t>
        <w:br/>
        <w:t>Був голосом невинності.</w:t>
      </w:r>
    </w:p>
    <w:p>
      <w:r>
        <w:br/>
        <w:t>Л у ї з а</w:t>
      </w:r>
    </w:p>
    <w:p>
      <w:r>
        <w:br/>
        <w:t>Не в моді&lt;br /&gt;</w:t>
        <w:br/>
        <w:t>Тепер такі пісні. Та й досі ще&lt;br /&gt;</w:t>
        <w:br/>
        <w:t>Є прості душі: їм сльоза жіноча&lt;br /&gt;</w:t>
        <w:br/>
        <w:t>Довірливі розчулює серця.&lt;br /&gt;</w:t>
        <w:br/>
        <w:t>Здається їй, що тут ніхто не встоїть&lt;br /&gt;</w:t>
        <w:br/>
        <w:t>Перед її плачем. Коли б же сміхом&lt;br /&gt;</w:t>
        <w:br/>
        <w:t>Хотіла взяти, то, мабуть, усе&lt;br /&gt;</w:t>
        <w:br/>
        <w:t>Сміялась би. Хвалив тут Вальсінгам&lt;br /&gt;</w:t>
        <w:br/>
        <w:t>Красунь північних,— ну, вона тепер&lt;br /&gt;</w:t>
        <w:br/>
        <w:t>І розстогналася. О, ненависна&lt;br /&gt;</w:t>
        <w:br/>
        <w:t>Шотландських кіс лукава жовтизна!</w:t>
      </w:r>
    </w:p>
    <w:p>
      <w:r>
        <w:br/>
        <w:t>Голова</w:t>
      </w:r>
    </w:p>
    <w:p>
      <w:r>
        <w:br/>
        <w:t>Стривайте-по: коліс я чую стук!</w:t>
      </w:r>
    </w:p>
    <w:p>
      <w:r>
        <w:br/>
        <w:t>Іде віз, повний мерців. За погонича на ньому негр.</w:t>
      </w:r>
    </w:p>
    <w:p>
      <w:r>
        <w:br/>
        <w:t>Луїза, бач, зомліла! А здавалось,—&lt;br /&gt;</w:t>
        <w:br/>
        <w:t>Тверде у неї серце, як у мужа.&lt;br /&gt;</w:t>
        <w:br/>
        <w:t>Жорстокий проти ніжного кволіший,&lt;br /&gt;</w:t>
        <w:br/>
        <w:t>І страх живе у пристрасній душі!&lt;br /&gt;</w:t>
        <w:br/>
        <w:t>Водою збризни, Мері! Так, їй краще!</w:t>
      </w:r>
    </w:p>
    <w:p>
      <w:r>
        <w:br/>
        <w:t>Мері</w:t>
      </w:r>
    </w:p>
    <w:p>
      <w:r>
        <w:br/>
        <w:t>Ганьби моєї та печалі сестро,&lt;br /&gt;</w:t>
        <w:br/>
        <w:t>Схились до мене.</w:t>
      </w:r>
    </w:p>
    <w:p>
      <w:r>
        <w:br/>
        <w:t>Луїза</w:t>
      </w:r>
    </w:p>
    <w:p>
      <w:r>
        <w:br/>
        <w:t>(приходячи до пам'яті)</w:t>
      </w:r>
    </w:p>
    <w:p>
      <w:r>
        <w:br/>
        <w:t>Демон уявився&lt;br /&gt;</w:t>
        <w:br/>
        <w:t>Мені вві сні — весь чорний, білоокий,&lt;br /&gt;</w:t>
        <w:br/>
        <w:t>У свій візок мене він кликав. Там&lt;br /&gt;</w:t>
        <w:br/>
        <w:t>Лежали трупи й хрипло белькотали&lt;br /&gt;</w:t>
        <w:br/>
        <w:t>Незрозумілі і страшні слова...&lt;br /&gt;</w:t>
        <w:br/>
        <w:t>Скажіть мені: цей віз проїхав справді&lt;br /&gt;</w:t>
        <w:br/>
        <w:t>Чи тільки снився?</w:t>
      </w:r>
    </w:p>
    <w:p>
      <w:r>
        <w:br/>
        <w:t>Молодий чоловік</w:t>
      </w:r>
    </w:p>
    <w:p>
      <w:r>
        <w:br/>
        <w:t>Годі-бо, Луїзо,&lt;br /&gt;</w:t>
        <w:br/>
        <w:t>Розвеселись. Хоч вулиця вся наша —&lt;br /&gt;</w:t>
        <w:br/>
        <w:t>Німотний схов од смерті та одчаю,&lt;br /&gt;</w:t>
        <w:br/>
        <w:t>Безжурності та забуття притулок,&lt;br /&gt;</w:t>
        <w:br/>
        <w:t>Та, може, скрізь візок той проїздить,&lt;br /&gt;</w:t>
        <w:br/>
        <w:t>І ми його перепинять не смієм,—&lt;br /&gt;</w:t>
        <w:br/>
        <w:t>А щоб кінець покласти цій розмові&lt;br /&gt;</w:t>
        <w:br/>
        <w:t>Та втішити жіноцтво,— заспівай&lt;br /&gt;</w:t>
        <w:br/>
        <w:t>Нам, Вальсінгаме, не сумної пісні,&lt;br /&gt;</w:t>
        <w:br/>
        <w:t>Що від журби шотландської вродилась,&lt;br /&gt;</w:t>
        <w:br/>
        <w:t>А пісні, де панує буйний Вакх,&lt;br /&gt;</w:t>
        <w:br/>
        <w:t>Що виникла над келихом кипучим!</w:t>
      </w:r>
    </w:p>
    <w:p>
      <w:r>
        <w:br/>
        <w:t>Голова</w:t>
      </w:r>
    </w:p>
    <w:p>
      <w:r>
        <w:br/>
        <w:t>Того не вмію. Заспіваю гімн&lt;br /&gt;</w:t>
        <w:br/>
        <w:t>Чумі на честь. Я вчора склав його,&lt;br /&gt;</w:t>
        <w:br/>
        <w:t>Коли вночі додому повернувся.&lt;br /&gt;</w:t>
        <w:br/>
        <w:t>Уперше за життя мене охота&lt;br /&gt;</w:t>
        <w:br/>
        <w:t>Взяла до рим! То слухайте ж пильніш:&lt;br /&gt;</w:t>
        <w:br/>
        <w:t>Мій хриплий голос тут якраз пасує.</w:t>
      </w:r>
    </w:p>
    <w:p>
      <w:r>
        <w:br/>
        <w:t>Голоси</w:t>
      </w:r>
    </w:p>
    <w:p>
      <w:r>
        <w:br/>
        <w:t>Гімн в честь чуми! послухаймо його!&lt;br /&gt;</w:t>
        <w:br/>
        <w:t>Гімн в честь чуми! Чудесно! Bravo! bravo!</w:t>
      </w:r>
    </w:p>
    <w:p>
      <w:r>
        <w:br/>
        <w:t>Голова</w:t>
      </w:r>
    </w:p>
    <w:p>
      <w:r>
        <w:br/>
        <w:t>(співає)</w:t>
      </w:r>
    </w:p>
    <w:p>
      <w:r>
        <w:br/>
        <w:t>Коли погрозлива зима,&lt;br /&gt;</w:t>
        <w:br/>
        <w:t>Як гордий вождь, веде сама&lt;br /&gt;</w:t>
        <w:br/>
        <w:t>На нас жорстокі та суворі&lt;br /&gt;</w:t>
        <w:br/>
        <w:t>Полки морозів і снігів,—&lt;br /&gt;</w:t>
        <w:br/>
        <w:t>Огні ми світимо бадьорі&lt;br /&gt;</w:t>
        <w:br/>
        <w:t>І бенкетуєм круг огнів.&lt;br /&gt;</w:t>
        <w:br/>
        <w:t>Цариця гнівная, Чума&lt;br /&gt;</w:t>
        <w:br/>
        <w:t>Тепер іде на нас сама,&lt;br /&gt;</w:t>
        <w:br/>
        <w:t>На жнитво важачи багате,&lt;br /&gt;</w:t>
        <w:br/>
        <w:t>І в наші вікна день за днем&lt;br /&gt;</w:t>
        <w:br/>
        <w:t>Могильна стукає лопата...&lt;br /&gt;</w:t>
        <w:br/>
        <w:t>Куди ж од неї ми втечем?&lt;br /&gt;</w:t>
        <w:br/>
        <w:t>Як од примхливої зими,&lt;br /&gt;</w:t>
        <w:br/>
        <w:t>Замкнемось, друзі, од Чуми!&lt;br /&gt;</w:t>
        <w:br/>
        <w:t>Креснім огню, чарки налиймо,&lt;br /&gt;</w:t>
        <w:br/>
        <w:t>Повиймо пристрастю уми&lt;br /&gt;</w:t>
        <w:br/>
        <w:t>І, шалу кинувшись в обійми,&lt;br /&gt;</w:t>
        <w:br/>
        <w:t>Прославмо царствіє Чуми.</w:t>
      </w:r>
    </w:p>
    <w:p>
      <w:r>
        <w:br/>
        <w:t>Є дивні чари у бою,&lt;br /&gt;</w:t>
        <w:br/>
        <w:t>Страшної прірви на краю,&lt;br /&gt;</w:t>
        <w:br/>
        <w:t>В безмежнім, грізнім океані,&lt;br /&gt;</w:t>
        <w:br/>
        <w:t>В ревінні хвиль, в диханні тьми,&lt;br /&gt;</w:t>
        <w:br/>
        <w:t>І в аравійськім урагані,&lt;br /&gt;</w:t>
        <w:br/>
        <w:t>І в лютім подиху Чуми.&lt;br /&gt;</w:t>
        <w:br/>
        <w:t>Все, що загибеллю грозить,&lt;br /&gt;</w:t>
        <w:br/>
        <w:t>Для серця смертного таїть&lt;br /&gt;</w:t>
        <w:br/>
        <w:t>Незрозуміле чарування,&lt;br /&gt;</w:t>
        <w:br/>
        <w:t>Безсмертя, може, відчуття! —&lt;br /&gt;</w:t>
        <w:br/>
        <w:t>Щасливий той, хто в дні страждання&lt;br /&gt;</w:t>
        <w:br/>
        <w:t>Ним осолоджував життя.</w:t>
      </w:r>
    </w:p>
    <w:p>
      <w:r>
        <w:br/>
        <w:t>Хвала ж тобі, Чумо, хвала!&lt;br /&gt;</w:t>
        <w:br/>
        <w:t>Нам не страшна могильна мла!&lt;br /&gt;</w:t>
        <w:br/>
        <w:t>Уже йдучи по смертних сходах,&lt;br /&gt;</w:t>
        <w:br/>
        <w:t>Підносим пінні кубки ми&lt;br /&gt;</w:t>
        <w:br/>
        <w:t>І діви-рози п'ємо подих,&lt;br /&gt;</w:t>
        <w:br/>
        <w:t>Хоч, може... сповнений Чуми!</w:t>
      </w:r>
    </w:p>
    <w:p>
      <w:r>
        <w:br/>
        <w:t>Входить старий священик.</w:t>
      </w:r>
    </w:p>
    <w:p>
      <w:r>
        <w:br/>
        <w:t>Священик</w:t>
      </w:r>
    </w:p>
    <w:p>
      <w:r>
        <w:br/>
        <w:t>Безбожний спів, безбожні нечестивці!&lt;br /&gt;</w:t>
        <w:br/>
        <w:t>Бенкетами, розпусними піснями&lt;br /&gt;</w:t>
        <w:br/>
        <w:t>Глузуєте з німої тиші ви,&lt;br /&gt;</w:t>
        <w:br/>
        <w:t>Що всюди смерть посіяла похмура!&lt;br /&gt;</w:t>
        <w:br/>
        <w:t>На цвинтарі, під похоронний плач,&lt;br /&gt;</w:t>
        <w:br/>
        <w:t>Під голосіння ревно я молюся,—&lt;br /&gt;</w:t>
        <w:br/>
        <w:t>А ваші гульбища ці ненависні&lt;br /&gt;</w:t>
        <w:br/>
        <w:t>Тривожать супокій могил,— і землю&lt;br /&gt;</w:t>
        <w:br/>
        <w:t>Над мертвими тілами потрясають!&lt;br /&gt;</w:t>
        <w:br/>
        <w:t>Коли б жінок і стариків моління&lt;br /&gt;</w:t>
        <w:br/>
        <w:t>Загальної не освятили ями,—&lt;br /&gt;</w:t>
        <w:br/>
        <w:t>Сказав би я, що духи тут лукаві&lt;br /&gt;</w:t>
        <w:br/>
        <w:t>Безбожника вхопили грішну душу&lt;br /&gt;</w:t>
        <w:br/>
        <w:t>І в вічну темряву зо сміхом тягнуть.</w:t>
      </w:r>
    </w:p>
    <w:p>
      <w:r>
        <w:br/>
        <w:t>Кілька голосів</w:t>
      </w:r>
    </w:p>
    <w:p>
      <w:r>
        <w:br/>
        <w:t>Про пекло ловко він оповіда!&lt;br /&gt;</w:t>
        <w:br/>
        <w:t>Іди, старий! Тут не до тебе, діду!</w:t>
      </w:r>
    </w:p>
    <w:p>
      <w:r>
        <w:br/>
        <w:t>Священик</w:t>
      </w:r>
    </w:p>
    <w:p>
      <w:r>
        <w:br/>
        <w:t>Святою вас я заклинаю кров'ю&lt;br /&gt;</w:t>
        <w:br/>
        <w:t>Спасителя, розп'ятого за нас:&lt;br /&gt;</w:t>
        <w:br/>
        <w:t>Безбожну киньте гулянку, коли&lt;br /&gt;</w:t>
        <w:br/>
        <w:t>Ви хочете зустріть на небесах,&lt;br /&gt;</w:t>
        <w:br/>
        <w:t>Кого любили у житті земному.&lt;br /&gt;</w:t>
        <w:br/>
        <w:t>Розходьтесь по домах своїх!</w:t>
      </w:r>
    </w:p>
    <w:p>
      <w:r>
        <w:br/>
        <w:t>Голова</w:t>
      </w:r>
    </w:p>
    <w:p>
      <w:r>
        <w:br/>
        <w:t>Доми&lt;br /&gt;</w:t>
        <w:br/>
        <w:t>Смутні у нас — а юність прагне втіхи!</w:t>
      </w:r>
    </w:p>
    <w:p>
      <w:r>
        <w:br/>
        <w:t>Священик</w:t>
      </w:r>
    </w:p>
    <w:p>
      <w:r>
        <w:br/>
        <w:t>Це, Вальсінгаме, ти? Невже забув,&lt;br /&gt;</w:t>
        <w:br/>
        <w:t>Як на колінах — так іще недавно —&lt;br /&gt;</w:t>
        <w:br/>
        <w:t>Труп материн сльозами обливав&lt;br /&gt;</w:t>
        <w:br/>
        <w:t>І в муках бився на її могилі?&lt;br /&gt;</w:t>
        <w:br/>
        <w:t>Що ж, думаєш, вона тепер не плаче,&lt;br /&gt;</w:t>
        <w:br/>
        <w:t>Побачивши з небес, як син в розпусті&lt;br /&gt;</w:t>
        <w:br/>
        <w:t>Гріховній тоне, чувши голос твій,&lt;br /&gt;</w:t>
        <w:br/>
        <w:t>Що тут пісні вигукує скажені&lt;br /&gt;</w:t>
        <w:br/>
        <w:t>Серед плачів та співів молитовних?&lt;br /&gt;</w:t>
        <w:br/>
        <w:t>Іди ж за мною!</w:t>
      </w:r>
    </w:p>
    <w:p>
      <w:r>
        <w:br/>
        <w:t>Голова</w:t>
      </w:r>
    </w:p>
    <w:p>
      <w:r>
        <w:br/>
        <w:t>О, навіщо ти&lt;br /&gt;</w:t>
        <w:br/>
        <w:t>Прийшов мене тривожити? З тобою&lt;br /&gt;</w:t>
        <w:br/>
        <w:t>Я не піду. Мене сюди назавжди&lt;br /&gt;</w:t>
        <w:br/>
        <w:t>Одчай і муки міцно прикували,&lt;br /&gt;</w:t>
        <w:br/>
        <w:t>Свідомість непрощенного гріха,&lt;br /&gt;</w:t>
        <w:br/>
        <w:t>Жах порожнечі, що стрічаю я,&lt;br /&gt;</w:t>
        <w:br/>
        <w:t>У дім свій повернувшися змертвілий,—&lt;br /&gt;</w:t>
        <w:br/>
        <w:t>І цих розваг незнані солодощі,&lt;br /&gt;</w:t>
        <w:br/>
        <w:t>І кубка цього золота трутизна,&lt;br /&gt;</w:t>
        <w:br/>
        <w:t>І пестощі (хай бог мене простить) —&lt;br /&gt;</w:t>
        <w:br/>
        <w:t>Хоч грішної, та любої істоти.&lt;br /&gt;</w:t>
        <w:br/>
        <w:t>Тінь матері не викличе мене&lt;br /&gt;</w:t>
        <w:br/>
        <w:t>Відсіль. Запізно ти сюди прибув.&lt;br /&gt;</w:t>
        <w:br/>
        <w:t>Зусилля марні, хоч за них я вдячний...&lt;br /&gt;</w:t>
        <w:br/>
        <w:t>Іди ж, старик! Та хто з тобою піде,—&lt;br /&gt;</w:t>
        <w:br/>
        <w:t>Хай буде проклят нині і повік!</w:t>
      </w:r>
    </w:p>
    <w:p>
      <w:r>
        <w:br/>
        <w:t>Голоси</w:t>
      </w:r>
    </w:p>
    <w:p>
      <w:r>
        <w:br/>
        <w:t>Bravo, bravo! Достойний голова у нас!&lt;br /&gt;</w:t>
        <w:br/>
        <w:t>От так сказав! Геть, діду, геть іди!</w:t>
      </w:r>
    </w:p>
    <w:p>
      <w:r>
        <w:br/>
        <w:t>Священик</w:t>
      </w:r>
    </w:p>
    <w:p>
      <w:r>
        <w:br/>
        <w:t>Матільдин кличе дух тебе святий!</w:t>
      </w:r>
    </w:p>
    <w:p>
      <w:r>
        <w:br/>
        <w:t>Голова</w:t>
      </w:r>
    </w:p>
    <w:p>
      <w:r>
        <w:br/>
        <w:t>(встає)</w:t>
      </w:r>
    </w:p>
    <w:p>
      <w:r>
        <w:br/>
        <w:t>Заприсягнись, піднявши в небеса&lt;br /&gt;</w:t>
        <w:br/>
        <w:t>Бліду, зів'ялу руку, залишить&lt;br /&gt;</w:t>
        <w:br/>
        <w:t>В труні ім'я, навіки заніміле!&lt;br /&gt;</w:t>
        <w:br/>
        <w:t>Коли б од неї, чистої, сховатись&lt;br /&gt;</w:t>
        <w:br/>
        <w:t>Я силу мав!.. Вона мене вважала&lt;br /&gt;</w:t>
        <w:br/>
        <w:t>За чесного, за гордого, і щастя&lt;br /&gt;</w:t>
        <w:br/>
        <w:t>В моїх обіймах знала неземне...&lt;br /&gt;</w:t>
        <w:br/>
        <w:t>Де я?.. о, благовіснице небесна!&lt;br /&gt;</w:t>
        <w:br/>
        <w:t>Тебе я бачу там, куди мій дух&lt;br /&gt;</w:t>
        <w:br/>
        <w:t>Уже повік не досягне...</w:t>
      </w:r>
    </w:p>
    <w:p>
      <w:r>
        <w:br/>
        <w:t>Жіночий голос</w:t>
      </w:r>
    </w:p>
    <w:p>
      <w:r>
        <w:br/>
        <w:t>Безумець:&lt;br /&gt;</w:t>
        <w:br/>
        <w:t>Йому ввижається померла жінка!</w:t>
      </w:r>
    </w:p>
    <w:p>
      <w:r>
        <w:br/>
        <w:t>Священик</w:t>
      </w:r>
    </w:p>
    <w:p>
      <w:r>
        <w:br/>
        <w:t>Ходім за мною...</w:t>
      </w:r>
    </w:p>
    <w:p>
      <w:r>
        <w:br/>
        <w:t>Голова</w:t>
      </w:r>
    </w:p>
    <w:p>
      <w:r>
        <w:br/>
        <w:t>Ні, мій отче,&lt;br /&gt;</w:t>
        <w:br/>
        <w:t>зглянься.&lt;br /&gt;</w:t>
        <w:br/>
        <w:t>Лиши мене!</w:t>
      </w:r>
    </w:p>
    <w:p>
      <w:r>
        <w:br/>
        <w:t>Священик</w:t>
      </w:r>
    </w:p>
    <w:p>
      <w:r>
        <w:br/>
        <w:t>Хай бог тебе спасе!&lt;br /&gt;</w:t>
        <w:br/>
        <w:t>Прощай, мій сину.</w:t>
      </w:r>
    </w:p>
    <w:p>
      <w:r>
        <w:br/>
        <w:t>Виходить. Бенкет іде далі.&lt;br /&gt;</w:t>
        <w:br/>
        <w:t>Голова залишається, глибоко замислений.</w:t>
      </w:r>
    </w:p>
    <w:p>
      <w:r>
        <w:br/>
        <w:t>1 Чумне місто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у чуму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