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Бенгальські вогні</w:t>
      </w:r>
    </w:p>
    <w:p>
      <w:r>
        <w:br/>
        <w:t xml:space="preserve"> &lt;p&gt;Скільки клопоту у нас із Мишком було перед Новим роком! Ми вже давно готувалися до свята: клеїли паперові ланцюжки на ялинку, вирізували прапорці, лаштували різні ялинкові прикраси. Все було б добре, але тут Мишко дістав десь книгу "Цікава хімія" і вичитав у ній, як зробити самому бенгальські вогні.</w:t>
      </w:r>
    </w:p>
    <w:p>
      <w:r>
        <w:br/>
        <w:t>З цього й розпочався гармидер! Цілісінькими днями Мишко товк у ступі сірку та цукор, стругав алюмінієві ошурки й підпалював суміш на пробу. По всьому будинкові йшов дим і смерділо задушливими газами. Сусіди сердились, а ніяких бенгальських вогнів не виходило.</w:t>
      </w:r>
    </w:p>
    <w:p>
      <w:r>
        <w:br/>
        <w:t>Та Мишко не журився. Він навіть покликав до себе на ялинку багатьох хлопців із нашого класу й хвастався, що в нього будуть бенгальські вогні.</w:t>
      </w:r>
    </w:p>
    <w:p>
      <w:r>
        <w:br/>
        <w:t>— Вони знаєте які! — казав Мишко. — Вони виблискують, як срібло, і розсипаються на всі боки вогненними бризками.</w:t>
      </w:r>
    </w:p>
    <w:p>
      <w:r>
        <w:br/>
        <w:t>Я кажу Мишкові:</w:t>
      </w:r>
    </w:p>
    <w:p>
      <w:r>
        <w:br/>
        <w:t>— Що ж ти наробив? Покликав хлопців, а ніяких бенгальських вогнів не буде.</w:t>
      </w:r>
    </w:p>
    <w:p>
      <w:r>
        <w:br/>
        <w:t>— Чому не буде? Буде! Ще багато часу. Все встигну зробити.</w:t>
      </w:r>
    </w:p>
    <w:p>
      <w:r>
        <w:br/>
        <w:t>Напередодні Нового року він приходить до мене й каже:</w:t>
      </w:r>
    </w:p>
    <w:p>
      <w:r>
        <w:br/>
        <w:t>— Слухай, час нам по ялинки їхати, а. то залишимося ми на свята без ялинок.</w:t>
      </w:r>
    </w:p>
    <w:p>
      <w:r>
        <w:br/>
        <w:t>— Сьогодні вже пізно, — відповів я. — Завтра поїдемо.</w:t>
      </w:r>
    </w:p>
    <w:p>
      <w:r>
        <w:br/>
        <w:t>— Так завтра ж ялинку прикрашати треба.</w:t>
      </w:r>
    </w:p>
    <w:p>
      <w:r>
        <w:br/>
        <w:t>— Нічого, — кажу я. — Прикрашати треба ввечері, а ми поїдемо вдень, відразу ж після школи.</w:t>
      </w:r>
    </w:p>
    <w:p>
      <w:r>
        <w:br/>
        <w:t>Ми з Мишко уже давно домовились поїхати по ялинки в Горєлкіно, де ми жили в тітки Наталки на дачі. Тітчин Наталчин чоловік працював лісником і ще влітку сказав, щоб ми приїжджали до нього в ліс по ялинки. Я навіть заздалегідь ублагав маму, щоб вона дозволила мені поїхати в ліс.</w:t>
      </w:r>
    </w:p>
    <w:p>
      <w:r>
        <w:br/>
        <w:t>Наступного дня я приходжу до Мишка по обіді, а він сидить і товче бенгальські вогні в ступі.</w:t>
      </w:r>
    </w:p>
    <w:p>
      <w:r>
        <w:br/>
        <w:t>— Що ж ти, — кажу, — не міг раніше зробити? Їхати час, а ти вовтузишся!</w:t>
      </w:r>
    </w:p>
    <w:p>
      <w:r>
        <w:br/>
        <w:t>— Та я робив і раніше, тільки, мабуть, мало сірки клав. Вони сичать, димлять, а горіти не горять.</w:t>
      </w:r>
    </w:p>
    <w:p>
      <w:r>
        <w:br/>
        <w:t>— Ну й кинь, однаково нічого не вийде.</w:t>
      </w:r>
    </w:p>
    <w:p>
      <w:r>
        <w:br/>
        <w:t>— Ні, тепер, мабуть, вийде. Треба тільки більше сірки класти. Дай-но мені алюмінієву каструлю, он на підвіконні.</w:t>
      </w:r>
    </w:p>
    <w:p>
      <w:r>
        <w:br/>
        <w:t>— Де ж каструля? Тут тільки сковорідка, — кажу я.</w:t>
      </w:r>
    </w:p>
    <w:p>
      <w:r>
        <w:br/>
        <w:t>— Сковорідка?.. Ех, ти! Та це ж і є колишня каструля. Давай її сюди.</w:t>
      </w:r>
    </w:p>
    <w:p>
      <w:r>
        <w:br/>
        <w:t>Я передав йому сковорідку, і він заходився шкребти її по краях терпугом.</w:t>
      </w:r>
    </w:p>
    <w:p>
      <w:r>
        <w:br/>
        <w:t>— То в тебе, значить, каструля на сковорідку перетворилася? — запитую я.</w:t>
      </w:r>
    </w:p>
    <w:p>
      <w:r>
        <w:br/>
        <w:t>— Атож, — каже Мишко. — Я її пиляв терпугом, пиляв, от вона і зробилася сковорідкою. Та нічого, сковорідка теж у господарстві потрібна.</w:t>
      </w:r>
    </w:p>
    <w:p>
      <w:r>
        <w:br/>
        <w:t>— Що ж тобі мама сказала?</w:t>
      </w:r>
    </w:p>
    <w:p>
      <w:r>
        <w:br/>
        <w:t>— Нічого не сказала. Вона ще не бачила.</w:t>
      </w:r>
    </w:p>
    <w:p>
      <w:r>
        <w:br/>
        <w:t>— А коли побачить?</w:t>
      </w:r>
    </w:p>
    <w:p>
      <w:r>
        <w:br/>
        <w:t>— Що ж… Побачить то й побачить. Я, коли виросту, нову каструлю їй куплю.</w:t>
      </w:r>
    </w:p>
    <w:p>
      <w:r>
        <w:br/>
        <w:t>— Це довго ждати, поки ти виростеш!</w:t>
      </w:r>
    </w:p>
    <w:p>
      <w:r>
        <w:br/>
        <w:t>— Нічого.</w:t>
      </w:r>
    </w:p>
    <w:p>
      <w:r>
        <w:br/>
        <w:t>Мишко нашкріб ошурок, висипав порошок із ступки, налив клею, розмішав усе це, так що вийшло тісто, схоже на замазку. З цієї замазки він наробив довгих ковбасок, накрутив їх на дротинки і розіклав на фанерці сушитися.</w:t>
      </w:r>
    </w:p>
    <w:p>
      <w:r>
        <w:br/>
        <w:t>— Ну ось, — каже, — висохнуть, — і будуть готові, тільки треба від Дружка сховати.</w:t>
      </w:r>
    </w:p>
    <w:p>
      <w:r>
        <w:br/>
        <w:t>— Навіщо від нього ховати?</w:t>
      </w:r>
    </w:p>
    <w:p>
      <w:r>
        <w:br/>
        <w:t>— Зжере.</w:t>
      </w:r>
    </w:p>
    <w:p>
      <w:r>
        <w:br/>
        <w:t>— Як — зжере? Хіба собаки бенгальські вогні їдять?</w:t>
      </w:r>
    </w:p>
    <w:p>
      <w:r>
        <w:br/>
        <w:t>— Не знаю. Інші, може, й не їдять, а Дружок їсть. Одного разу я залишив їх сохнути, входжу — а він їх гризе. Напевно, думав, що то цукерки.</w:t>
      </w:r>
    </w:p>
    <w:p>
      <w:r>
        <w:br/>
        <w:t>— Ну, сховай їх у піч. Там тепло, і Дружок не дістане.</w:t>
      </w:r>
    </w:p>
    <w:p>
      <w:r>
        <w:br/>
        <w:t>— У піч теж не можна. Якось я сховав їх у піч, а мама прийшла і запалила — вони й згоріли. Я їх краще на шафу покладу, — каже Мишко.</w:t>
      </w:r>
    </w:p>
    <w:p>
      <w:r>
        <w:br/>
        <w:t>Мишко виліз на стілець і поклав фанерку на шафу.</w:t>
      </w:r>
    </w:p>
    <w:p>
      <w:r>
        <w:br/>
        <w:t>— Адже ти знаєш, який Дружок, — каже Мишко. — Він завжди мої речі хапає! Пам'ятаєш, він затягнув мого лівого черевика, так що ми його ніде не могли знайти. Довелося мені тоді три дні ходити у валянках, поки інші черевики купили. Надворі теплінь, а я ходжу у валянках, наче обморожений! А потім уже, коли купили інші черевики, ми цього черевика, котрий один лишився, викинули, бо кому він потрібен — один черевик! А коли його викинули, відшукався той черевик, котрий загубився. Виявилось — його Дружок затягнув на кухню під піч. Ну, ми й цього черевика викинули, бо коли б першого не викинули, то й другого б не викинули, а коли вже першого викинули, то й другого викинули. Так обидва й викинули.</w:t>
      </w:r>
    </w:p>
    <w:p>
      <w:r>
        <w:br/>
        <w:t>Я кажу:</w:t>
      </w:r>
    </w:p>
    <w:p>
      <w:r>
        <w:br/>
        <w:t>— Годі тобі базікати! Одягайся швидше, їхати треба.</w:t>
      </w:r>
    </w:p>
    <w:p>
      <w:r>
        <w:br/>
        <w:t>Мишко вдягнувся, ми взяли сокиру й помчали. на вокзал. А тут поїзд якраз пішов, і довелося нам дожидати іншого. Ну, нічого, діждались, поїхали. їхали, їхали, нарешті приїхали. Злізли в Горєлкіному і пішли прямо до лісничого. Він дав нам квитанцію на дві ялинки, показав ділянку, де дозволялося рубати, і ми пішли до лісу. Довкола багато ялинок, тільки Мишкові вони всі не подобалися.</w:t>
      </w:r>
    </w:p>
    <w:p>
      <w:r>
        <w:br/>
        <w:t>— Я така людина, — хвалився він, — що коли вже поїхав до лісу, то зрубаю найкращу ялинку, а то і їздити не варт.</w:t>
      </w:r>
    </w:p>
    <w:p>
      <w:r>
        <w:br/>
        <w:t>Залізли ми в самісіньку гущавину.</w:t>
      </w:r>
    </w:p>
    <w:p>
      <w:r>
        <w:br/>
        <w:t>— Треба рубати хутчій, — кажу я. — Скоро й смеркати почне.</w:t>
      </w:r>
    </w:p>
    <w:p>
      <w:r>
        <w:br/>
        <w:t>— Що ж рубати, коли нічого рубати!</w:t>
      </w:r>
    </w:p>
    <w:p>
      <w:r>
        <w:br/>
        <w:t>— Ось, — кажу, — гарна ялинка.</w:t>
      </w:r>
    </w:p>
    <w:p>
      <w:r>
        <w:br/>
        <w:t>Мишко оглянув ялинку з усіх боків і каже:</w:t>
      </w:r>
    </w:p>
    <w:p>
      <w:r>
        <w:br/>
        <w:t>— Вона, звичайно, гарна, тільки не зовсім. Правду кажучи, зовсім негарна: куца.</w:t>
      </w:r>
    </w:p>
    <w:p>
      <w:r>
        <w:br/>
        <w:t>— Як це — куца?</w:t>
      </w:r>
    </w:p>
    <w:p>
      <w:r>
        <w:br/>
        <w:t>— Верхівка в неї коротка. Мені такої ялинки і задарма не треба!</w:t>
      </w:r>
    </w:p>
    <w:p>
      <w:r>
        <w:br/>
        <w:t>Знайшли ми іншу ялинку.</w:t>
      </w:r>
    </w:p>
    <w:p>
      <w:r>
        <w:br/>
        <w:t>— А оця кульгава, — каже Мишко.</w:t>
      </w:r>
    </w:p>
    <w:p>
      <w:r>
        <w:br/>
        <w:t>— Як — кульгава?</w:t>
      </w:r>
    </w:p>
    <w:p>
      <w:r>
        <w:br/>
        <w:t>— Так, кульгава. Бачиш, у неї нога внизу закривляється.</w:t>
      </w:r>
    </w:p>
    <w:p>
      <w:r>
        <w:br/>
        <w:t>— Яка нога?</w:t>
      </w:r>
    </w:p>
    <w:p>
      <w:r>
        <w:br/>
        <w:t>— Ну, стовбур.</w:t>
      </w:r>
    </w:p>
    <w:p>
      <w:r>
        <w:br/>
        <w:t>— Стовбур! Так би й казав!</w:t>
      </w:r>
    </w:p>
    <w:p>
      <w:r>
        <w:br/>
        <w:t>Знайшли ми ще одну ялинку.</w:t>
      </w:r>
    </w:p>
    <w:p>
      <w:r>
        <w:br/>
        <w:t>— Лиса, — каже Мишко.</w:t>
      </w:r>
    </w:p>
    <w:p>
      <w:r>
        <w:br/>
        <w:t>— Сам ти лисий! Як це ялинка може бути лисою?</w:t>
      </w:r>
    </w:p>
    <w:p>
      <w:r>
        <w:br/>
        <w:t>— Звичайно, лиса! Бачиш, яка вона ріденька, уся просвічується. Один стовбур видно. Просто не ялинка, а палиця!</w:t>
      </w:r>
    </w:p>
    <w:p>
      <w:r>
        <w:br/>
        <w:t>І так весь час: то лиса, то кульгава, то ще якась!</w:t>
      </w:r>
    </w:p>
    <w:p>
      <w:r>
        <w:br/>
        <w:t>— Ну, — кажу, — тебе слухати — до ночі ялинки не зрубаєш! Знайшов собі путню ялиночку, зрубав і віддав сокиру Мишкові: — Рубай хутчій, нам додому їхати час.</w:t>
      </w:r>
    </w:p>
    <w:p>
      <w:r>
        <w:br/>
        <w:t>А він неначе весь ліс узявся обшукати. Що я вже і просив його і сварив — нічого не допомагало. Нарешті він знайшов ялинку на свій смак, зрубав, і ми пішли назад на станцію. Йшли, йшли, а ліс усе не кінчається.</w:t>
      </w:r>
    </w:p>
    <w:p>
      <w:r>
        <w:br/>
        <w:t>— Може, ми не в той бік ідемо? — каже Мишко.</w:t>
      </w:r>
    </w:p>
    <w:p>
      <w:r>
        <w:br/>
        <w:t>Пішли ми в інший бік. йшли, йшли — усе ліс та й ліс! Тут і смеркати почало. Ми звертаємо то в один бік, то в інший. Зовсім заплуталися.</w:t>
      </w:r>
    </w:p>
    <w:p>
      <w:r>
        <w:br/>
        <w:t>— От бачиш, — кажу, — що ти накоїв!</w:t>
      </w:r>
    </w:p>
    <w:p>
      <w:r>
        <w:br/>
        <w:t>— Що ж я накоїв? Я ж не винен, що так швидко вечір настав.</w:t>
      </w:r>
    </w:p>
    <w:p>
      <w:r>
        <w:br/>
        <w:t>— А скільки ти ялинку вибирав? А дома скільки вовтузився? Ось доведеться через тебе в лісі ночувати!</w:t>
      </w:r>
    </w:p>
    <w:p>
      <w:r>
        <w:br/>
        <w:t>— Що ти! — злякався Мишко. — Адже сьогодні хлопці прийдуть. Треба дорогу шукати.</w:t>
      </w:r>
    </w:p>
    <w:p>
      <w:r>
        <w:br/>
        <w:t>Скоро зовсім стемніло. На небі засяяв місяць. Довкола, мов велетні, стояли чорні стовбури дерев. За кожним деревом нам увижалися вовки. Ми зупинились і боялися йти вперед.</w:t>
      </w:r>
    </w:p>
    <w:p>
      <w:r>
        <w:br/>
        <w:t>— Нумо кричати! — каже Мишко.</w:t>
      </w:r>
    </w:p>
    <w:p>
      <w:r>
        <w:br/>
        <w:t>Тут ми як закричимо разом:</w:t>
      </w:r>
    </w:p>
    <w:p>
      <w:r>
        <w:br/>
        <w:t>— Агов!</w:t>
      </w:r>
    </w:p>
    <w:p>
      <w:r>
        <w:br/>
        <w:t>"Агов!" — відповіла луна.</w:t>
      </w:r>
    </w:p>
    <w:p>
      <w:r>
        <w:br/>
        <w:t>— Агов! Агов! — закричали ми знову щосили.</w:t>
      </w:r>
    </w:p>
    <w:p>
      <w:r>
        <w:br/>
        <w:t>"Агов! Аг-гов!" — повторила луна.</w:t>
      </w:r>
    </w:p>
    <w:p>
      <w:r>
        <w:br/>
        <w:t>— Може, нам краще не кричати? — каже Мишко.</w:t>
      </w:r>
    </w:p>
    <w:p>
      <w:r>
        <w:br/>
        <w:t>— Чому?</w:t>
      </w:r>
    </w:p>
    <w:p>
      <w:r>
        <w:br/>
        <w:t>— Ще вовки почують і прибіжать.</w:t>
      </w:r>
    </w:p>
    <w:p>
      <w:r>
        <w:br/>
        <w:t>— Тут, мабуть, ніяких вовків нема.</w:t>
      </w:r>
    </w:p>
    <w:p>
      <w:r>
        <w:br/>
        <w:t>— А що як є! Краще ходімо швидше.</w:t>
      </w:r>
    </w:p>
    <w:p>
      <w:r>
        <w:br/>
        <w:t>Я кажу:</w:t>
      </w:r>
    </w:p>
    <w:p>
      <w:r>
        <w:br/>
        <w:t>— Ходімо прямо, а то ми ніяк на дорогу не виберемося.</w:t>
      </w:r>
    </w:p>
    <w:p>
      <w:r>
        <w:br/>
        <w:t>Пішли ми знову. Мишко все оглядався і питав:</w:t>
      </w:r>
    </w:p>
    <w:p>
      <w:r>
        <w:br/>
        <w:t>— А що робити, коли нападають вовки, а рушниці нема?</w:t>
      </w:r>
    </w:p>
    <w:p>
      <w:r>
        <w:br/>
        <w:t>— Жбурляти в них палаючі головешки, — кажу я.</w:t>
      </w:r>
    </w:p>
    <w:p>
      <w:r>
        <w:br/>
        <w:t>— А де їх брати, ці головешки?</w:t>
      </w:r>
    </w:p>
    <w:p>
      <w:r>
        <w:br/>
        <w:t>— Розкласти вогнище — ось тобі й головешки.</w:t>
      </w:r>
    </w:p>
    <w:p>
      <w:r>
        <w:br/>
        <w:t>— А в тебе є сірники?</w:t>
      </w:r>
    </w:p>
    <w:p>
      <w:r>
        <w:br/>
        <w:t>— Нема.</w:t>
      </w:r>
    </w:p>
    <w:p>
      <w:r>
        <w:br/>
        <w:t>— А вони на дерево можуть вилізти?</w:t>
      </w:r>
    </w:p>
    <w:p>
      <w:r>
        <w:br/>
        <w:t>— Хто?</w:t>
      </w:r>
    </w:p>
    <w:p>
      <w:r>
        <w:br/>
        <w:t>— Та вовки.</w:t>
      </w:r>
    </w:p>
    <w:p>
      <w:r>
        <w:br/>
        <w:t>— Вовки? Ні, не можуть.</w:t>
      </w:r>
    </w:p>
    <w:p>
      <w:r>
        <w:br/>
        <w:t>— Тоді, якщо на нас нападуть вовки, ми заліземо на дерево і сидітимемо до ранку.</w:t>
      </w:r>
    </w:p>
    <w:p>
      <w:r>
        <w:br/>
        <w:t>— Що ти! Хіба висидиш на дереві до ранку?</w:t>
      </w:r>
    </w:p>
    <w:p>
      <w:r>
        <w:br/>
        <w:t>— Чому не висидиш?</w:t>
      </w:r>
    </w:p>
    <w:p>
      <w:r>
        <w:br/>
        <w:t>— Змерзнеш і впадеш.</w:t>
      </w:r>
    </w:p>
    <w:p>
      <w:r>
        <w:br/>
        <w:t>— Чому змерзнеш? Адже нам не холодно.</w:t>
      </w:r>
    </w:p>
    <w:p>
      <w:r>
        <w:br/>
        <w:t>— Нам не холодно, бо ми рухаємося, а спробуй посидь на дереві без руху — відразу змерзнеш.</w:t>
      </w:r>
    </w:p>
    <w:p>
      <w:r>
        <w:br/>
        <w:t>— А навіщо сидіти без руху? — каже Мишко. — Можна сидіти й йогами дриґати.</w:t>
      </w:r>
    </w:p>
    <w:p>
      <w:r>
        <w:br/>
        <w:t>— Втомишся — цілу ніч на дереві ногами дриґати!</w:t>
      </w:r>
    </w:p>
    <w:p>
      <w:r>
        <w:br/>
        <w:t>Ми продиралися крізь густі чагарники, спотикалися через пні, провалювалися по коліна в снігу. Йти ставало важче й важче. Ми дуже втомилися.</w:t>
      </w:r>
    </w:p>
    <w:p>
      <w:r>
        <w:br/>
        <w:t>— Киньмо ялинки! — кажу я.</w:t>
      </w:r>
    </w:p>
    <w:p>
      <w:r>
        <w:br/>
        <w:t>— Шкода, — каже Мишко. — До мене хлопці сьогодні прийдуть. Як же я без ялинки буду?</w:t>
      </w:r>
    </w:p>
    <w:p>
      <w:r>
        <w:br/>
        <w:t>— Тут коли б нам самим, — кажу, — вибратися! Чого ще про ялинки думати!</w:t>
      </w:r>
    </w:p>
    <w:p>
      <w:r>
        <w:br/>
        <w:t>— Стривай, — каже Мишко. — Треба одному попереду йти і протоптувати дорогу, тоді другому легше буде. Мінятимемося по черзі.</w:t>
      </w:r>
    </w:p>
    <w:p>
      <w:r>
        <w:br/>
        <w:t>Ми зупинилися, перепочили. Тоді Мишко пішов попереду, а я за ним услід. Йшли, йшли… Я зупинився, щоб перекласти ялинку на інше плече. Хотів іти далі, дивлюся — нема Мишка! Щез, ніби провалився крізь землю зі своєю ялинкою.</w:t>
      </w:r>
    </w:p>
    <w:p>
      <w:r>
        <w:br/>
        <w:t>Я кричу:</w:t>
      </w:r>
    </w:p>
    <w:p>
      <w:r>
        <w:br/>
        <w:t>— Мишко!</w:t>
      </w:r>
    </w:p>
    <w:p>
      <w:r>
        <w:br/>
        <w:t>А він не відповідає.</w:t>
      </w:r>
    </w:p>
    <w:p>
      <w:r>
        <w:br/>
        <w:t>— Мишко! Гей! Куди ж ти подівся?</w:t>
      </w:r>
    </w:p>
    <w:p>
      <w:r>
        <w:br/>
        <w:t>Нема відповіді.</w:t>
      </w:r>
    </w:p>
    <w:p>
      <w:r>
        <w:br/>
        <w:t>Я пішов обережно вперед, дивлюсь — а там урвище! Я мало не впав в_урвище. Бачу — внизу ворушиться щось темне.</w:t>
      </w:r>
    </w:p>
    <w:p>
      <w:r>
        <w:br/>
        <w:t>— Гей! Це ти, Мишко?</w:t>
      </w:r>
    </w:p>
    <w:p>
      <w:r>
        <w:br/>
        <w:t>— Я! Я, здається, з гори скотився!</w:t>
      </w:r>
    </w:p>
    <w:p>
      <w:r>
        <w:br/>
        <w:t>— Чому ж ти не відповідаєш? Я тут гукаю, гукаю…</w:t>
      </w:r>
    </w:p>
    <w:p>
      <w:r>
        <w:br/>
        <w:t>— Відповіси тут, коли я ногу забив!</w:t>
      </w:r>
    </w:p>
    <w:p>
      <w:r>
        <w:br/>
        <w:t>Я спустився до нього, а там дорога. Мишко сидить посеред дороги й коліно руками тре.</w:t>
      </w:r>
    </w:p>
    <w:p>
      <w:r>
        <w:br/>
        <w:t>— Що з тобою?</w:t>
      </w:r>
    </w:p>
    <w:p>
      <w:r>
        <w:br/>
        <w:t>— Коліно забив. Нога, розумієш, підвернулась.</w:t>
      </w:r>
    </w:p>
    <w:p>
      <w:r>
        <w:br/>
        <w:t>— Боляче?</w:t>
      </w:r>
    </w:p>
    <w:p>
      <w:r>
        <w:br/>
        <w:t>— Боляче! Я посиджу.</w:t>
      </w:r>
    </w:p>
    <w:p>
      <w:r>
        <w:br/>
        <w:t>— Ну, посидьмо, — кажу я.</w:t>
      </w:r>
    </w:p>
    <w:p>
      <w:r>
        <w:br/>
        <w:t>Посідали ми з ним на снігу. Сиділи, сиділи, поки нас холод пройняв. Я кажу:</w:t>
      </w:r>
    </w:p>
    <w:p>
      <w:r>
        <w:br/>
        <w:t>— Тут і замерзнути можна! Може, ходімо по дорозі? Вона нас куди-небудь виведе: або на станцію, або до лісничого, або в село яке-небудь. Не замерзати ж у лісі!</w:t>
      </w:r>
    </w:p>
    <w:p>
      <w:r>
        <w:br/>
        <w:t>Мишко хотів устати, але тут же заохав і знову сів.</w:t>
      </w:r>
    </w:p>
    <w:p>
      <w:r>
        <w:br/>
        <w:t>— Не можу, — каже.</w:t>
      </w:r>
    </w:p>
    <w:p>
      <w:r>
        <w:br/>
        <w:t>— Що ж тепер робити? Давай я понесу тебе на плечах, — кажу я.</w:t>
      </w:r>
    </w:p>
    <w:p>
      <w:r>
        <w:br/>
        <w:t>— Та хіба ти донесеш?</w:t>
      </w:r>
    </w:p>
    <w:p>
      <w:r>
        <w:br/>
        <w:t>— Спробую.</w:t>
      </w:r>
    </w:p>
    <w:p>
      <w:r>
        <w:br/>
        <w:t>Мишко підвівся й поліз мені на спину. Кректав, кректав, насилу виліз. Важкий! Я зігнувся в три погибелі.</w:t>
      </w:r>
    </w:p>
    <w:p>
      <w:r>
        <w:br/>
        <w:t>— Ну, неси! — каже Мишко.</w:t>
      </w:r>
    </w:p>
    <w:p>
      <w:r>
        <w:br/>
        <w:t>Тільки пройшов я кілька кроків, підковзнувся — і бебех у сніг.</w:t>
      </w:r>
    </w:p>
    <w:p>
      <w:r>
        <w:br/>
        <w:t>— Ой! — зарепетував Мишко. — У мене нога болить, а ти мене в сніг кидаєш!</w:t>
      </w:r>
    </w:p>
    <w:p>
      <w:r>
        <w:br/>
        <w:t>— Я ж не навмисне!</w:t>
      </w:r>
    </w:p>
    <w:p>
      <w:r>
        <w:br/>
        <w:t>— Не брався б, якщо не можеш!</w:t>
      </w:r>
    </w:p>
    <w:p>
      <w:r>
        <w:br/>
        <w:t>— Лихо мені з тобою! — кажу я. — То ти з бенгальськими вогнями морочишся, то ялинку аж поки засутеніло, вибирав, а тепер ось забився… Пропадеш тут з тобою!</w:t>
      </w:r>
    </w:p>
    <w:p>
      <w:r>
        <w:br/>
        <w:t>— Можеш не пропадати!..</w:t>
      </w:r>
    </w:p>
    <w:p>
      <w:r>
        <w:br/>
        <w:t>— Як же не пропадати?</w:t>
      </w:r>
    </w:p>
    <w:p>
      <w:r>
        <w:br/>
        <w:t>— Іди сам. Це все я винен. Я вмовив тебе по ялинки їхати.</w:t>
      </w:r>
    </w:p>
    <w:p>
      <w:r>
        <w:br/>
        <w:t>— Отже, я тебе покинути повинен?</w:t>
      </w:r>
    </w:p>
    <w:p>
      <w:r>
        <w:br/>
        <w:t>— То й що ж? Я й сам дійду. Посиджу, нога перестане — я й піду.</w:t>
      </w:r>
    </w:p>
    <w:p>
      <w:r>
        <w:br/>
        <w:t>— Та ну тебе! Нікуди я без тебе не піду. Разом приїхали, разом і повернутися повинні. Треба придумати що-небудь.</w:t>
      </w:r>
    </w:p>
    <w:p>
      <w:r>
        <w:br/>
        <w:t>— Що ж ти придумаєш?</w:t>
      </w:r>
    </w:p>
    <w:p>
      <w:r>
        <w:br/>
        <w:t>— Може, санки зробити? Сокира в нас є.</w:t>
      </w:r>
    </w:p>
    <w:p>
      <w:r>
        <w:br/>
        <w:t>— Як же ти із сокири санки зробиш?</w:t>
      </w:r>
    </w:p>
    <w:p>
      <w:r>
        <w:br/>
        <w:t>— Та не із сокири, голово! Зрубати дерево, а з дерева — санки.</w:t>
      </w:r>
    </w:p>
    <w:p>
      <w:r>
        <w:br/>
        <w:t>— Таж цвяхів нема.</w:t>
      </w:r>
    </w:p>
    <w:p>
      <w:r>
        <w:br/>
        <w:t>— Треба подумати, — кажу я.</w:t>
      </w:r>
    </w:p>
    <w:p>
      <w:r>
        <w:br/>
        <w:t>І став думати. А Мишко все на снігу сидить. Я підтягнув до нього ялинку й кажу:</w:t>
      </w:r>
    </w:p>
    <w:p>
      <w:r>
        <w:br/>
        <w:t>— Ти краще на ялинку сядь, а то простудишся. Він сів на ялинку. Тут мені ось що спало на думку.</w:t>
      </w:r>
    </w:p>
    <w:p>
      <w:r>
        <w:br/>
        <w:t>— Мишко, — кажу я, — а що, коли тебе повезти на ялинці?</w:t>
      </w:r>
    </w:p>
    <w:p>
      <w:r>
        <w:br/>
        <w:t>— Як — на ялинці?</w:t>
      </w:r>
    </w:p>
    <w:p>
      <w:r>
        <w:br/>
        <w:t>— А отак: ти сиди, а я за стовбур тягтиму. Ану, тримайсь!</w:t>
      </w:r>
    </w:p>
    <w:p>
      <w:r>
        <w:br/>
        <w:t>Я схопив ялинку за стовбур і поволік. От як ловко придумав! Сніг на дорозі твердий, укочений, ялинка по ньому легко йде, а Мишко на ній — мов на санках!</w:t>
      </w:r>
    </w:p>
    <w:p>
      <w:r>
        <w:br/>
        <w:t>— Чудово! — кажу я. — Ану, держи сокиру.</w:t>
      </w:r>
    </w:p>
    <w:p>
      <w:r>
        <w:br/>
        <w:t>Віддав йому сокиру. Мишко вмостився зручніше, і я повіз його по дорозі. Скоро ми вибралися на узлісся й відразу побачили вогники.</w:t>
      </w:r>
    </w:p>
    <w:p>
      <w:r>
        <w:br/>
        <w:t>— Мишко! — кажу. — Станція!</w:t>
      </w:r>
    </w:p>
    <w:p>
      <w:r>
        <w:br/>
        <w:t>Здалеку вже було чути гук поїзда.</w:t>
      </w:r>
    </w:p>
    <w:p>
      <w:r>
        <w:br/>
        <w:t>— Швидше! — каже Мишко. — Запізнимося на поїзда.</w:t>
      </w:r>
    </w:p>
    <w:p>
      <w:r>
        <w:br/>
        <w:t>Я побіг щодуху. Мишко кричить:</w:t>
      </w:r>
    </w:p>
    <w:p>
      <w:r>
        <w:br/>
        <w:t>— Наддай ходи! Запізнимося!</w:t>
      </w:r>
    </w:p>
    <w:p>
      <w:r>
        <w:br/>
        <w:t>Поїзд уже під'їжджав до станції. Тут і ми наспіли. Підбігаємо до вагона. Я підсадив Мишка. Поїзд рушив, я скочив на підніжку і ялинку за собою втяг. Пасажири у вагоні картали нас за те, що ялинка колюча.</w:t>
      </w:r>
    </w:p>
    <w:p>
      <w:r>
        <w:br/>
        <w:t>Хтось запитав:</w:t>
      </w:r>
    </w:p>
    <w:p>
      <w:r>
        <w:br/>
        <w:t>— Де ви взяли таку обідрану ялинку?</w:t>
      </w:r>
    </w:p>
    <w:p>
      <w:r>
        <w:br/>
        <w:t>Ми почали розповідати, що з нами в лісі скоїлося. Тоді всі стали жаліти нас. Одна тітонька посадила Мишка на лавку, зняла з нього валянок і оглянула ногу.</w:t>
      </w:r>
    </w:p>
    <w:p>
      <w:r>
        <w:br/>
        <w:t>— Нічого страшного нема, — сказала вона. — Просто забив.</w:t>
      </w:r>
    </w:p>
    <w:p>
      <w:r>
        <w:br/>
        <w:t>— А я думав, що ногу зламав, так вона в мене боліла, — каже Мишко.</w:t>
      </w:r>
    </w:p>
    <w:p>
      <w:r>
        <w:br/>
        <w:t>Хтось сказав:</w:t>
      </w:r>
    </w:p>
    <w:p>
      <w:r>
        <w:br/>
        <w:t>— Нічого, до весілля заживе!</w:t>
      </w:r>
    </w:p>
    <w:p>
      <w:r>
        <w:br/>
        <w:t>Усі засміялися. Одна тітонька дала нам по пирогу, а інша — цукерок. Ми зраділи, бо дуже зголодніли.</w:t>
      </w:r>
    </w:p>
    <w:p>
      <w:r>
        <w:br/>
        <w:t>— Що ж ми тепер будемо робити? — кажу я. — У нас на двох одна ялинка.</w:t>
      </w:r>
    </w:p>
    <w:p>
      <w:r>
        <w:br/>
        <w:t>— Віддай її на сьогодні мені, — каже Мишко, — і на тому кінець.</w:t>
      </w:r>
    </w:p>
    <w:p>
      <w:r>
        <w:br/>
        <w:t>— Як це кінець? Я її тягнув через увесь ліс та ще тебе на ній віз, а тепер сам без ялинки залишусь?</w:t>
      </w:r>
    </w:p>
    <w:p>
      <w:r>
        <w:br/>
        <w:t>— Так ти мені її тільки на сьогодні дай, а завтра я тобі поверну назад.</w:t>
      </w:r>
    </w:p>
    <w:p>
      <w:r>
        <w:br/>
        <w:t>— Гарненька, — кажу, — штука! В усіх хлопців свято, а в мене навіть ялинки не буде!</w:t>
      </w:r>
    </w:p>
    <w:p>
      <w:r>
        <w:br/>
        <w:t>— Ну ти зрозумій, — каже Мишко, — до мене сьогодні хлопці прийдуть! Що ж я без ялинки робитиму?</w:t>
      </w:r>
    </w:p>
    <w:p>
      <w:r>
        <w:br/>
        <w:t>— Ну, покажеш їм свої бенгальські вогні. Що, хлопці ялинки не бачили?</w:t>
      </w:r>
    </w:p>
    <w:p>
      <w:r>
        <w:br/>
        <w:t>— Таж бенгальські вогні, мабуть, не горітимуть. Я їх уже двадцять разів робив — нічого не виходить. Тільки дим, та й годі!</w:t>
      </w:r>
    </w:p>
    <w:p>
      <w:r>
        <w:br/>
        <w:t>— А може, вийде?</w:t>
      </w:r>
    </w:p>
    <w:p>
      <w:r>
        <w:br/>
        <w:t>— Ні, я й не згадуватиму про це. Може, хлопці вже забули.</w:t>
      </w:r>
    </w:p>
    <w:p>
      <w:r>
        <w:br/>
        <w:t>— Е, ні, не забули! Не треба було завчасу хвалитися.</w:t>
      </w:r>
    </w:p>
    <w:p>
      <w:r>
        <w:br/>
        <w:t>— Якби в мене ялинка була, — каже Мишко, — я про бенгальські вогні що-небудь вигадав би і якось викрутився б, а тепер просто не знаю, що діяти.</w:t>
      </w:r>
    </w:p>
    <w:p>
      <w:r>
        <w:br/>
        <w:t>— Ні, — кажу, — не можу я тобі ялинку віддати. В мене ще жодного року так не було, щоб ялинки не було.</w:t>
      </w:r>
    </w:p>
    <w:p>
      <w:r>
        <w:br/>
        <w:t>— Ну будь другом, виручи! Ти мене вже не раз виручав!</w:t>
      </w:r>
    </w:p>
    <w:p>
      <w:r>
        <w:br/>
        <w:t>— Що ж, я тебе завжди виручати повинен?</w:t>
      </w:r>
    </w:p>
    <w:p>
      <w:r>
        <w:br/>
        <w:t>— Ну, востаннє! Я тобі що хочеш за це дам. Візьми мої лижі, ковзани, чарівний ліхтар, альбом з марками. Ти ж сам знаєш, що в мене є. Вибирай що завгодно.</w:t>
      </w:r>
    </w:p>
    <w:p>
      <w:r>
        <w:br/>
        <w:t>— Гаразд, — сказав я. — Коли так, віддай мені свого Дружка.</w:t>
      </w:r>
    </w:p>
    <w:p>
      <w:r>
        <w:br/>
        <w:t>Мишко задумався. Він одвернувся й довго мовчав. Тоді подивився на мене — очі у нього були сумні — і сказав:</w:t>
      </w:r>
    </w:p>
    <w:p>
      <w:r>
        <w:br/>
        <w:t>— Ні, Дружка я не можу віддати.</w:t>
      </w:r>
    </w:p>
    <w:p>
      <w:r>
        <w:br/>
        <w:t>— Ну от! Казав "що завгодно", а тепер…</w:t>
      </w:r>
    </w:p>
    <w:p>
      <w:r>
        <w:br/>
        <w:t>— Я забув про Дружка… Я, коли говорив, думав про предмети. А Дружок не предмет, він живий.</w:t>
      </w:r>
    </w:p>
    <w:p>
      <w:r>
        <w:br/>
        <w:t>— То й що ж? Простий собака! Якби він хоч породистий був.</w:t>
      </w:r>
    </w:p>
    <w:p>
      <w:r>
        <w:br/>
        <w:t>— Він же не винен, що він не породистий! Однак він любить мене. Коли мене вдома немає, він думає про мене, а коли я приходжу, радіє і махає хвостом… Ні, хай буде що буде! Хай хлопці сміються з мене, а з Дружком я не розлучуся, навіть коли б ти мені дав цілу гору золота!</w:t>
      </w:r>
    </w:p>
    <w:p>
      <w:r>
        <w:br/>
        <w:t>— Ну гаразд, — кажу я, — бери тоді ялинку задарма.</w:t>
      </w:r>
    </w:p>
    <w:p>
      <w:r>
        <w:br/>
        <w:t>— Навіщо задарма? Коли вже я обіцяв будь-що, то й бери будь-що. Хочеш, я тобі дам чарівний ліхтар з усіма малюнками? Ти ж дуже хотів, щоб у тебе був чарівний ліхтар.</w:t>
      </w:r>
    </w:p>
    <w:p>
      <w:r>
        <w:br/>
        <w:t>— Ні, не треба мені чарівного ліхтаря. Бери так.</w:t>
      </w:r>
    </w:p>
    <w:p>
      <w:r>
        <w:br/>
        <w:t>— Ти ж стільки трудився заради ялинки — навіщо віддавати задарма?</w:t>
      </w:r>
    </w:p>
    <w:p>
      <w:r>
        <w:br/>
        <w:t>— Ну й нехай! Мені нічого не треба.</w:t>
      </w:r>
    </w:p>
    <w:p>
      <w:r>
        <w:br/>
        <w:t>— Ну й мені задарма не треба, — каже Мишко.</w:t>
      </w:r>
    </w:p>
    <w:p>
      <w:r>
        <w:br/>
        <w:t>— То це ж не зовсім задарма, — кажу я. — Просто так, заради дружби. Адже дружба дорожча за чарівний ліхтар! Хай це буде наша спільна ялинка.</w:t>
      </w:r>
    </w:p>
    <w:p>
      <w:r>
        <w:br/>
        <w:t>Поки ми розмовляли, поїзд підійшов до станції. Ми й не помітили, як доїхали. У Мишка нога зовсім перестала боліти. Він тільки трохи накульгував, коли ми зійшли з поїзда.</w:t>
      </w:r>
    </w:p>
    <w:p>
      <w:r>
        <w:br/>
        <w:t>Я спочатку забіг додому, щоб мама не турбувалась, а тоді помчав до Мишка — прикрашати нашу спільну ялинку.</w:t>
      </w:r>
    </w:p>
    <w:p>
      <w:r>
        <w:br/>
        <w:t>Ялинка вже стояла посеред кімнати, і Мишко заклеював обідрані місця зеленим папером. Ми ще не закінчили прикрашати ялинку, як почали збиратися хлопці.</w:t>
      </w:r>
    </w:p>
    <w:p>
      <w:r>
        <w:br/>
        <w:t>— Що ж ти, покликав на ялинку, а сам навіть не прикрасив її! — образились вони.</w:t>
      </w:r>
    </w:p>
    <w:p>
      <w:r>
        <w:br/>
        <w:t>Ми стали розповідати про наші пригоди, а Мишко навіть прибрехав, ніби на нас напали у лісі вовки і ми від них сховалися на дерево. Хлопці не повірили і сміялися з нас. Мишко спочатку переконував їх, а тоді махнув рукою і сам сміявся. Мишкові мама й тато пішли зустрічати Новий рік до сусідів, а для нас мама приготувала великий круглий пиріг з варенням та інші різні смачні речі, щоб ми теж могли добре зустріти Новий рік.</w:t>
      </w:r>
    </w:p>
    <w:p>
      <w:r>
        <w:br/>
        <w:t>Ми залишилися самі в кімнаті. Хлопці нікого не соромились і мало не на головах ходили. Ніколи я не чув такого галасу! А Мишко галасував найбільше за всіх. Ну, я-то розумів, чому він так розійшовся. Він старався, щоб хто-небудь із хлопців не згадав про бенгальські вогні, й вигадував щораз нові фокуси.</w:t>
      </w:r>
    </w:p>
    <w:p>
      <w:r>
        <w:br/>
        <w:t>Потім ми запалили на ялинці різноколірні електричні лампочки, і тут раптом годинник почав відбивати дванадцяту годину.</w:t>
      </w:r>
    </w:p>
    <w:p>
      <w:r>
        <w:br/>
        <w:t>— Ура! — вигукнув Мишко. — З Новим роком!</w:t>
      </w:r>
    </w:p>
    <w:p>
      <w:r>
        <w:br/>
        <w:t>— Ура! — підхопили хлопці. — З Новим роком! Ур-а-а!</w:t>
      </w:r>
    </w:p>
    <w:p>
      <w:r>
        <w:br/>
        <w:t>Мишко вже вважав, що все закінчилося благополучно, і загорлав:</w:t>
      </w:r>
    </w:p>
    <w:p>
      <w:r>
        <w:br/>
        <w:t>— А тепер сідайте за стіл, хлопці, буде чай з пирогом!</w:t>
      </w:r>
    </w:p>
    <w:p>
      <w:r>
        <w:br/>
        <w:t>— А бенгальські вогні де? — закричав хтось.</w:t>
      </w:r>
    </w:p>
    <w:p>
      <w:r>
        <w:br/>
        <w:t>— Бенгальські вогні? — розгубився Мишко. — Вони ще не готові.</w:t>
      </w:r>
    </w:p>
    <w:p>
      <w:r>
        <w:br/>
        <w:t>— Що ж ти, покликав на ялинку, казав, бенгальські вогні будуть… Це обман!</w:t>
      </w:r>
    </w:p>
    <w:p>
      <w:r>
        <w:br/>
        <w:t>— Слово честі, хлопці, ніякого обману нема! Бенгальські вогні є, тільки вони ще сирі…</w:t>
      </w:r>
    </w:p>
    <w:p>
      <w:r>
        <w:br/>
        <w:t>— Ану, покажи. Може, вони вже висохли. А може, ніяких бенгальських вогнів нема?</w:t>
      </w:r>
    </w:p>
    <w:p>
      <w:r>
        <w:br/>
        <w:t>Мишко неохоче поліз на шафу й мало не впав звідти разом з ковбасками. Вони вже висохли й перетворились у тверді палички.</w:t>
      </w:r>
    </w:p>
    <w:p>
      <w:r>
        <w:br/>
        <w:t>— Ну от! — загаласували хлопці. — Зовсім сухі! Що ти обдурюєш!</w:t>
      </w:r>
    </w:p>
    <w:p>
      <w:r>
        <w:br/>
        <w:t>— Це тільки так здається, — виправдовувався Мишко. — Їм ще довго сохнути треба. Вони не горітимуть.</w:t>
      </w:r>
    </w:p>
    <w:p>
      <w:r>
        <w:br/>
        <w:t>— А ось ми зараз подивимося! — загаласували хлопці.</w:t>
      </w:r>
    </w:p>
    <w:p>
      <w:r>
        <w:br/>
        <w:t>Вони розхапали усі палички, загнули дротинки гачечками і розвішали їх на ялинці.</w:t>
      </w:r>
    </w:p>
    <w:p>
      <w:r>
        <w:br/>
        <w:t>— Стривайте, хлопці, — волав Мишко, — треба спершу перевірити!</w:t>
      </w:r>
    </w:p>
    <w:p>
      <w:r>
        <w:br/>
        <w:t>Але його ніхто не слухав.</w:t>
      </w:r>
    </w:p>
    <w:p>
      <w:r>
        <w:br/>
        <w:t>Хлопці взяли сірники й підпалили всі бенгальські вогні відразу.</w:t>
      </w:r>
    </w:p>
    <w:p>
      <w:r>
        <w:br/>
        <w:t>Тут почулося сичання, немов уся кімната наповнилася гадюками. Хлопці шарахнулися навсібіч. Раптом бенгальські вогні спалахнули, заблискотіли і розсипалися довкола вогненними бризками. Це був фейєрверк! Ні, який там фейєрверк — північне сяйво! Виверження вулкапа! Вся ялинка сяяла й сипала навколо сріблом. Ми стояли мов зачаровані й дивилися, дивилися.</w:t>
      </w:r>
    </w:p>
    <w:p>
      <w:r>
        <w:br/>
        <w:t>Нарешті вогні догоріли, і вся кімната сповнилась якимось їдким, задушливим димом. Хлопці чхали, кашляли, терли руками очі. Ми всі юрбою кинулися в коридор, але дим з кімнати шугнув за нами. Тоді хлопці стали хапати свої пальта й шапки й розходитися.</w:t>
      </w:r>
    </w:p>
    <w:p>
      <w:r>
        <w:br/>
        <w:t>— Хлопці, а чай з пирогом? — надривався Мишко.</w:t>
      </w:r>
    </w:p>
    <w:p>
      <w:r>
        <w:br/>
        <w:t>Але ніхто не звертав на нього уваги. Хлопці кашляли, одягались і розходились. Мишко вчепився в мене, відняв мою шапку і закричав:</w:t>
      </w:r>
    </w:p>
    <w:p>
      <w:r>
        <w:br/>
        <w:t>— Не йди хоч ти! Залишся хоч заради дружби! Будемо чай з пирогом пити!</w:t>
      </w:r>
    </w:p>
    <w:p>
      <w:r>
        <w:br/>
        <w:t>Ми з Мишкам залишилися самі. Дим потроху розвіявся, але до кімнати однак не можна було ввійти. Тоді Мишко зав'язав рота мокрою хусткою, підбіг до пирога, схопив його і приніс на кухню.</w:t>
      </w:r>
    </w:p>
    <w:p>
      <w:r>
        <w:br/>
        <w:t>Чайник уже закипів, і ми пили чай з пирогом. Пиріг був смачний, і варенням, тільки він все-таки пропах димом від бенгальських вогнів. Але це нічого. Ми з Мишком з'їли півпирога, а другу половину доїв Дружок.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Бенгальські вогні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