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Бажання</w:t>
      </w:r>
    </w:p>
    <w:p>
      <w:r>
        <w:br/>
        <w:t xml:space="preserve"> Михайло Лермонтов&lt;br /&gt;</w:t>
        <w:br/>
        <w:t>Бажання</w:t>
      </w:r>
    </w:p>
    <w:p>
      <w:r>
        <w:br/>
        <w:t>(Переклад Миколи Зерова)</w:t>
      </w:r>
    </w:p>
    <w:p>
      <w:r>
        <w:br/>
        <w:t>Чому я не ворон, не птах степовий,&lt;br /&gt;</w:t>
        <w:br/>
        <w:t>Що майнув наді мною, прудкий?&lt;br /&gt;</w:t>
        <w:br/>
        <w:t>Чому я у небі не можу ширять&lt;br /&gt;</w:t>
        <w:br/>
        <w:t>I саму лише волю плекать?&lt;br /&gt;</w:t>
        <w:br/>
        <w:t>На захід, на захід полинув би я,&lt;br /&gt;</w:t>
        <w:br/>
        <w:t>Де цвітуть моїх предків поля,&lt;br /&gt;</w:t>
        <w:br/>
        <w:t>Де в замку пустельнім, в туманах гірських&lt;br /&gt;</w:t>
        <w:br/>
        <w:t>Тліють кості занедбані їх.&lt;br /&gt;</w:t>
        <w:br/>
        <w:t>На давній стіні — там їх щит гербовий&lt;br /&gt;</w:t>
        <w:br/>
        <w:t>Та заржавлений меч сталевuй...&lt;br /&gt;</w:t>
        <w:br/>
        <w:t>Я став би літать над мечем, над щитом,&lt;br /&gt;</w:t>
        <w:br/>
        <w:t>Обмахнув би я порох крилом.&lt;br /&gt;</w:t>
        <w:br/>
        <w:t>Шотландської арфи б торкнув я струну&lt;br /&gt;</w:t>
        <w:br/>
        <w:t>I збудив би в склепінні луну;&lt;br /&gt;</w:t>
        <w:br/>
        <w:t>Збудивши її, тільки б сам наслухав,&lt;br /&gt;</w:t>
        <w:br/>
        <w:t>Як під дахом той гомін вмирав.&lt;br /&gt;</w:t>
        <w:br/>
        <w:t>Про щo те маріння, що голос благань&lt;br /&gt;</w:t>
        <w:br/>
        <w:t>Проти долі твердих рокувань?&lt;br /&gt;</w:t>
        <w:br/>
        <w:t>Між мною і краєм забутих батьків&lt;br /&gt;</w:t>
        <w:br/>
        <w:t>Простелилися плеса морів.&lt;br /&gt;</w:t>
        <w:br/>
        <w:t>Останній нащадок по славних дідах&lt;br /&gt;</w:t>
        <w:br/>
        <w:t>У чужинних марніє снігах.&lt;br /&gt;</w:t>
        <w:br/>
        <w:t>Хоч тут народивсь, я тут серцем чужий...&lt;br /&gt;</w:t>
        <w:br/>
        <w:t>О, чому я не птах степовий?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Бажання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