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Баннокберн</w:t>
      </w:r>
    </w:p>
    <w:p>
      <w:r>
        <w:br/>
        <w:t xml:space="preserve"> Ви, хто лив за волю кров!&lt;br /&gt;</w:t>
        <w:br/>
        <w:t>Хто за Брюсом часто йшов!&lt;br /&gt;</w:t>
        <w:br/>
        <w:t>Хоч умріть тепер, хоч знов&lt;br /&gt;</w:t>
        <w:br/>
        <w:t>Волю принесіть!</w:t>
      </w:r>
    </w:p>
    <w:p>
      <w:r>
        <w:br/>
        <w:t>Настає рішучий час:&lt;br /&gt;</w:t>
        <w:br/>
        <w:t>Люта битва почалась!&lt;br /&gt;</w:t>
        <w:br/>
        <w:t>Хоче Едвард знов на нас&lt;br /&gt;</w:t>
        <w:br/>
        <w:t>Ланцюги надіть!</w:t>
      </w:r>
    </w:p>
    <w:p>
      <w:r>
        <w:br/>
        <w:t>В кого зрада у думках?&lt;br /&gt;</w:t>
        <w:br/>
        <w:t>В кого в серці підлий страх?&lt;br /&gt;</w:t>
        <w:br/>
        <w:t>Хто для себе рабський шлях&lt;br /&gt;</w:t>
        <w:br/>
        <w:t>Вибрав — геть од нас!</w:t>
      </w:r>
    </w:p>
    <w:p>
      <w:r>
        <w:br/>
        <w:t>Хто за край свій хоче встать,&lt;br /&gt;</w:t>
        <w:br/>
        <w:t>Вільний вой у вільну рать?&lt;br /&gt;</w:t>
        <w:br/>
        <w:t>Вільним буть або сконать?&lt;br /&gt;</w:t>
        <w:br/>
        <w:t>Слухай мій наказ!</w:t>
      </w:r>
    </w:p>
    <w:p>
      <w:r>
        <w:br/>
        <w:t>За віки страждань і сліз!&lt;br /&gt;</w:t>
        <w:br/>
        <w:t>Щоб твій син рабом не ріс!&lt;br /&gt;</w:t>
        <w:br/>
        <w:t>На життя, на смерть зітнись!&lt;br /&gt;</w:t>
        <w:br/>
        <w:t>Розтрощи ярем!</w:t>
      </w:r>
    </w:p>
    <w:p>
      <w:r>
        <w:br/>
        <w:t>Хай пощади кат не жде!&lt;br /&gt;</w:t>
        <w:br/>
        <w:t>Що не мах — тиран паде!&lt;br /&gt;</w:t>
        <w:br/>
        <w:t>З кожним стрілом — воля йде!&lt;br /&gt;</w:t>
        <w:br/>
        <w:t>Зможем або вмрем!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Баннокберн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