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банда грала навиліт і росяні коси губила...</w:t>
      </w:r>
    </w:p>
    <w:p>
      <w:r>
        <w:br/>
        <w:t xml:space="preserve"> Марині Брацило</w:t>
      </w:r>
    </w:p>
    <w:p>
      <w:r>
        <w:br/>
        <w:t>Марині Брацило</w:t>
      </w:r>
    </w:p>
    <w:p>
      <w:r>
        <w:br/>
        <w:t>&lt;br /&gt;</w:t>
        <w:br/>
        <w:t>банда грала навиліт і росяні коси губила</w:t>
      </w:r>
    </w:p>
    <w:p>
      <w:r>
        <w:br/>
        <w:t>на колосся падучі викапував пристріт гіркий</w:t>
      </w:r>
    </w:p>
    <w:p>
      <w:r>
        <w:br/>
        <w:t>що сьогодні чекає товаришу степ чи могила</w:t>
      </w:r>
    </w:p>
    <w:p>
      <w:r>
        <w:br/>
        <w:t>чи поранена птаха припаде до гирла руки</w:t>
      </w:r>
    </w:p>
    <w:p>
      <w:r>
        <w:br/>
        <w:t>&lt;br /&gt;</w:t>
        <w:br/>
        <w:t>що назавтра погоничу маки в губатих петлицях</w:t>
      </w:r>
    </w:p>
    <w:p>
      <w:r>
        <w:br/>
        <w:t>тятива голубів побіліла до горла і вглиб</w:t>
      </w:r>
    </w:p>
    <w:p>
      <w:r>
        <w:br/>
        <w:t>кусень хліба у торбі чепелик чужа молодиця</w:t>
      </w:r>
    </w:p>
    <w:p>
      <w:r>
        <w:br/>
        <w:t>бородатого джуру на світ запрягають воли</w:t>
      </w:r>
    </w:p>
    <w:p>
      <w:r>
        <w:br/>
        <w:t>&lt;br /&gt;</w:t>
        <w:br/>
        <w:t>з міста сиплеться сажа каміння торкається броду</w:t>
      </w:r>
    </w:p>
    <w:p>
      <w:r>
        <w:br/>
        <w:t>поганяй попри небо де вже кумачі залягли</w:t>
      </w:r>
    </w:p>
    <w:p>
      <w:r>
        <w:br/>
        <w:t>нагорода примхлива хай буде чума в нагороду</w:t>
      </w:r>
    </w:p>
    <w:p>
      <w:r>
        <w:br/>
        <w:t>вже по горло у воду заїхали наші воли</w:t>
      </w:r>
    </w:p>
    <w:p>
      <w:r>
        <w:br/>
        <w:t>&lt;br /&gt;</w:t>
        <w:br/>
        <w:t>банда грає навиліт холоне кулеша у схроні</w:t>
      </w:r>
    </w:p>
    <w:p>
      <w:r>
        <w:br/>
        <w:t>перламутровий дим виїдає останніх жінок</w:t>
      </w:r>
    </w:p>
    <w:p>
      <w:r>
        <w:br/>
        <w:t>що назавтра товаришу макових лисин погони</w:t>
      </w:r>
    </w:p>
    <w:p>
      <w:r>
        <w:br/>
        <w:t>що сьогодні погоничу</w:t>
      </w:r>
    </w:p>
    <w:p>
      <w:r>
        <w:br/>
        <w:t>рок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банда грала навиліт і росяні коси губила...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