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танкіста</w:t>
      </w:r>
    </w:p>
    <w:p>
      <w:r>
        <w:br/>
        <w:t xml:space="preserve"> Пил на машинах, пил на чоботях, пил на рудій траві.&lt;br /&gt;</w:t>
        <w:br/>
        <w:t>Бій не втихає, не затихає,— чуєте, хто живі?&lt;br /&gt;</w:t>
        <w:br/>
        <w:t>Теплі мотори з вітром колючим свищуть, немов рідня,&lt;br /&gt;</w:t>
        <w:br/>
        <w:t>Пахне автолом над сірим полем, тіло людське й&lt;br /&gt;</w:t>
        <w:br/>
        <w:t>броня.&lt;br /&gt;</w:t>
        <w:br/>
        <w:t>На обстановку, радисте, зваж ти, газу надай, водій.&lt;br /&gt;</w:t>
        <w:br/>
        <w:t>Сам командир повертає башту, п'ятий почавши бій.</w:t>
      </w:r>
    </w:p>
    <w:p>
      <w:r>
        <w:br/>
        <w:t>Пробива мотор снарядом,&lt;br /&gt;</w:t>
        <w:br/>
        <w:t>Смерть шукає скронь&lt;br /&gt;</w:t>
        <w:br/>
        <w:t>З командиром майже рядом&lt;br /&gt;</w:t>
        <w:br/>
        <w:t>Диха злий вогонь.</w:t>
      </w:r>
    </w:p>
    <w:p>
      <w:r>
        <w:br/>
        <w:t>І тече броня гаряча&lt;br /&gt;</w:t>
        <w:br/>
        <w:t>В степовую шир,&lt;br /&gt;</w:t>
        <w:br/>
        <w:t>В полі жайворонок плаче&lt;br /&gt;</w:t>
        <w:br/>
        <w:t>Там, де командир.</w:t>
      </w:r>
    </w:p>
    <w:p>
      <w:r>
        <w:br/>
        <w:t>Він виповзає з башти, з машини в пекло, у пил, у грім&lt;br /&gt;</w:t>
        <w:br/>
        <w:t>Весь у бензині, у чорних ранах, шепче: — Вперед&lt;br /&gt;</w:t>
        <w:br/>
        <w:t>ходім!&lt;br /&gt;</w:t>
        <w:br/>
        <w:t>— Руки задимлені, ліва й права, чуб до чола прилип,&lt;br /&gt;</w:t>
        <w:br/>
        <w:t>Сіра шинелька горить яскраво, як смоляний смолоскип.&lt;br /&gt;</w:t>
        <w:br/>
        <w:t>Весь догоряє, весь він палає — кущ вогняний вдалі —&lt;br /&gt;</w:t>
        <w:br/>
        <w:t>В тихому краю, чи на Дунаю, чи на карпатській землі.&lt;br /&gt;</w:t>
        <w:br/>
        <w:t>Вище-но голову, брате-радисте, газу надай, водій!&lt;br /&gt;</w:t>
        <w:br/>
        <w:t>Пил на машинах. Пил на чоботях. Пил на траві рудій...</w:t>
      </w:r>
    </w:p>
    <w:p>
      <w:r>
        <w:br/>
        <w:t>Вже радиста молодого&lt;br /&gt;</w:t>
        <w:br/>
        <w:t>Й хлопця-водія&lt;br /&gt;</w:t>
        <w:br/>
        <w:t>З бою винесла підмога,&lt;br /&gt;</w:t>
        <w:br/>
        <w:t>Бо ж одна сім'я.</w:t>
      </w:r>
    </w:p>
    <w:p>
      <w:r>
        <w:br/>
        <w:t>Та й поклали у шпиталі —&lt;br /&gt;</w:t>
        <w:br/>
        <w:t>Рани зав'язать.&lt;br /&gt;</w:t>
        <w:br/>
        <w:t>Покурить, горілки випить,&lt;br /&gt;</w:t>
        <w:br/>
        <w:t>Все переказать.</w:t>
      </w:r>
    </w:p>
    <w:p>
      <w:r>
        <w:br/>
        <w:t>Знову сідають вони в машину. Де командир наш, де?&lt;br /&gt;</w:t>
        <w:br/>
        <w:t>Блисне огонь на переднім краю — то командир іде.&lt;br /&gt;</w:t>
        <w:br/>
        <w:t>То командир їх в сірій шинельці, вкутаний у вогні.&lt;br /&gt;</w:t>
        <w:br/>
        <w:t>— Ви не забули мене, хлоп'ята? Ви не забули, ні?</w:t>
      </w:r>
    </w:p>
    <w:p>
      <w:r>
        <w:br/>
        <w:t>В полі птиця сива кряче,&lt;br /&gt;</w:t>
        <w:br/>
        <w:t>Облітає шир.&lt;br /&gt;</w:t>
        <w:br/>
        <w:t>В кожній заграві неначе&lt;br /&gt;</w:t>
        <w:br/>
        <w:t>Кличе командир.</w:t>
      </w:r>
    </w:p>
    <w:p>
      <w:r>
        <w:br/>
        <w:t>Полум'яні рідні руки&lt;br /&gt;</w:t>
        <w:br/>
        <w:t>Приклада до скронь.&lt;br /&gt;</w:t>
        <w:br/>
        <w:t>І ведуть вони машину&lt;br /&gt;</w:t>
        <w:br/>
        <w:t>Тільки на вогонь.</w:t>
      </w:r>
    </w:p>
    <w:p>
      <w:r>
        <w:br/>
        <w:t>По чужім переднім краю&lt;br /&gt;</w:t>
        <w:br/>
        <w:t>В бліндажі старі,&lt;br /&gt;</w:t>
        <w:br/>
        <w:t>По крутім карпатськім плаю,&lt;br /&gt;</w:t>
        <w:br/>
        <w:t>По Чорногорі.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танкіста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