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одну любов</w:t>
      </w:r>
    </w:p>
    <w:p>
      <w:r>
        <w:br/>
        <w:t xml:space="preserve"> Жив чоловік. Спокійно, ненужденно,&lt;br /&gt;</w:t>
        <w:br/>
        <w:t>Любив кіно. Здоров'я й час беріг.&lt;br /&gt;</w:t>
        <w:br/>
        <w:t>Аж тут – Любов. Некликана, неждана,&lt;br /&gt;</w:t>
        <w:br/>
        <w:t>Прийшла – і стала мовчки на поріг.</w:t>
      </w:r>
    </w:p>
    <w:p>
      <w:r>
        <w:br/>
        <w:t>"Ви хто?– спитав здивовано.– І звідки?&lt;br /&gt;</w:t>
        <w:br/>
        <w:t>Я щось не пригадаю – ви чия?&lt;br /&gt;</w:t>
        <w:br/>
        <w:t>А може, ви до нашої сусідки?"&lt;br /&gt;</w:t>
        <w:br/>
        <w:t>Вона сказала: "Я – любов твоя".</w:t>
      </w:r>
    </w:p>
    <w:p>
      <w:r>
        <w:br/>
        <w:t>"О так, Любов! Це з ЖЕКу, про квартплату,&lt;br /&gt;</w:t>
        <w:br/>
        <w:t>Так в мене все, як кажуть, будь здоров,&lt;br /&gt;</w:t>
        <w:br/>
        <w:t>Я навіть книжку можу показати..."&lt;br /&gt;</w:t>
        <w:br/>
        <w:t>Вона сказала: "Я – твоя любов".</w:t>
      </w:r>
    </w:p>
    <w:p>
      <w:r>
        <w:br/>
        <w:t>"Любов... Стривайте, як я міг забути!&lt;br /&gt;</w:t>
        <w:br/>
        <w:t>Микола ж це... Надумався, чи як,&lt;br /&gt;</w:t>
        <w:br/>
        <w:t>Мені боржок давненький повернути?.."&lt;br /&gt;</w:t>
        <w:br/>
        <w:t>Вона сказала: "Я – любов твоя".</w:t>
      </w:r>
    </w:p>
    <w:p>
      <w:r>
        <w:br/>
        <w:t>Він довго думав – родичка, землячка?&lt;br /&gt;</w:t>
        <w:br/>
        <w:t>Чи, може, в школі разом, чи в садку?..&lt;br /&gt;</w:t>
        <w:br/>
        <w:t>І взагалі – якась вона дивачка,&lt;br /&gt;</w:t>
        <w:br/>
        <w:t>Хтось підіслав настирливу таку...</w:t>
      </w:r>
    </w:p>
    <w:p>
      <w:r>
        <w:br/>
        <w:t>"Ні, вибачайте. Щось не пригадаю..."&lt;br /&gt;</w:t>
        <w:br/>
        <w:t>І він швиденько двері зачинив...&lt;br /&gt;</w:t>
        <w:br/>
        <w:t>...А що було по тому, я не знаю.&lt;br /&gt;</w:t>
        <w:br/>
        <w:t>Жив чоловік. Спокійно, гарно жив.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одну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