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кривавих солов'їв</w:t>
      </w:r>
    </w:p>
    <w:p>
      <w:r>
        <w:br/>
        <w:t xml:space="preserve"> Те, що почалося глибоко під землею о першій годині ночі,&lt;br /&gt;</w:t>
        <w:br/>
        <w:t>— не має закінчення.&lt;br /&gt;</w:t>
        <w:br/>
        <w:t>Вони довго жили у клітці тіла,&lt;br /&gt;</w:t>
        <w:br/>
        <w:t>ті криваві, як маки, солов'ї,&lt;br /&gt;</w:t>
        <w:br/>
        <w:t>і от вони вирвалися на волю&lt;br /&gt;</w:t>
        <w:br/>
        <w:t>крізь криваві отвори ран.&lt;br /&gt;</w:t>
        <w:br/>
        <w:t>Ой, як вони радісно защебетали,&lt;br /&gt;</w:t>
        <w:br/>
        <w:t>як радісно полетіли між дерев!&lt;br /&gt;</w:t>
        <w:br/>
        <w:t>(Деревами стали люди,&lt;br /&gt;</w:t>
        <w:br/>
        <w:t>а на них листя чорного мовчання).&lt;br /&gt;</w:t>
        <w:br/>
        <w:t>Полетіли криваві солов'ї,&lt;br /&gt;</w:t>
        <w:br/>
        <w:t>сіли на гілки рук&lt;br /&gt;</w:t>
        <w:br/>
        <w:t>і відбилися у круглих криницях очей.&lt;br /&gt;</w:t>
        <w:br/>
        <w:t>А людям страшно було дивитися&lt;br /&gt;</w:t>
        <w:br/>
        <w:t>на тих солов'їв —&lt;br /&gt;</w:t>
        <w:br/>
        <w:t>вони затулили очі руками,&lt;br /&gt;</w:t>
        <w:br/>
        <w:t>але не вистачило рук,&lt;br /&gt;</w:t>
        <w:br/>
        <w:t>і очі все одно бачили,&lt;br /&gt;</w:t>
        <w:br/>
        <w:t>як літали криваві солов'ї!&lt;br /&gt;</w:t>
        <w:br/>
        <w:t>Люди затуляли вуха руками,&lt;br /&gt;</w:t>
        <w:br/>
        <w:t>але не вистачало рук,&lt;br /&gt;</w:t>
        <w:br/>
        <w:t>і вуха все одно чули,&lt;br /&gt;</w:t>
        <w:br/>
        <w:t>як щебетали криваві солов'ї...&lt;br /&gt;</w:t>
        <w:br/>
        <w:t>А він лежав на землі.&lt;br /&gt;</w:t>
        <w:br/>
        <w:t>(Це його тіло було кліткою кривавим солов'ям).&lt;br /&gt;</w:t>
        <w:br/>
        <w:t>Він лежав,&lt;br /&gt;</w:t>
        <w:br/>
        <w:t>як лежать на ліжкові після роботи,&lt;br /&gt;</w:t>
        <w:br/>
        <w:t>як лежать на траві у садку&lt;br /&gt;</w:t>
        <w:br/>
        <w:t>або як на зерні у кузові грузовика.&lt;br /&gt;</w:t>
        <w:br/>
        <w:t>А над ним щебетали криваві солов'ї,&lt;br /&gt;</w:t>
        <w:br/>
        <w:t>що мати не дочекається сьогодні сина,&lt;br /&gt;</w:t>
        <w:br/>
        <w:t>що жінка не дочекається сьогодні чоловіка,&lt;br /&gt;</w:t>
        <w:br/>
        <w:t>що діти не дочекаються сьогодні батька...&lt;br /&gt;</w:t>
        <w:br/>
        <w:t>Зашелестіли дерева:&lt;br /&gt;</w:t>
        <w:br/>
        <w:t>— Ой, що ж ми стоїмо,&lt;br /&gt;</w:t>
        <w:br/>
        <w:t>давайте закривати рани&lt;br /&gt;</w:t>
        <w:br/>
        <w:t>та не випускати кривавих солов'їв!..&lt;br /&gt;</w:t>
        <w:br/>
        <w:t>Почали кидати в рани:&lt;br /&gt;</w:t>
        <w:br/>
        <w:t>хто сорочку,&lt;br /&gt;</w:t>
        <w:br/>
        <w:t>хто яблуко,&lt;br /&gt;</w:t>
        <w:br/>
        <w:t>хто хату,&lt;br /&gt;</w:t>
        <w:br/>
        <w:t>хто чотири дороги,&lt;br /&gt;</w:t>
        <w:br/>
        <w:t>хто кулю Земну —&lt;br /&gt;</w:t>
        <w:br/>
        <w:t>все рівно вилітали криваві солов'ї,&lt;br /&gt;</w:t>
        <w:br/>
        <w:t>і нічого не могли подіяти дерева.&lt;br /&gt;</w:t>
        <w:br/>
        <w:t>З них падало чорне листя,&lt;br /&gt;</w:t>
        <w:br/>
        <w:t>оголюючи крик.&lt;br /&gt;</w:t>
        <w:br/>
        <w:t>І щебетали криваві солов'ї...&lt;br /&gt;</w:t>
        <w:br/>
        <w:t>А потім, потім&lt;br /&gt;</w:t>
        <w:br/>
        <w:t>чорні річки потекли по вулицях,&lt;br /&gt;</w:t>
        <w:br/>
        <w:t>стікаючи в одну ріку.&lt;br /&gt;</w:t>
        <w:br/>
        <w:t>У тієї ріки на спині&lt;br /&gt;</w:t>
        <w:br/>
        <w:t>маленький човник хитається.&lt;br /&gt;</w:t>
        <w:br/>
        <w:t>І в тому човнику&lt;br /&gt;</w:t>
        <w:br/>
        <w:t>пливе в останню путь він,&lt;br /&gt;</w:t>
        <w:br/>
        <w:t>чиє тіло було кліткою&lt;br /&gt;</w:t>
        <w:br/>
        <w:t>кривавим солов'ям.&lt;br /&gt;</w:t>
        <w:br/>
        <w:t>Люди течуть&lt;br /&gt;</w:t>
        <w:br/>
        <w:t>і б'ються, як хвилі об береги:&lt;br /&gt;</w:t>
        <w:br/>
        <w:t>об білі хати,&lt;br /&gt;</w:t>
        <w:br/>
        <w:t>об соняшників золоті голови,&lt;br /&gt;</w:t>
        <w:br/>
        <w:t>об дроти на стовпах,&lt;br /&gt;</w:t>
        <w:br/>
        <w:t>об рожеві обличчя троянд,&lt;br /&gt;</w:t>
        <w:br/>
        <w:t>як лягає зеленим неспокоєм&lt;br /&gt;</w:t>
        <w:br/>
        <w:t>піна зідхань.&lt;br /&gt;</w:t>
        <w:br/>
        <w:t>І над річкою чорною,&lt;br /&gt;</w:t>
        <w:br/>
        <w:t>і над човником білим —&lt;br /&gt;</w:t>
        <w:br/>
        <w:t>криваві солов'ї.&lt;br /&gt;</w:t>
        <w:br/>
        <w:t>Людям страшно підвести очі догори,&lt;br /&gt;</w:t>
        <w:br/>
        <w:t>вони дивляться в землю,&lt;br /&gt;</w:t>
        <w:br/>
        <w:t>а по чорній землі&lt;br /&gt;</w:t>
        <w:br/>
        <w:t>червоні тіні кривавих солов'їв&lt;br /&gt;</w:t>
        <w:br/>
        <w:t>уплітаються під ноги,&lt;br /&gt;</w:t>
        <w:br/>
        <w:t>аж спотикаються люди...&lt;br /&gt;</w:t>
        <w:br/>
        <w:t>Кричать труби,&lt;br /&gt;</w:t>
        <w:br/>
        <w:t>труби кричать,&lt;br /&gt;</w:t>
        <w:br/>
        <w:t>голосно так кричать.&lt;br /&gt;</w:t>
        <w:br/>
        <w:t>Але їм не перекричати плачу матері,&lt;br /&gt;</w:t>
        <w:br/>
        <w:t>Але їм не перекричати&lt;br /&gt;</w:t>
        <w:br/>
        <w:t>щебету кривавих солов'їв.&lt;br /&gt;</w:t>
        <w:br/>
        <w:t>Ні, нізащо не перекричати!&lt;br /&gt;</w:t>
        <w:br/>
        <w:t>Як не зачинити благенькими дверцятами промов,&lt;br /&gt;</w:t>
        <w:br/>
        <w:t>як не накрити пам'ятником&lt;br /&gt;</w:t>
        <w:br/>
        <w:t>чи прапорами,&lt;br /&gt;</w:t>
        <w:br/>
        <w:t>як не засипати землею.&lt;br /&gt;</w:t>
        <w:br/>
        <w:t>Віками щебетатимуть солов'ї.&lt;br /&gt;</w:t>
        <w:br/>
        <w:t>Віками плакатимуть матері.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кривавих солов'їв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