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кохання</w:t>
      </w:r>
    </w:p>
    <w:p>
      <w:r>
        <w:br/>
        <w:t xml:space="preserve"> Коли вода Всесвітнього потопу&lt;br /&gt;</w:t>
        <w:br/>
        <w:t>У береги свої вляглася знов,&lt;br /&gt;</w:t>
        <w:br/>
        <w:t>І з піни білої буремного потоку&lt;br /&gt;</w:t>
        <w:br/>
        <w:t>На Землю тихо вибралась любов.&lt;br /&gt;</w:t>
        <w:br/>
        <w:t>В повітрі розчинилася до строку,&lt;br /&gt;</w:t>
        <w:br/>
        <w:t>А строку було — сорок сороков.</w:t>
      </w:r>
    </w:p>
    <w:p>
      <w:r>
        <w:br/>
        <w:t>І диваки, які на світі є, —&lt;br /&gt;</w:t>
        <w:br/>
        <w:t>На повні груди п'ють повітря це&lt;br /&gt;</w:t>
        <w:br/>
        <w:t>І не чекають нагород чи покарання.&lt;br /&gt;</w:t>
        <w:br/>
        <w:t>А дихаючи завжди просто так,&lt;br /&gt;</w:t>
        <w:br/>
        <w:t>Вони наразі попадають в такт&lt;br /&gt;</w:t>
        <w:br/>
        <w:t>Такого же примхливого зітхання.</w:t>
      </w:r>
    </w:p>
    <w:p>
      <w:r>
        <w:br/>
        <w:t>Почуття, мов пароплав, я знаю,&lt;br /&gt;</w:t>
        <w:br/>
        <w:t>Будуть довго жити на плаву,&lt;br /&gt;</w:t>
        <w:br/>
        <w:t>Та дізнатися, що "я кохаю" —&lt;br /&gt;</w:t>
        <w:br/>
        <w:t>Точно так, як "дихаю" й "живу".</w:t>
      </w:r>
    </w:p>
    <w:p>
      <w:r>
        <w:br/>
        <w:t>Вдосталь буде трас поневіряння,&lt;br /&gt;</w:t>
        <w:br/>
        <w:t>Край Кохання — велелюдні шати,&lt;br /&gt;</w:t>
        <w:br/>
        <w:t>Від лицарів своїх випробування&lt;br /&gt;</w:t>
        <w:br/>
        <w:t>Воно постійно буде вимагати,&lt;br /&gt;</w:t>
        <w:br/>
        <w:t>Та ще розлук та відчаю змагання,&lt;br /&gt;</w:t>
        <w:br/>
        <w:t>Позбавить спокою та права спочивати.</w:t>
      </w:r>
    </w:p>
    <w:p>
      <w:r>
        <w:br/>
        <w:t>Та назад цих божевільних не вернути!&lt;br /&gt;</w:t>
        <w:br/>
        <w:t>Вони зуміли вже давно збагнути,&lt;br /&gt;</w:t>
        <w:br/>
        <w:t>Що будь-яку ціну б не ризикнули&lt;br /&gt;</w:t>
        <w:br/>
        <w:t>Віддати і життя свого позбутись,&lt;br /&gt;</w:t>
        <w:br/>
        <w:t>Щоб зберегти кохання дух розкутий,&lt;br /&gt;</w:t>
        <w:br/>
        <w:t>Який боги між ними простягнули.</w:t>
      </w:r>
    </w:p>
    <w:p>
      <w:r>
        <w:br/>
        <w:t>Свіжий вітер завжди надихав&lt;br /&gt;</w:t>
        <w:br/>
        <w:t>Кохання обранців усюди,&lt;br /&gt;</w:t>
        <w:br/>
        <w:t>Все від того, якщо не кохав —&lt;br /&gt;</w:t>
        <w:br/>
        <w:t>То й не жив, не дихав на всі груди!</w:t>
      </w:r>
    </w:p>
    <w:p>
      <w:r>
        <w:br/>
        <w:t>Та багатьом, що захлинулись почуттям&lt;br /&gt;</w:t>
        <w:br/>
        <w:t>І пристрастю життєвого бажання, —&lt;br /&gt;</w:t>
        <w:br/>
        <w:t>Не знайдеш — як би не хотілось вам, —&lt;br /&gt;</w:t>
        <w:br/>
        <w:t>Бо припинилось їхнє існування.&lt;br /&gt;</w:t>
        <w:br/>
        <w:t>І їм усім віддячимо свічками,&lt;br /&gt;</w:t>
        <w:br/>
        <w:t>Загинувши у полум'ї кохання.</w:t>
      </w:r>
    </w:p>
    <w:p>
      <w:r>
        <w:br/>
        <w:t>Простелю закоханим поля —&lt;br /&gt;</w:t>
        <w:br/>
        <w:t>Хай співають в снах та наяву!&lt;br /&gt;</w:t>
        <w:br/>
        <w:t>Я живу — отож кохаю я!&lt;br /&gt;</w:t>
        <w:br/>
        <w:t>Я кохаю — отже, я живу!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