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чумака</w:t>
      </w:r>
    </w:p>
    <w:p>
      <w:r>
        <w:br/>
        <w:t xml:space="preserve"> Плинуть хвилини — за хвилею хвиля,&lt;br /&gt;</w:t>
        <w:br/>
        <w:t>Час набіга — за сльозою сльоза.&lt;br /&gt;</w:t>
        <w:br/>
        <w:t>Віз навантажений кримською сіллю,&lt;br /&gt;</w:t>
        <w:br/>
        <w:t>Тільки ж немає дороги назад.</w:t>
      </w:r>
    </w:p>
    <w:p>
      <w:r>
        <w:br/>
        <w:t>Тільки ж лишились од воликів — роги,&lt;br /&gt;</w:t>
        <w:br/>
        <w:t>В котрі наллю наостанок вина,&lt;br /&gt;</w:t>
        <w:br/>
        <w:t>Пісню з собою я взяв у дорогу —&lt;br /&gt;</w:t>
        <w:br/>
        <w:t>Випила пісню до слова луна.</w:t>
      </w:r>
    </w:p>
    <w:p>
      <w:r>
        <w:br/>
        <w:t>В торбі нема навіть запаху сала.&lt;br /&gt;</w:t>
        <w:br/>
        <w:t>Зоряний протяг гуляє в душі.&lt;br /&gt;</w:t>
        <w:br/>
        <w:t>Посмішку в соняха літо украло,&lt;br /&gt;</w:t>
        <w:br/>
        <w:t>День мій осінній степами спішить.</w:t>
      </w:r>
    </w:p>
    <w:p>
      <w:r>
        <w:br/>
        <w:t>Гей, запряжу я перекотиполе!&lt;br /&gt;</w:t>
        <w:br/>
        <w:t>Вітром останню я витру сльозу.&lt;br /&gt;</w:t>
        <w:br/>
        <w:t>Нумо, тримайся на ритвинах доле,&lt;br /&gt;</w:t>
        <w:br/>
        <w:t>Я тебе, вражу, тепер провезу...</w:t>
      </w:r>
    </w:p>
    <w:p>
      <w:r>
        <w:br/>
        <w:t>Світиться небо чумацькою сіллю,&lt;br /&gt;</w:t>
        <w:br/>
        <w:t>Віз покотився без мене назад.&lt;br /&gt;</w:t>
        <w:br/>
        <w:t>Плинуть хвилини — за хвилею хвиля,&lt;br /&gt;</w:t>
        <w:br/>
        <w:t>Час набіга — за сльозою сльоза.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чумака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