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блакитну смерть</w:t>
      </w:r>
    </w:p>
    <w:p>
      <w:r>
        <w:br/>
        <w:t xml:space="preserve"> Примарні камениці і коші подвір’їв,&lt;br /&gt;</w:t>
        <w:br/>
        <w:t>мов нетрі мороку, вузькі і мокрі сходи,&lt;br /&gt;</w:t>
        <w:br/>
        <w:t>провалля ночі, що його ніхто не зміряв,&lt;br /&gt;</w:t>
        <w:br/>
        <w:t>і смуток темних брам, і цвілі млосний подих.</w:t>
      </w:r>
    </w:p>
    <w:p>
      <w:r>
        <w:br/>
        <w:t>Зім’ятий і заляпаний паперу клаптик,&lt;br /&gt;</w:t>
        <w:br/>
        <w:t>коротка, проста записка: "Ніхто не винен,&lt;br /&gt;</w:t>
        <w:br/>
        <w:t>злочинця не шукати!" Йде у тихих лаптях,&lt;br /&gt;</w:t>
        <w:br/>
        <w:t>мов мудрий кіт, дахами місяць, нетля лине.</w:t>
      </w:r>
    </w:p>
    <w:p>
      <w:r>
        <w:br/>
        <w:t>З розкритих проводів букетом синя пара,&lt;br /&gt;</w:t>
        <w:br/>
        <w:t>із мідних, спухлих жил блакитна кров струмує.&lt;br /&gt;</w:t>
        <w:br/>
        <w:t>З-за шафи, що в півсні принишкла з ляку марить,&lt;br /&gt;</w:t>
        <w:br/>
        <w:t>примарне соло на кларнеті смутку, чуєш?</w:t>
      </w:r>
    </w:p>
    <w:p>
      <w:r>
        <w:br/>
        <w:t>Палає струм блакитний, мов душа в натхненні,&lt;br /&gt;</w:t>
        <w:br/>
        <w:t>і шепіт божевілля два серця колише&lt;br /&gt;</w:t>
        <w:br/>
        <w:t>з-під дна свідомості.&lt;br /&gt;</w:t>
        <w:br/>
        <w:t>І ніч у вир шалений!&lt;br /&gt;</w:t>
        <w:br/>
        <w:t>І синім квіттям газ в подертий килим тиші!</w:t>
      </w:r>
    </w:p>
    <w:p>
      <w:r>
        <w:br/>
        <w:t>На ліжко, човен розкоші й нудьги кохання,&lt;br /&gt;</w:t>
        <w:br/>
        <w:t>сідає миша місячна — цинічна й куца,&lt;br /&gt;</w:t>
        <w:br/>
        <w:t>і тіло з тілом, тісно сплетені востаннє,&lt;br /&gt;</w:t>
        <w:br/>
        <w:t>в неситих скорчах болю й насолоди в’ються.</w:t>
      </w:r>
    </w:p>
    <w:p>
      <w:r>
        <w:br/>
        <w:t>Похилений над ними синій янгол газу&lt;br /&gt;</w:t>
        <w:br/>
        <w:t>вінчає їх вогнем блакитним, наче миртом,&lt;br /&gt;</w:t>
        <w:br/>
        <w:t>і душі, мов лілеї, кидає в екстазу,&lt;br /&gt;</w:t>
        <w:br/>
        <w:t>аж спаляться, немов останні краплі спирту.</w:t>
      </w:r>
    </w:p>
    <w:p>
      <w:r>
        <w:br/>
        <w:t>1935&lt;br /&gt;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блакитну смерть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