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прикмет</w:t>
      </w:r>
    </w:p>
    <w:p>
      <w:r>
        <w:br/>
        <w:t xml:space="preserve"> Я знаю — мухи гинуть в молоці,&lt;br /&gt;</w:t>
        <w:br/>
        <w:t>Я знаю добру і лиху годину,&lt;br /&gt;</w:t>
        <w:br/>
        <w:t>Я знаю — є співці, сліпці й скопці,&lt;br /&gt;</w:t>
        <w:br/>
        <w:t>Я знаю по голках сосну й ялину,&lt;br /&gt;</w:t>
        <w:br/>
        <w:t>Я знаю, як кохають до загину,&lt;br /&gt;</w:t>
        <w:br/>
        <w:t>Я знаю чорне, біле і рябе,&lt;br /&gt;</w:t>
        <w:br/>
        <w:t>Я знаю, як господь створив людину,&lt;br /&gt;</w:t>
        <w:br/>
        <w:t>Я знаю все й не знаю лиш себе.&lt;br /&gt;</w:t>
        <w:br/>
        <w:t>Я знаю всі шляхи й всі манівці,&lt;br /&gt;</w:t>
        <w:br/>
        <w:t>Я знаю небо щастя й сліз долину,&lt;br /&gt;</w:t>
        <w:br/>
        <w:t>Я знаю, як на смерть ідуть бійці,&lt;br /&gt;</w:t>
        <w:br/>
        <w:t>Я знаю і чернички спідничину,&lt;br /&gt;</w:t>
        <w:br/>
        <w:t>Я знаю гріх, але грішить не кину,&lt;br /&gt;</w:t>
        <w:br/>
        <w:t>Я знаю, хто під течію гребе,&lt;br /&gt;</w:t>
        <w:br/>
        <w:t>Я знаю, як в бочках скисають вина,&lt;br /&gt;</w:t>
        <w:br/>
        <w:t>Я знаю все й не знаю лиш себе.&lt;br /&gt;</w:t>
        <w:br/>
        <w:t>Я знаю — коні є і є їздці,&lt;br /&gt;</w:t>
        <w:br/>
        <w:t>Я знаю, скільки мул бере на спину,&lt;br /&gt;</w:t>
        <w:br/>
        <w:t>Я знаю, хто працює без упину,&lt;br /&gt;</w:t>
        <w:br/>
        <w:t>Я знаю сну й пробудження хвилину,&lt;br /&gt;</w:t>
        <w:br/>
        <w:t>Я знаю Рим і як він всіх скубе,&lt;br /&gt;</w:t>
        <w:br/>
        <w:t>Я знаю і гуситську всю провину,&lt;br /&gt;</w:t>
        <w:br/>
        <w:t>Я знаю все й не знаю лиш себе.</w:t>
      </w:r>
    </w:p>
    <w:p>
      <w:r>
        <w:br/>
        <w:t>Я знаю палац, знаю і хатину,&lt;br /&gt;</w:t>
        <w:br/>
        <w:t>Я знаю цвіт, і плід, і соб-цабе,&lt;br /&gt;</w:t>
        <w:br/>
        <w:t>Я знаю смерть і знаю домовину,&lt;br /&gt;</w:t>
        <w:br/>
        <w:t>Я знаю все й не знаю лиш себе.</w:t>
      </w:r>
    </w:p>
    <w:p>
      <w:r>
        <w:br/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прикмет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