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ДНК</w:t>
      </w:r>
    </w:p>
    <w:p>
      <w:r>
        <w:br/>
        <w:t xml:space="preserve"> Ю. Щербаку</w:t>
      </w:r>
    </w:p>
    <w:p>
      <w:r>
        <w:br/>
      </w:r>
    </w:p>
    <w:p>
      <w:r>
        <w:br/>
        <w:t>Таємниці спадкоємності — жар-птиці переліт...&lt;br /&gt;</w:t>
        <w:br/>
        <w:t>А протони і нейтрони теж в своїй орбіті?&lt;br /&gt;</w:t>
        <w:br/>
        <w:t>"Еврика!" — кричали вже з десяток літ&lt;br /&gt;</w:t>
        <w:br/>
        <w:t>Френсіс Крик і Джеймс Уотсон — два Колумби в мікросвіті.&lt;br /&gt;</w:t>
        <w:br/>
        <w:t>Таємницю спадкоємності — ДНК –&lt;br /&gt;</w:t>
        <w:br/>
        <w:t>Розшифровано молекулу – світання&lt;br /&gt;</w:t>
        <w:br/>
        <w:t>В біології. Людина вже звика&lt;br /&gt;</w:t>
        <w:br/>
        <w:t>Визначати спадкоємність. Намагання&lt;br /&gt;</w:t>
        <w:br/>
        <w:t>Запрограмувати креслення білка!&lt;br /&gt;</w:t>
        <w:br/>
        <w:t>Штучні організми через десять літ!&lt;br /&gt;</w:t>
        <w:br/>
        <w:t>Біологія ракетно вирвалась в політ.&lt;br /&gt;</w:t>
        <w:br/>
        <w:t>Фізика захекалась. В світі тишина.&lt;br /&gt;</w:t>
        <w:br/>
        <w:t>І жар-птиця — таємниця — в темряві зрина...&lt;br /&gt;</w:t>
        <w:br/>
        <w:t>Так атомний ваговоз&lt;br /&gt;</w:t>
        <w:br/>
        <w:t>Гупотить в історії.&lt;br /&gt;</w:t>
        <w:br/>
        <w:t>Міріадами погроз&lt;br /&gt;</w:t>
        <w:br/>
        <w:t>Мозок він заморює:&lt;br /&gt;</w:t>
        <w:br/>
        <w:t>а) Будуть армії, будуть штучні,&lt;br /&gt;</w:t>
        <w:br/>
        <w:t>Будуть цуциками прирученими,&lt;br /&gt;</w:t>
        <w:br/>
        <w:t>Будуть гвинтиками приреченими –&lt;br /&gt;</w:t>
        <w:br/>
        <w:t>На хресті будуть поперечинами.&lt;br /&gt;</w:t>
        <w:br/>
        <w:t>б) Завод по виробництву мозків.&lt;br /&gt;</w:t>
        <w:br/>
        <w:t>Пане генерале! Для вашої армії&lt;br /&gt;</w:t>
        <w:br/>
        <w:t>Навантажено тринадцять составів&lt;br /&gt;</w:t>
        <w:br/>
        <w:t>Модернізованих мозків типу "Дегенерат".&lt;br /&gt;</w:t>
        <w:br/>
        <w:t>Можете рушати. Стривайте –&lt;br /&gt;</w:t>
        <w:br/>
        <w:t>Пан президент хоче особисто&lt;br /&gt;</w:t>
        <w:br/>
        <w:t>Вам вставити нову штучну клепку.&lt;br /&gt;</w:t>
        <w:br/>
        <w:t>…Жухне жах на ножах,&lt;br /&gt;</w:t>
        <w:br/>
        <w:t>На тривожних рубежах,&lt;br /&gt;</w:t>
        <w:br/>
        <w:t>А над жахом виника&lt;br /&gt;</w:t>
        <w:br/>
        <w:t>Ця балада ДНК,&lt;br /&gt;</w:t>
        <w:br/>
        <w:t>Ламле стан тугим вужем,&lt;br /&gt;</w:t>
        <w:br/>
        <w:t>Пересвистує ножем&lt;br /&gt;</w:t>
        <w:br/>
        <w:t>Над солоним, мегатонним,&lt;br /&gt;</w:t>
        <w:br/>
        <w:t>Безкордонним рубежем.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ДНК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