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 в опері</w:t>
      </w:r>
    </w:p>
    <w:p>
      <w:r>
        <w:br/>
        <w:t xml:space="preserve"> Юліан Тувім&lt;br /&gt;</w:t>
        <w:br/>
        <w:t>Поезії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БАЛ В ОПЕРІ</w:t>
      </w:r>
    </w:p>
    <w:p>
      <w:r>
        <w:br/>
        <w:t>I</w:t>
      </w:r>
    </w:p>
    <w:p>
      <w:r>
        <w:br/>
        <w:t>В опері сьогодні бал —&lt;br /&gt;</w:t>
        <w:br/>
        <w:t>Всяке хоче бути гостем,&lt;br /&gt;</w:t>
        <w:br/>
        <w:t>Бо дає той бал не хтось там —&lt;br /&gt;</w:t>
        <w:br/>
        <w:t>Сам державний принципал.&lt;br /&gt;</w:t>
        <w:br/>
        <w:t>Клеопатри й Аретузи&lt;br /&gt;</w:t>
        <w:br/>
        <w:t>Нашвидку перуть рейтузи,&lt;br /&gt;</w:t>
        <w:br/>
        <w:t>Скрізь по місту люду тиск,&lt;br /&gt;</w:t>
        <w:br/>
        <w:t>Дзенькіт шпор і касок блиск,&lt;br /&gt;</w:t>
        <w:br/>
        <w:t>Скрізь шикуються жовніри,&lt;br /&gt;</w:t>
        <w:br/>
        <w:t>I гусари, й кірасири,&lt;br /&gt;</w:t>
        <w:br/>
        <w:t>Коні дибляться і ржуть,&lt;br /&gt;</w:t>
        <w:br/>
        <w:t>Без угаву юрби пруть,&lt;br /&gt;</w:t>
        <w:br/>
        <w:t>Аж ревуть автомобілі —&lt;br /&gt;</w:t>
        <w:br/>
        <w:t>Пробки скрізь, ні верть ні круть.&lt;br /&gt;</w:t>
        <w:br/>
        <w:t>Вина грають нетерпляче,&lt;br /&gt;</w:t>
        <w:br/>
        <w:t>Модне панство як не плаче —&lt;br /&gt;</w:t>
        <w:br/>
        <w:t>Всюди черги в перукарні,&lt;br /&gt;</w:t>
        <w:br/>
        <w:t>Мліють панночки шикарні:&lt;br /&gt;</w:t>
        <w:br/>
        <w:t>Жижки-дрижки балу ждуть.</w:t>
      </w:r>
    </w:p>
    <w:p>
      <w:r>
        <w:br/>
        <w:t>На афіші — вождь верховний,&lt;br /&gt;</w:t>
        <w:br/>
        <w:t>У театрі квітів повно,&lt;br /&gt;</w:t>
        <w:br/>
        <w:t>Всюди розкіш, де не гляньсь,&lt;br /&gt;</w:t>
        <w:br/>
        <w:t>Блиск, і шик, і лоск, і глянс...&lt;br /&gt;</w:t>
        <w:br/>
        <w:t>Ось на сходи мармурові&lt;br /&gt;</w:t>
        <w:br/>
        <w:t>Стелять килим пурпуровий;&lt;br /&gt;</w:t>
        <w:br/>
        <w:t>Розпорядник, грубий гриб,&lt;br /&gt;</w:t>
        <w:br/>
        <w:t>Галасуючи, охрип,&lt;br /&gt;</w:t>
        <w:br/>
        <w:t>Поліцмейстер пружним кроком&lt;br /&gt;</w:t>
        <w:br/>
        <w:t>Походжає, мружить око;&lt;br /&gt;</w:t>
        <w:br/>
        <w:t>Ну й статура, ну й фігура,&lt;br /&gt;</w:t>
        <w:br/>
        <w:t>Ну й бравура — c'est si beau,&lt;br /&gt;</w:t>
        <w:br/>
        <w:t>Над'їжджають шуби, фраки,&lt;br /&gt;</w:t>
        <w:br/>
        <w:t>Макінтоші, шапокляки,&lt;br /&gt;</w:t>
        <w:br/>
        <w:t>Там краватки, тут жабо;&lt;br /&gt;</w:t>
        <w:br/>
        <w:t>Скрізь снують шпики-філери,&lt;br /&gt;</w:t>
        <w:br/>
        <w:t>Як холери, їй же бо...</w:t>
      </w:r>
    </w:p>
    <w:p>
      <w:r>
        <w:br/>
        <w:t>Увихаються філери,&lt;br /&gt;</w:t>
        <w:br/>
        <w:t>Матюхаються шофери:&lt;br /&gt;</w:t>
        <w:br/>
        <w:t>— Куди прешся, осади,&lt;br /&gt;</w:t>
        <w:br/>
        <w:t>Розтуди твою туди! —&lt;br /&gt;</w:t>
        <w:br/>
        <w:t>Над'їжджають горностаї&lt;br /&gt;</w:t>
        <w:br/>
        <w:t>Й чорнобурки,&lt;br /&gt;</w:t>
        <w:br/>
        <w:t>Барбароси, оксенстьєрни&lt;br /&gt;</w:t>
        <w:br/>
        <w:t>Й люксембурги,&lt;br /&gt;</w:t>
        <w:br/>
        <w:t>I "фіати", і "ролс-ройси",&lt;br /&gt;</w:t>
        <w:br/>
        <w:t>Й "мерседеси",&lt;br /&gt;</w:t>
        <w:br/>
        <w:t>Пишні бюсти, аксельбанти,&lt;br /&gt;</w:t>
        <w:br/>
        <w:t>I грандеси,&lt;br /&gt;</w:t>
        <w:br/>
        <w:t>I бульдоги повноважні,&lt;br /&gt;</w:t>
        <w:br/>
        <w:t>I тер'єри,&lt;br /&gt;</w:t>
        <w:br/>
        <w:t>I шиньйони, і шиншили,&lt;br /&gt;</w:t>
        <w:br/>
        <w:t>I венери,&lt;br /&gt;</w:t>
        <w:br/>
        <w:t>I бурбони, й чемберлени,&lt;br /&gt;</w:t>
        <w:br/>
        <w:t>I медалі,&lt;br /&gt;</w:t>
        <w:br/>
        <w:t>Еполети, і лампаси,&lt;br /&gt;</w:t>
        <w:br/>
        <w:t>I так далі,&lt;br /&gt;</w:t>
        <w:br/>
        <w:t>Генерали й адмірали,&lt;br /&gt;</w:t>
        <w:br/>
        <w:t>Й інша братія,&lt;br /&gt;</w:t>
        <w:br/>
        <w:t>Можновладці, товстозадці,&lt;br /&gt;</w:t>
        <w:br/>
        <w:t>А!&lt;br /&gt;</w:t>
        <w:br/>
        <w:t>Ри!&lt;br /&gt;</w:t>
        <w:br/>
        <w:t>Сто!&lt;br /&gt;</w:t>
        <w:br/>
        <w:t>Кратія!&lt;br /&gt;</w:t>
        <w:br/>
        <w:t>Раз!&lt;br /&gt;</w:t>
        <w:br/>
        <w:t>Два!&lt;br /&gt;</w:t>
        <w:br/>
        <w:t>Ура, панове!&lt;br /&gt;</w:t>
        <w:br/>
        <w:t>I знову й знову —&lt;br /&gt;</w:t>
        <w:br/>
        <w:t>Ура, панове!</w:t>
      </w:r>
    </w:p>
    <w:p>
      <w:r>
        <w:br/>
        <w:t>У гардеробі&lt;br /&gt;</w:t>
        <w:br/>
        <w:t>Публіки — пробі!&lt;br /&gt;</w:t>
        <w:br/>
        <w:t>Із номерком! Без номерка!&lt;br /&gt;</w:t>
        <w:br/>
        <w:t>I дама в люстерко&lt;br /&gt;</w:t>
        <w:br/>
        <w:t>Іще раз зирка,&lt;br /&gt;</w:t>
        <w:br/>
        <w:t>Іще раз помадою губи торка,&lt;br /&gt;</w:t>
        <w:br/>
        <w:t>I знову стане —&lt;br /&gt;</w:t>
        <w:br/>
        <w:t>Підправить кудрі.&lt;br /&gt;</w:t>
        <w:br/>
        <w:t>I знову гляне —&lt;br /&gt;</w:t>
        <w:br/>
        <w:t>Підбавить пудри,&lt;br /&gt;</w:t>
        <w:br/>
        <w:t>I вже — до ложі, до партеру,&lt;br /&gt;</w:t>
        <w:br/>
        <w:t>I філер морга філеру,&lt;br /&gt;</w:t>
        <w:br/>
        <w:t>Наліво, направо, налі, напра,&lt;br /&gt;</w:t>
        <w:br/>
        <w:t>А в центрі вже музика гра,&lt;br /&gt;</w:t>
        <w:br/>
        <w:t>Музика гра! Музика гра!</w:t>
      </w:r>
    </w:p>
    <w:p>
      <w:r>
        <w:br/>
        <w:t>Грімко гра музика-зика,&lt;br /&gt;</w:t>
        <w:br/>
        <w:t>Стоголоса, стоязика,&lt;br /&gt;</w:t>
        <w:br/>
        <w:t>Мідно, срібно, джазко, різко,&lt;br /&gt;</w:t>
        <w:br/>
        <w:t>Блиском плюска, брязком бризка;&lt;br /&gt;</w:t>
        <w:br/>
        <w:t>Всіх прибулих ловлять сітьми&lt;br /&gt;</w:t>
        <w:br/>
        <w:t>Б'ючі, звучі, рвучі ритми.&lt;br /&gt;</w:t>
        <w:br/>
        <w:t>Вже взялись месьє за дам&lt;br /&gt;</w:t>
        <w:br/>
        <w:t>I вже — дай! Дам, дам!&lt;br /&gt;</w:t>
        <w:br/>
        <w:t>Зір, як магній, миттю жахне,&lt;br /&gt;</w:t>
        <w:br/>
        <w:t>Мов кастетом раптом трахне,&lt;br /&gt;</w:t>
        <w:br/>
        <w:t>Туберозно б'є у ніздрі,&lt;br /&gt;</w:t>
        <w:br/>
        <w:t>Тягне спорзно в льоті бистрім&lt;br /&gt;</w:t>
        <w:br/>
        <w:t>Плоть на плоть і хіть на хіть...&lt;br /&gt;</w:t>
        <w:br/>
        <w:t>Скоком-боком хить та хить,&lt;br /&gt;</w:t>
        <w:br/>
        <w:t>Дриг та дриг ногами-гами,&lt;br /&gt;</w:t>
        <w:br/>
        <w:t>Гене орде дзенька нами,&lt;br /&gt;</w:t>
        <w:br/>
        <w:t>Панна тонно шилить губки,&lt;br /&gt;</w:t>
        <w:br/>
        <w:t>До партнера щирить зубки,&lt;br /&gt;</w:t>
        <w:br/>
        <w:t>На маестро зизом зирка,-&lt;br /&gt;</w:t>
        <w:br/>
        <w:t>Гра музика, гра музика!..</w:t>
      </w:r>
    </w:p>
    <w:p>
      <w:r>
        <w:br/>
        <w:t>ІІ</w:t>
      </w:r>
    </w:p>
    <w:p>
      <w:r>
        <w:br/>
        <w:t>Всі астрoноми Європи&lt;br /&gt;</w:t>
        <w:br/>
        <w:t>Чудо вздріли в телескопи&lt;br /&gt;</w:t>
        <w:br/>
        <w:t>(Голим оком не впіймав би):&lt;br /&gt;</w:t>
        <w:br/>
        <w:t>На небесній тверді — мавпи!&lt;br /&gt;</w:t>
        <w:br/>
        <w:t>Йде вистава балаганна&lt;br /&gt;</w:t>
        <w:br/>
        <w:t>З "Одкровення" Іоанна...&lt;br /&gt;</w:t>
        <w:br/>
        <w:t>Не леви, не козероги,&lt;br /&gt;</w:t>
        <w:br/>
        <w:t>Скрізь лиш мавпи нечупарні&lt;br /&gt;</w:t>
        <w:br/>
        <w:t>Сіють гидь без остороги&lt;br /&gt;</w:t>
        <w:br/>
        <w:t>У простори планетарні.&lt;br /&gt;</w:t>
        <w:br/>
        <w:t>Розгойдали сфери горні&lt;br /&gt;</w:t>
        <w:br/>
        <w:t>Мацапури ці потворні;&lt;br /&gt;</w:t>
        <w:br/>
        <w:t>Кожна скаче, в'ється, гзиться,&lt;br /&gt;</w:t>
        <w:br/>
        <w:t>Ськається, як в себе в клітці,&lt;br /&gt;</w:t>
        <w:br/>
        <w:t>Виставляє — всі дивіться! —&lt;br /&gt;</w:t>
        <w:br/>
        <w:t>Розрум'янену гузицю...&lt;br /&gt;</w:t>
        <w:br/>
        <w:t>Звір єдиний в зодіаці —&lt;br /&gt;</w:t>
        <w:br/>
        <w:t>Мавпа може й задаваться!&lt;br /&gt;</w:t>
        <w:br/>
        <w:t>Під несвітським тим кошмаром&lt;br /&gt;</w:t>
        <w:br/>
        <w:t>Хороводять зорі шпарко;&lt;br /&gt;</w:t>
        <w:br/>
        <w:t>Бал у опері недаром&lt;br /&gt;</w:t>
        <w:br/>
        <w:t>Розгоряється пожаром —&lt;br /&gt;</w:t>
        <w:br/>
        <w:t>Небу жарко, небу жарко!</w:t>
      </w:r>
    </w:p>
    <w:p>
      <w:r>
        <w:br/>
        <w:t>III</w:t>
      </w:r>
    </w:p>
    <w:p>
      <w:r>
        <w:br/>
        <w:t>А на сцені Сатанелла&lt;br /&gt;</w:t>
        <w:br/>
        <w:t>Зорі ловить тамбурином:&lt;br /&gt;</w:t>
        <w:br/>
        <w:t>Тарантелла, тарантелла&lt;br /&gt;</w:t>
        <w:br/>
        <w:t>Метеорним током рине...&lt;br /&gt;</w:t>
        <w:br/>
        <w:t>Сатанелла — кулька ртуті&lt;br /&gt;</w:t>
        <w:br/>
        <w:t>У космічній каламуті,&lt;br /&gt;</w:t>
        <w:br/>
        <w:t>Сатанелла — веремія,&lt;br /&gt;</w:t>
        <w:br/>
        <w:t>Блиску смуга, іскор фуга,&lt;br /&gt;</w:t>
        <w:br/>
        <w:t>Срібним сяєвом струміє&lt;br /&gt;</w:t>
        <w:br/>
        <w:t>Стану й стегон центрифуга...&lt;br /&gt;</w:t>
        <w:br/>
        <w:t>"От стервига — чисто дзига!"-&lt;br /&gt;</w:t>
        <w:br/>
        <w:t>Шпиг підморгує до шпига.&lt;br /&gt;</w:t>
        <w:br/>
        <w:t>Сатанеллу місяць викрав,&lt;br /&gt;</w:t>
        <w:br/>
        <w:t>Зніс у небо громовинно&lt;br /&gt;</w:t>
        <w:br/>
        <w:t>I повис над залом прикро&lt;br /&gt;</w:t>
        <w:br/>
        <w:t>Блискотливим тамбурином.&lt;br /&gt;</w:t>
        <w:br/>
        <w:t>Але ось — нові забави,&lt;br /&gt;</w:t>
        <w:br/>
        <w:t>Сцена світиться без смерку,-&lt;br /&gt;</w:t>
        <w:br/>
        <w:t>Там злітають білі пави&lt;br /&gt;</w:t>
        <w:br/>
        <w:t>Феєричним фейєрверком,&lt;br /&gt;</w:t>
        <w:br/>
        <w:t>Там біжать рожеві свинки&lt;br /&gt;</w:t>
        <w:br/>
        <w:t>(Балетмейстера новинки!),&lt;br /&gt;</w:t>
        <w:br/>
        <w:t>Вичеберюють ці чучі&lt;br /&gt;</w:t>
        <w:br/>
        <w:t>I мачичі, і качучі&lt;br /&gt;</w:t>
        <w:br/>
        <w:t>З диким вереском і виском,&lt;br /&gt;</w:t>
        <w:br/>
        <w:t>Так же хвацько,&lt;br /&gt;</w:t>
        <w:br/>
        <w:t>Так же хвисько!&lt;br /&gt;</w:t>
        <w:br/>
        <w:t>Потім місяць на Таїті&lt;br /&gt;</w:t>
        <w:br/>
        <w:t>I гітари на Гаїті,&lt;br /&gt;</w:t>
        <w:br/>
        <w:t>Потім тенор Печалотті&lt;br /&gt;</w:t>
        <w:br/>
        <w:t>Серенаду нявка Лотті,&lt;br /&gt;</w:t>
        <w:br/>
        <w:t>Потім пара — Пітт і Кітті:&lt;br /&gt;</w:t>
        <w:br/>
        <w:t>Б'ються клоуни в лахмітті&lt;br /&gt;</w:t>
        <w:br/>
        <w:t>I співають:&lt;br /&gt;</w:t>
        <w:br/>
        <w:t>"I am Pitty,&lt;br /&gt;</w:t>
        <w:br/>
        <w:t>I am Pitty,&lt;br /&gt;</w:t>
        <w:br/>
        <w:t>I love you, Kitty!"-&lt;br /&gt;</w:t>
        <w:br/>
        <w:t>Та у вухо, та по писку,&lt;br /&gt;</w:t>
        <w:br/>
        <w:t>Так же хвацько,&lt;br /&gt;</w:t>
        <w:br/>
        <w:t>Так же хвисько!&lt;br /&gt;</w:t>
        <w:br/>
        <w:t>"Гля, що вигадав, латрига!"&lt;br /&gt;</w:t>
        <w:br/>
        <w:t>Шпиг підморгує до шпига...&lt;br /&gt;</w:t>
        <w:br/>
        <w:t>Животом вихля гітана,&lt;br /&gt;</w:t>
        <w:br/>
        <w:t>Надить в рай магометана;&lt;br /&gt;</w:t>
        <w:br/>
        <w:t>Із мандрилячим ревінням&lt;br /&gt;</w:t>
        <w:br/>
        <w:t>Під банановим ботвинням&lt;br /&gt;</w:t>
        <w:br/>
        <w:t>Зліз кентавр на кентавресу,&lt;br /&gt;</w:t>
        <w:br/>
        <w:t>Між музик, для інтересу,&lt;br /&gt;</w:t>
        <w:br/>
        <w:t>Огир дибиться картинно,&lt;br /&gt;</w:t>
        <w:br/>
        <w:t>Рже конячу каватину;&lt;br /&gt;</w:t>
        <w:br/>
        <w:t>Між сиренами в басейні&lt;br /&gt;</w:t>
        <w:br/>
        <w:t>Виграє Сілен веселий...&lt;br /&gt;</w:t>
        <w:br/>
        <w:t>Браво! Браво! Браво! Браво!&lt;br /&gt;</w:t>
        <w:br/>
        <w:t>Як цікаво! Як яскраво!&lt;br /&gt;</w:t>
        <w:br/>
        <w:t>Сотні тіл в одно з'єднало,&lt;br /&gt;</w:t>
        <w:br/>
        <w:t>Диким шалом обуяло!&lt;br /&gt;</w:t>
        <w:br/>
        <w:t>Масно, спорзно, хтиво, жваво,&lt;br /&gt;</w:t>
        <w:br/>
        <w:t>Браво! Браво! Браво! Браво!&lt;br /&gt;</w:t>
        <w:br/>
        <w:t>Спорзно, хтиво, зло, зухвало,&lt;br /&gt;</w:t>
        <w:br/>
        <w:t>Мало! Мало! Мало! Мало!&lt;br /&gt;</w:t>
        <w:br/>
        <w:t>Хол чи зал, партер чи ярус,&lt;br /&gt;</w:t>
        <w:br/>
        <w:t>Скрізь та сама буїсть, ярість!&lt;br /&gt;</w:t>
        <w:br/>
        <w:t>Все вирує морем п'яним,&lt;br /&gt;</w:t>
        <w:br/>
        <w:t>Гуртовим левіафаном,&lt;br /&gt;</w:t>
        <w:br/>
        <w:t>Многозадим павіаном,&lt;br /&gt;</w:t>
        <w:br/>
        <w:t>Птерозавром-великаном,&lt;br /&gt;</w:t>
        <w:br/>
        <w:t>Шампанканом, панканканом,&lt;br /&gt;</w:t>
        <w:br/>
        <w:t>Адом, гадом, влад, без ладу —&lt;br /&gt;</w:t>
        <w:br/>
        <w:t>Всі танцюють до упаду,&lt;br /&gt;</w:t>
        <w:br/>
        <w:t>До упаду,&lt;br /&gt;</w:t>
        <w:br/>
        <w:t>До упаду!</w:t>
      </w:r>
    </w:p>
    <w:p>
      <w:r>
        <w:br/>
        <w:t>IV</w:t>
      </w:r>
    </w:p>
    <w:p>
      <w:r>
        <w:br/>
        <w:t>У буфеті — жлуктанина,&lt;br /&gt;</w:t>
        <w:br/>
        <w:t>Безупинна лопанина,&lt;br /&gt;</w:t>
        <w:br/>
        <w:t>У Бурбона в шлунку тоне&lt;br /&gt;</w:t>
        <w:br/>
        <w:t>Смачно смажена свинина,&lt;br /&gt;</w:t>
        <w:br/>
        <w:t>На тарілці в донни Анни&lt;br /&gt;</w:t>
        <w:br/>
        <w:t>Аж реве "телець закланний";&lt;br /&gt;</w:t>
        <w:br/>
        <w:t>Шах в оточенні французок&lt;br /&gt;</w:t>
        <w:br/>
        <w:t>Тлить баранячий огузок;&lt;br /&gt;</w:t>
        <w:br/>
        <w:t>Нахабідзе, князь мінгрельців,&lt;br /&gt;</w:t>
        <w:br/>
        <w:t>Видув рому два графини&lt;br /&gt;</w:t>
        <w:br/>
        <w:t>Й помилково ткнув видельцем&lt;br /&gt;</w:t>
        <w:br/>
        <w:t>В бюст графині Дистрофіні.&lt;br /&gt;</w:t>
        <w:br/>
        <w:t>Плачуть жиром качки-дички,&lt;br /&gt;</w:t>
        <w:br/>
        <w:t>Верещать в зубах індички,&lt;br /&gt;</w:t>
        <w:br/>
        <w:t>Трохи далі — за кав'яром —&lt;br /&gt;</w:t>
        <w:br/>
        <w:t>В'ється панство роєм ярим;&lt;br /&gt;</w:t>
        <w:br/>
        <w:t>Хто допався — усміхався,&lt;br /&gt;</w:t>
        <w:br/>
        <w:t>Ненажерно запихався,&lt;br /&gt;</w:t>
        <w:br/>
        <w:t>Не один барон і князь&lt;br /&gt;</w:t>
        <w:br/>
        <w:t>Маже губи в чорну мазь,&lt;br /&gt;</w:t>
        <w:br/>
        <w:t>А білугу жруть сирою,-&lt;br /&gt;</w:t>
        <w:br/>
        <w:t>Котрі, звісно, при здоров'ю...&lt;br /&gt;</w:t>
        <w:br/>
        <w:t>("Ще, гляди, поїде в ригу!" —&lt;br /&gt;</w:t>
        <w:br/>
        <w:t>Знишка шпиг моргає шпигу).&lt;br /&gt;</w:t>
        <w:br/>
        <w:t>Граф Манджарі із П'яченци&lt;br /&gt;</w:t>
        <w:br/>
        <w:t>Тягне сарняче стегенце,&lt;br /&gt;</w:t>
        <w:br/>
        <w:t>Естергазі, п'яний в дошку,&lt;br /&gt;</w:t>
        <w:br/>
        <w:t>Всіх ковбас набрав потрошку&lt;br /&gt;</w:t>
        <w:br/>
        <w:t>Та, спіткнувшись по дорозі,&lt;br /&gt;</w:t>
        <w:br/>
        <w:t>Бух у соус панні Розі!&lt;br /&gt;</w:t>
        <w:br/>
        <w:t>I сміються всі бурбони,&lt;br /&gt;</w:t>
        <w:br/>
        <w:t>Аж трясуться аксельбанти,&lt;br /&gt;</w:t>
        <w:br/>
        <w:t>I снуються скрізь гарсони —&lt;br /&gt;</w:t>
        <w:br/>
        <w:t>Мотомехофіціанти.</w:t>
      </w:r>
    </w:p>
    <w:p>
      <w:r>
        <w:br/>
        <w:t>А в навколишніх готелях,&lt;br /&gt;</w:t>
        <w:br/>
        <w:t>Де задарма, де за шеляг,&lt;br /&gt;</w:t>
        <w:br/>
        <w:t>На загальнім бальнім фоні&lt;br /&gt;</w:t>
        <w:br/>
        <w:t>Скрізь дуети сексофонні.&lt;br /&gt;</w:t>
        <w:br/>
        <w:t>Шпиг моргає до щвейцара:&lt;br /&gt;</w:t>
        <w:br/>
        <w:t>"Примічай, яка де пара!"&lt;br /&gt;</w:t>
        <w:br/>
        <w:t>Просто з балу пишні кралі,&lt;br /&gt;</w:t>
        <w:br/>
        <w:t>Та у шалі, та в вуалі,&lt;br /&gt;</w:t>
        <w:br/>
        <w:t>На часинку втишить пал,&lt;br /&gt;</w:t>
        <w:br/>
        <w:t>На хвилинку — й знов на бал.&lt;br /&gt;</w:t>
        <w:br/>
        <w:t>Князь Сапіга й Травіата,&lt;br /&gt;</w:t>
        <w:br/>
        <w:t>Оксенстьєрна й пані Ада,&lt;br /&gt;</w:t>
        <w:br/>
        <w:t>Зільберштейн і донна Рада —&lt;br /&gt;</w:t>
        <w:br/>
        <w:t>Півгодинки, пару па!&lt;br /&gt;</w:t>
        <w:br/>
        <w:t>Потім знову у громаду,&lt;br /&gt;</w:t>
        <w:br/>
        <w:t>Всі танцюють до упаду,&lt;br /&gt;</w:t>
        <w:br/>
        <w:t>До упаду,&lt;br /&gt;</w:t>
        <w:br/>
        <w:t>До упаду!&lt;br /&gt;</w:t>
        <w:br/>
        <w:t>Всі танцюють до упа...&lt;br /&gt;</w:t>
        <w:br/>
        <w:t>Льотом линуть "мерседеси",&lt;br /&gt;</w:t>
        <w:br/>
        <w:t>Аксельбанти і грандеси,&lt;br /&gt;</w:t>
        <w:br/>
        <w:t>I бульдоги, і тер'єри,&lt;br /&gt;</w:t>
        <w:br/>
        <w:t>I шиншили, і венери,&lt;br /&gt;</w:t>
        <w:br/>
        <w:t>Чемберлени й генерали,&lt;br /&gt;</w:t>
        <w:br/>
        <w:t>Еполети й адмірали,&lt;br /&gt;</w:t>
        <w:br/>
        <w:t>Дипломати і медалі&lt;br /&gt;</w:t>
        <w:br/>
        <w:t>I так далі...&lt;br /&gt;</w:t>
        <w:br/>
        <w:t>Шик!&lt;br /&gt;</w:t>
        <w:br/>
        <w:t>Блиск!&lt;br /&gt;</w:t>
        <w:br/>
        <w:t>Ех!&lt;br /&gt;</w:t>
        <w:br/>
        <w:t>Чудово!&lt;br /&gt;</w:t>
        <w:br/>
        <w:t>Раз!&lt;br /&gt;</w:t>
        <w:br/>
        <w:t>Два!&lt;br /&gt;</w:t>
        <w:br/>
        <w:t>Ура, панове!&lt;br /&gt;</w:t>
        <w:br/>
        <w:t>Браво, панове!&lt;br /&gt;</w:t>
        <w:br/>
        <w:t>Мало, панове!&lt;br /&gt;</w:t>
        <w:br/>
        <w:t>...Раз... Два... Друга, панове...</w:t>
      </w:r>
    </w:p>
    <w:p>
      <w:r>
        <w:br/>
        <w:t>V&lt;br /&gt;</w:t>
        <w:br/>
        <w:t>Б'є вже друга, ніч — як циган,&lt;br /&gt;</w:t>
        <w:br/>
        <w:t>Шпиг підморгує до шпига,&lt;br /&gt;</w:t>
        <w:br/>
        <w:t>I на сцені, і у залі,&lt;br /&gt;</w:t>
        <w:br/>
        <w:t>На горищі і в підвалі,&lt;br /&gt;</w:t>
        <w:br/>
        <w:t>У вбиральні, в костюмерній,&lt;br /&gt;</w:t>
        <w:br/>
        <w:t>У курильні і в гримерній,&lt;br /&gt;</w:t>
        <w:br/>
        <w:t>У фойє і у буфеті,&lt;br /&gt;</w:t>
        <w:br/>
        <w:t>В гардеробі і в клозеті,-&lt;br /&gt;</w:t>
        <w:br/>
        <w:t>Скрізь філер, агент чигає,&lt;br /&gt;</w:t>
        <w:br/>
        <w:t>Шпиг до шпига, знай, моргає...</w:t>
      </w:r>
    </w:p>
    <w:p>
      <w:r>
        <w:br/>
        <w:t>У дежурці ловлять гави&lt;br /&gt;</w:t>
        <w:br/>
        <w:t>Два приватні, три лягаві,&lt;br /&gt;</w:t>
        <w:br/>
        <w:t>Позіхають та базікають,&lt;br /&gt;</w:t>
        <w:br/>
        <w:t>Походжають та триндикають,&lt;br /&gt;</w:t>
        <w:br/>
        <w:t>Сюди-туди проходжаються,&lt;br /&gt;</w:t>
        <w:br/>
        <w:t>На штиблети роздивляються.&lt;br /&gt;</w:t>
        <w:br/>
        <w:t>Словік з третього участку&lt;br /&gt;</w:t>
        <w:br/>
        <w:t>Виставляє жовті хвастко —&lt;br /&gt;</w:t>
        <w:br/>
        <w:t>Чорні зношуються швидко,&lt;br /&gt;</w:t>
        <w:br/>
        <w:t>Та й негарні — глянуть гидко.&lt;br /&gt;</w:t>
        <w:br/>
        <w:t>"Що там жовті? Хвастать нічим! —&lt;br /&gt;</w:t>
        <w:br/>
        <w:t>Каже Мацек, що при слідчім.-&lt;br /&gt;</w:t>
        <w:br/>
        <w:t>Ні, мої таки найлуччі —&lt;br /&gt;</w:t>
        <w:br/>
        <w:t>Гостроносі та лискучі!"&lt;br /&gt;</w:t>
        <w:br/>
        <w:t>Шульц обох убив, сказавши,&lt;br /&gt;</w:t>
        <w:br/>
        <w:t>Що у нього верх із замші:&lt;br /&gt;</w:t>
        <w:br/>
        <w:t>"Другий рік ношу, панове,&lt;br /&gt;</w:t>
        <w:br/>
        <w:t>I вважайте — ніби нові!"&lt;br /&gt;</w:t>
        <w:br/>
        <w:t>Ваньчак, шпик на кличку Швиндя,&lt;br /&gt;</w:t>
        <w:br/>
        <w:t>Хвалить ваксу марки "Індія"&lt;br /&gt;</w:t>
        <w:br/>
        <w:t>I насвистує із хистом:&lt;br /&gt;</w:t>
        <w:br/>
        <w:t>— Удібінді, удібіндія...-&lt;br /&gt;</w:t>
        <w:br/>
        <w:t>Детектив приватний Машек&lt;br /&gt;</w:t>
        <w:br/>
        <w:t>У коричневих гамашах&lt;br /&gt;</w:t>
        <w:br/>
        <w:t>Позіха: "Закурим, Швиндя?"&lt;br /&gt;</w:t>
        <w:br/>
        <w:t>Удібінді, удібіндія...</w:t>
      </w:r>
    </w:p>
    <w:p>
      <w:r>
        <w:br/>
        <w:t>VI</w:t>
      </w:r>
    </w:p>
    <w:p>
      <w:r>
        <w:br/>
        <w:t>Б'є вже й третя, день покволом&lt;br /&gt;</w:t>
        <w:br/>
        <w:t>Устає над сонним полем —&lt;br /&gt;</w:t>
        <w:br/>
        <w:t>Світ світає...&lt;br /&gt;</w:t>
        <w:br/>
        <w:t>Овоч сонця дозріває,&lt;br /&gt;</w:t>
        <w:br/>
        <w:t>Світло темінь розриває,&lt;br /&gt;</w:t>
        <w:br/>
        <w:t>В гаї пташка спів заводить,&lt;br /&gt;</w:t>
        <w:br/>
        <w:t>Грає вітер з яриною...&lt;br /&gt;</w:t>
        <w:br/>
        <w:t>До столиці йдуть підводи&lt;br /&gt;</w:t>
        <w:br/>
        <w:t>З новиною.&lt;br /&gt;</w:t>
        <w:br/>
        <w:t>Гарби сунуться рипучі,&lt;br /&gt;</w:t>
        <w:br/>
        <w:t>Люди хиляться дрімучі...&lt;br /&gt;</w:t>
        <w:br/>
        <w:t>На березах білостанних&lt;br /&gt;</w:t>
        <w:br/>
        <w:t>Шелестить зелене листя,&lt;br /&gt;</w:t>
        <w:br/>
        <w:t>Йдуть підводи раннім-рано&lt;br /&gt;</w:t>
        <w:br/>
        <w:t>В передмістя.</w:t>
      </w:r>
    </w:p>
    <w:p>
      <w:r>
        <w:br/>
        <w:t>Грузовик реве, підводи&lt;br /&gt;</w:t>
        <w:br/>
        <w:t>Обганяє&lt;br /&gt;</w:t>
        <w:br/>
        <w:t>I рожевий на бруківці&lt;br /&gt;</w:t>
        <w:br/>
        <w:t>Пил збиває.</w:t>
      </w:r>
    </w:p>
    <w:p>
      <w:r>
        <w:br/>
        <w:t>Йдуть тітки, сухі й поважні,&lt;br /&gt;</w:t>
        <w:br/>
        <w:t>Босі, ясно,&lt;br /&gt;</w:t>
        <w:br/>
        <w:t>На базар несуть сметану,&lt;br /&gt;</w:t>
        <w:br/>
        <w:t>Сир і масло.</w:t>
      </w:r>
    </w:p>
    <w:p>
      <w:r>
        <w:br/>
        <w:t>Крикнув півень, другий, третій&lt;br /&gt;</w:t>
        <w:br/>
        <w:t>Із-за тину.&lt;br /&gt;</w:t>
        <w:br/>
        <w:t>Діти в череду погнали&lt;br /&gt;</w:t>
        <w:br/>
        <w:t>Вже скотину.</w:t>
      </w:r>
    </w:p>
    <w:p>
      <w:r>
        <w:br/>
        <w:t>Ось іще одна машина&lt;br /&gt;</w:t>
        <w:br/>
        <w:t>Проревіла;&lt;br /&gt;</w:t>
        <w:br/>
        <w:t>Дід на торг веде корову:&lt;br /&gt;</w:t>
        <w:br/>
        <w:t>Окривіла.</w:t>
      </w:r>
    </w:p>
    <w:p>
      <w:r>
        <w:br/>
        <w:t>Йдуть вози, скриплять, хиляються&lt;br /&gt;</w:t>
        <w:br/>
        <w:t>З боку на бік,&lt;br /&gt;</w:t>
        <w:br/>
        <w:t>Люди сплять — не сплять, валяються&lt;br /&gt;</w:t>
        <w:br/>
        <w:t>З боку на бік.</w:t>
      </w:r>
    </w:p>
    <w:p>
      <w:r>
        <w:br/>
        <w:t>Спить в рову, в траву уткнувшись,&lt;br /&gt;</w:t>
        <w:br/>
        <w:t>П'яна ряжка,&lt;br /&gt;</w:t>
        <w:br/>
        <w:t>На леваді кінь пасеться,&lt;br /&gt;</w:t>
        <w:br/>
        <w:t>Путом брязка.</w:t>
      </w:r>
    </w:p>
    <w:p>
      <w:r>
        <w:br/>
        <w:t>На дзвіниці киснуть дзвони&lt;br /&gt;</w:t>
        <w:br/>
        <w:t>Од безділля,&lt;br /&gt;</w:t>
        <w:br/>
        <w:t>Під хрестом у огорожі&lt;br /&gt;</w:t>
        <w:br/>
        <w:t>В'яне зілля.</w:t>
      </w:r>
    </w:p>
    <w:p>
      <w:r>
        <w:br/>
        <w:t>Дядько в спідніх вийшов з хати&lt;br /&gt;</w:t>
        <w:br/>
        <w:t>За повітку,&lt;br /&gt;</w:t>
        <w:br/>
        <w:t>Мружить очі ізпросоння,&lt;br /&gt;</w:t>
        <w:br/>
        <w:t>Мне борідку.</w:t>
      </w:r>
    </w:p>
    <w:p>
      <w:r>
        <w:br/>
        <w:t>Онде школа на майдані,&lt;br /&gt;</w:t>
        <w:br/>
        <w:t>В школі парти,&lt;br /&gt;</w:t>
        <w:br/>
        <w:t>В кожнім класі чорні дошки,&lt;br /&gt;</w:t>
        <w:br/>
        <w:t>Гарні карти.</w:t>
      </w:r>
    </w:p>
    <w:p>
      <w:r>
        <w:br/>
        <w:t>Йдуть співаючи на муштру&lt;br /&gt;</w:t>
        <w:br/>
        <w:t>Новобранці:&lt;br /&gt;</w:t>
        <w:br/>
        <w:t>"Ой заграли сурми, ой заграли мідні&lt;br /&gt;</w:t>
        <w:br/>
        <w:t>У неділю вранці..."</w:t>
      </w:r>
    </w:p>
    <w:p>
      <w:r>
        <w:br/>
        <w:t>Йдуть вози, риплять колеса...&lt;br /&gt;</w:t>
        <w:br/>
        <w:t>Ну, вже близько...&lt;br /&gt;</w:t>
        <w:br/>
        <w:t>"В місті ниньки добрі ціни&lt;br /&gt;</w:t>
        <w:br/>
        <w:t>На редиску".</w:t>
      </w:r>
    </w:p>
    <w:p>
      <w:r>
        <w:br/>
        <w:t>Щиплють травку білі кози&lt;br /&gt;</w:t>
        <w:br/>
        <w:t>Вименисті.&lt;br /&gt;</w:t>
        <w:br/>
        <w:t>Сизий дим і пил злотистий —&lt;br /&gt;</w:t>
        <w:br/>
        <w:t>День над містом.</w:t>
      </w:r>
    </w:p>
    <w:p>
      <w:r>
        <w:br/>
        <w:t>Сонце червінню залляло&lt;br /&gt;</w:t>
        <w:br/>
        <w:t>Все в тісній міській юдолі...&lt;br /&gt;</w:t>
        <w:br/>
        <w:t>Шпиг, підвішений над залом,&lt;br /&gt;</w:t>
        <w:br/>
        <w:t>Задрімав у жирандолі.</w:t>
      </w:r>
    </w:p>
    <w:p>
      <w:r>
        <w:br/>
        <w:t>VII</w:t>
      </w:r>
    </w:p>
    <w:p>
      <w:r>
        <w:br/>
        <w:t>По вулиці Переможців,&lt;br /&gt;</w:t>
        <w:br/>
        <w:t>Каяфи і Месії,&lt;br /&gt;</w:t>
        <w:br/>
        <w:t>По Сивій, по Святій Теклі&lt;br /&gt;</w:t>
        <w:br/>
        <w:t>I пророка Осії,</w:t>
      </w:r>
    </w:p>
    <w:p>
      <w:r>
        <w:br/>
        <w:t>По Кримській, по Дикарській,&lt;br /&gt;</w:t>
        <w:br/>
        <w:t>По Гномській, по Стародівській,&lt;br /&gt;</w:t>
        <w:br/>
        <w:t>По Мишачій, по Коцарській,&lt;br /&gt;</w:t>
        <w:br/>
        <w:t>По Ново-Лукашівській,</w:t>
      </w:r>
    </w:p>
    <w:p>
      <w:r>
        <w:br/>
        <w:t>По Сорокового Квітня,&lt;br /&gt;</w:t>
        <w:br/>
        <w:t>По бульвару Місійнім —&lt;br /&gt;</w:t>
        <w:br/>
        <w:t>За місто йдуть обози&lt;br /&gt;</w:t>
        <w:br/>
        <w:t>Асенізаційні.</w:t>
      </w:r>
    </w:p>
    <w:p>
      <w:r>
        <w:br/>
        <w:t>Із вікна мезоніна&lt;br /&gt;</w:t>
        <w:br/>
        <w:t>Якась гладуха питає культурно:&lt;br /&gt;</w:t>
        <w:br/>
        <w:t>— Котра година, пане гівновозе?&lt;br /&gt;</w:t>
        <w:br/>
        <w:t>— П'ята, пані курво!</w:t>
      </w:r>
    </w:p>
    <w:p>
      <w:r>
        <w:br/>
        <w:t>Золотарські обози&lt;br /&gt;</w:t>
        <w:br/>
        <w:t>Їдуть далі і далі...&lt;br /&gt;</w:t>
        <w:br/>
        <w:t>Закурила гладуха,&lt;br /&gt;</w:t>
        <w:br/>
        <w:t>У вікно виглядає.</w:t>
      </w:r>
    </w:p>
    <w:p>
      <w:r>
        <w:br/>
        <w:t>Навпроти — дім червоний&lt;br /&gt;</w:t>
        <w:br/>
        <w:t>Недавньої споруди,&lt;br /&gt;</w:t>
        <w:br/>
        <w:t>Іще не отинкований,&lt;br /&gt;</w:t>
        <w:br/>
        <w:t>А вже живуть там люди.</w:t>
      </w:r>
    </w:p>
    <w:p>
      <w:r>
        <w:br/>
        <w:t>В однім вікні красуються&lt;br /&gt;</w:t>
        <w:br/>
        <w:t>З вишнівкою сулії,&lt;br /&gt;</w:t>
        <w:br/>
        <w:t>А за вікном, гойдаючись,&lt;br /&gt;</w:t>
        <w:br/>
        <w:t>Балончик рожевіє.</w:t>
      </w:r>
    </w:p>
    <w:p>
      <w:r>
        <w:br/>
        <w:t>Он на балконі заєць&lt;br /&gt;</w:t>
        <w:br/>
        <w:t>Висить догори ногами,&lt;br /&gt;</w:t>
        <w:br/>
        <w:t>В останній раз любується&lt;br /&gt;</w:t>
        <w:br/>
        <w:t>Перевернутими лугами.</w:t>
      </w:r>
    </w:p>
    <w:p>
      <w:r>
        <w:br/>
        <w:t>А на другім балконі&lt;br /&gt;</w:t>
        <w:br/>
        <w:t>Пузань зітхає тяжко,&lt;br /&gt;</w:t>
        <w:br/>
        <w:t>Знічев'я в небо дивиться.&lt;br /&gt;</w:t>
        <w:br/>
        <w:t>Застібує підтяжки.</w:t>
      </w:r>
    </w:p>
    <w:p>
      <w:r>
        <w:br/>
        <w:t>Внизу — кіно, реклама:&lt;br /&gt;</w:t>
        <w:br/>
        <w:t>Фанерний Чарлі Чаплін...&lt;br /&gt;</w:t>
        <w:br/>
        <w:t>Поліцай на велосипеді&lt;br /&gt;</w:t>
        <w:br/>
        <w:t>Їде ходом неквапним.</w:t>
      </w:r>
    </w:p>
    <w:p>
      <w:r>
        <w:br/>
        <w:t>На тріснутій вітрині&lt;br /&gt;</w:t>
        <w:br/>
        <w:t>Будинку моди "Лоло"&lt;br /&gt;</w:t>
        <w:br/>
        <w:t>Видно шматок газети:&lt;br /&gt;</w:t>
        <w:br/>
        <w:t>Літери ІДЕОЛО...</w:t>
      </w:r>
    </w:p>
    <w:p>
      <w:r>
        <w:br/>
        <w:t>Ось вивіска перукарні&lt;br /&gt;</w:t>
        <w:br/>
        <w:t>Із кучерявим франтом,&lt;br /&gt;</w:t>
        <w:br/>
        <w:t>По другий бік — табличка&lt;br /&gt;</w:t>
        <w:br/>
        <w:t>З докладним прейскурантом.</w:t>
      </w:r>
    </w:p>
    <w:p>
      <w:r>
        <w:br/>
        <w:t>Таксі біжить за місто,&lt;br /&gt;</w:t>
        <w:br/>
        <w:t>По брукові підстрибує;&lt;br /&gt;</w:t>
        <w:br/>
        <w:t>У пасажира вудка,&lt;br /&gt;</w:t>
        <w:br/>
        <w:t>Отож, мабуть, по рибу.</w:t>
      </w:r>
    </w:p>
    <w:p>
      <w:r>
        <w:br/>
        <w:t>З сосисочної пара&lt;br /&gt;</w:t>
        <w:br/>
        <w:t>Угору йде, як хмарка...&lt;br /&gt;</w:t>
        <w:br/>
        <w:t>В вікно гладуха дивиться,&lt;br /&gt;</w:t>
        <w:br/>
        <w:t>Докурює цигарку.</w:t>
      </w:r>
    </w:p>
    <w:p>
      <w:r>
        <w:br/>
        <w:t>VIII</w:t>
      </w:r>
    </w:p>
    <w:p>
      <w:r>
        <w:br/>
        <w:t>Уночі — лиш у касах станційних,&lt;br /&gt;</w:t>
        <w:br/>
        <w:t>Апатичні, ледь чутні, спокійні,&lt;br /&gt;</w:t>
        <w:br/>
        <w:t>А в картярнях — азартно громаджені в кучі,&lt;br /&gt;</w:t>
        <w:br/>
        <w:t>А в борделях — падлючі, липучі, текучі,&lt;br /&gt;</w:t>
        <w:br/>
        <w:t>А в шантанах — шампанно-шипучі,-&lt;br /&gt;</w:t>
        <w:br/>
        <w:t>З блиском дня розворушені і нашорошені,&lt;br /&gt;</w:t>
        <w:br/>
        <w:t>Брані, давані, крадені, зичені, прошені,&lt;br /&gt;</w:t>
        <w:br/>
        <w:t>Розточились по світу&lt;br /&gt;</w:t>
        <w:br/>
        <w:t>Роз'юшені гроші.&lt;br /&gt;</w:t>
        <w:br/>
        <w:t>Із кишень, з гаманців, із шкатулок&lt;br /&gt;</w:t>
        <w:br/>
        <w:t>До шухляд, портмоне і кишень,&lt;br /&gt;</w:t>
        <w:br/>
        <w:t>За хліб, за трамвай, за притулок,&lt;br /&gt;</w:t>
        <w:br/>
        <w:t>За шпінат, за шпагат, за жень-шень,&lt;br /&gt;</w:t>
        <w:br/>
        <w:t>До кас і з кас,&lt;br /&gt;</w:t>
        <w:br/>
        <w:t>За мито й промито,&lt;br /&gt;</w:t>
        <w:br/>
        <w:t>Із міста у місто,&lt;br /&gt;</w:t>
        <w:br/>
        <w:t>В повіт і з повіту,&lt;br /&gt;</w:t>
        <w:br/>
        <w:t>За світло, за газ,&lt;br /&gt;</w:t>
        <w:br/>
        <w:t>За дрова, за гас,&lt;br /&gt;</w:t>
        <w:br/>
        <w:t>До банків, крамничок, до баз і до кас,&lt;br /&gt;</w:t>
        <w:br/>
        <w:t>А з баз, із банків, із кас, із крамничок,&lt;br /&gt;</w:t>
        <w:br/>
        <w:t>До кравців, офіцерів, актрис, провідничок&lt;br /&gt;</w:t>
        <w:br/>
        <w:t>I знов од актрис до шевців і кравців,&lt;br /&gt;</w:t>
        <w:br/>
        <w:t>Од шоферів, монтерів до продавців,&lt;br /&gt;</w:t>
        <w:br/>
        <w:t>За курс, за стіл, за гоління, за дріт,&lt;br /&gt;</w:t>
        <w:br/>
        <w:t>За сіль, за спів, за цеглу, за шріт,&lt;br /&gt;</w:t>
        <w:br/>
        <w:t>Від пекаря до токаря, від токаря до аптекаря,&lt;br /&gt;</w:t>
        <w:br/>
        <w:t>Від аптекаря знов до цирульника й пекаря,&lt;br /&gt;</w:t>
        <w:br/>
        <w:t>I знов,&lt;br /&gt;</w:t>
        <w:br/>
        <w:t>I знов,&lt;br /&gt;</w:t>
        <w:br/>
        <w:t>Ще раз і сто раз,&lt;br /&gt;</w:t>
        <w:br/>
        <w:t>За квиток, за ніж, за воду, за газ,&lt;br /&gt;</w:t>
        <w:br/>
        <w:t>За гармату, гірчицю, підкову, протекцію,&lt;br /&gt;</w:t>
        <w:br/>
        <w:t>За зуб, за шлюб, за гроб, за лекцію,&lt;br /&gt;</w:t>
        <w:br/>
        <w:t>За клямку, за кліпси, за баржі, за біржі,&lt;br /&gt;</w:t>
        <w:br/>
        <w:t>За папір, на якому пишу я ці вірші,&lt;br /&gt;</w:t>
        <w:br/>
        <w:t>За ручку й чорнило, за шрифт і за друк,&lt;br /&gt;</w:t>
        <w:br/>
        <w:t>За бомбу, за румбу, за рибу, за брук,&lt;br /&gt;</w:t>
        <w:br/>
        <w:t>Поету — за хист, за імення, за час,&lt;br /&gt;</w:t>
        <w:br/>
        <w:t>Усім за все, з кишень і до кас,&lt;br /&gt;</w:t>
        <w:br/>
        <w:t>Із кас до кишень, далеко і близько,&lt;br /&gt;</w:t>
        <w:br/>
        <w:t>Лабіринтом заплутаним, ворушким муравлиськом,&lt;br /&gt;</w:t>
        <w:br/>
        <w:t>Чорториєм вируючи, смерчем вибухаючи,&lt;br /&gt;</w:t>
        <w:br/>
        <w:t>Ростучи і спадаючи, киплячи і всихаючи,&lt;br /&gt;</w:t>
        <w:br/>
        <w:t>У мільйони розбухлі й на шаги розпорошені,&lt;br /&gt;</w:t>
        <w:br/>
        <w:t>Закружляли диявольськи ненажерливі гроші.</w:t>
      </w:r>
    </w:p>
    <w:p>
      <w:r>
        <w:br/>
        <w:t>Ад'ютанти діянь, починань і завершень,&lt;br /&gt;</w:t>
        <w:br/>
        <w:t>Атакують Верден, завойовують Цешин,&lt;br /&gt;</w:t>
        <w:br/>
        <w:t>Пливуть трансатлантиком до Порто-Ріко,&lt;br /&gt;</w:t>
        <w:br/>
        <w:t>Пливуть риштаком по вулиці Дикій.&lt;br /&gt;</w:t>
        <w:br/>
        <w:t>Булка — гріш,&lt;br /&gt;</w:t>
        <w:br/>
        <w:t>Війна — мільярд:&lt;br /&gt;</w:t>
        <w:br/>
        <w:t>Цок!&lt;br /&gt;</w:t>
        <w:br/>
        <w:t>Бух!&lt;br /&gt;</w:t>
        <w:br/>
        <w:t>Девіз:&lt;br /&gt;</w:t>
        <w:br/>
        <w:t>"Бонапарт".&lt;br /&gt;</w:t>
        <w:br/>
        <w:t>"Станьмо в незламне&lt;br /&gt;</w:t>
        <w:br/>
        <w:t>Крицеве коло!&lt;br /&gt;</w:t>
        <w:br/>
        <w:t>Гарт,&lt;br /&gt;</w:t>
        <w:br/>
        <w:t>Дух!"&lt;br /&gt;</w:t>
        <w:br/>
        <w:t>ІДЕ&lt;br /&gt;</w:t>
        <w:br/>
        <w:t>ОЛО...&lt;br /&gt;</w:t>
        <w:br/>
        <w:t>В'ється Левіафан злотолуский,&lt;br /&gt;</w:t>
        <w:br/>
        <w:t>Перевивається на срібні молюски,&lt;br /&gt;</w:t>
        <w:br/>
        <w:t>Копишиться вошками, вистрибує блішками,&lt;br /&gt;</w:t>
        <w:br/>
        <w:t>Повзе більйонними багатоніжками,&lt;br /&gt;</w:t>
        <w:br/>
        <w:t>Скрізь гроші, як воші, в кишенях кишать,&lt;br /&gt;</w:t>
        <w:br/>
        <w:t>Мишвою шамочуть, щурами пищать,&lt;br /&gt;</w:t>
        <w:br/>
        <w:t>Залазять у душу, там шашелем шиються,&lt;br /&gt;</w:t>
        <w:br/>
        <w:t>Риються, криються, віються, сіються&lt;br /&gt;</w:t>
        <w:br/>
        <w:t>I знову зливаються в люту потвору,&lt;br /&gt;</w:t>
        <w:br/>
        <w:t>Що, плодячись, пнеться все вгору і вгору,&lt;br /&gt;</w:t>
        <w:br/>
        <w:t>Од міста до міста, од двору до двору,&lt;br /&gt;</w:t>
        <w:br/>
        <w:t>Мільярдно кружляє од біса до чорта,&lt;br /&gt;</w:t>
        <w:br/>
        <w:t>Од чорта до біса безкраїм сувоєм,&lt;br /&gt;</w:t>
        <w:br/>
        <w:t>Суне нахабно лепрозним ескортом,&lt;br /&gt;</w:t>
        <w:br/>
        <w:t>Яросно скаче пархатим конвоєм.</w:t>
      </w:r>
    </w:p>
    <w:p>
      <w:r>
        <w:br/>
        <w:t>IX</w:t>
      </w:r>
    </w:p>
    <w:p>
      <w:r>
        <w:br/>
        <w:t>Везуть до міста із села&lt;br /&gt;</w:t>
        <w:br/>
        <w:t>Хліб, овочі і м'ясо,&lt;br /&gt;</w:t>
        <w:br/>
        <w:t>Везуть із міста до села&lt;br /&gt;</w:t>
        <w:br/>
        <w:t>Взамін фекальну масу.&lt;br /&gt;</w:t>
        <w:br/>
        <w:t>За шлагбаумом розминулись&lt;br /&gt;</w:t>
        <w:br/>
        <w:t>Два обози,&lt;br /&gt;</w:t>
        <w:br/>
        <w:t>Як весілля з похороном,-&lt;br /&gt;</w:t>
        <w:br/>
        <w:t>Сміх і сльози!&lt;br /&gt;</w:t>
        <w:br/>
        <w:t>Завезено зелень на ринки столичні,&lt;br /&gt;</w:t>
        <w:br/>
        <w:t>На поле — свіже угноєння...&lt;br /&gt;</w:t>
        <w:br/>
        <w:t>Країна встає,&lt;br /&gt;</w:t>
        <w:br/>
        <w:t>Щоб виконать гідно роль історичну,&lt;br /&gt;</w:t>
        <w:br/>
        <w:t>Якої вона удостоєна.</w:t>
      </w:r>
    </w:p>
    <w:p>
      <w:r>
        <w:br/>
        <w:t>X</w:t>
      </w:r>
    </w:p>
    <w:p>
      <w:r>
        <w:br/>
        <w:t>Тою роллю без краю вдоволені,&lt;br /&gt;</w:t>
        <w:br/>
        <w:t>Журналісти всю ніч фугували:&lt;br /&gt;</w:t>
        <w:br/>
        <w:t>Ідеоло — ідеоло — ідеоло —&lt;br /&gt;</w:t>
        <w:br/>
        <w:t>А гуляки серед зали&lt;br /&gt;</w:t>
        <w:br/>
        <w:t>Танцювали, гопцювали,&lt;br /&gt;</w:t>
        <w:br/>
        <w:t>гарцювали,&lt;br /&gt;</w:t>
        <w:br/>
        <w:t>дрібцювали...&lt;br /&gt;</w:t>
        <w:br/>
        <w:t>А вже люди всюди встали:&lt;br /&gt;</w:t>
        <w:br/>
        <w:t>Скот в різницях забивали,&lt;br /&gt;</w:t>
        <w:br/>
        <w:t>Ятки з крамом розбивали,&lt;br /&gt;</w:t>
        <w:br/>
        <w:t>Карабіни набивали,&lt;br /&gt;</w:t>
        <w:br/>
        <w:t>Воріженьків убивали,&lt;br /&gt;</w:t>
        <w:br/>
        <w:t>Ближнім зуби вибивали,&lt;br /&gt;</w:t>
        <w:br/>
        <w:t>До хреста їх прибивали,&lt;br /&gt;</w:t>
        <w:br/>
        <w:t>Руки, ноги одбивали,&lt;br /&gt;</w:t>
        <w:br/>
        <w:t>Грошенята все збивали&lt;br /&gt;</w:t>
        <w:br/>
        <w:t>Та банкноти друкували,&lt;br /&gt;</w:t>
        <w:br/>
        <w:t>Друкували, друкували:&lt;br /&gt;</w:t>
        <w:br/>
        <w:t>Геть недолю, злидні й голод!&lt;br /&gt;</w:t>
        <w:br/>
        <w:t>Хай пишає все навколо,&lt;br /&gt;</w:t>
        <w:br/>
        <w:t>Квітне праця й капітал!&lt;br /&gt;</w:t>
        <w:br/>
        <w:t>Ідеоло — ідеоло —&lt;br /&gt;</w:t>
        <w:br/>
        <w:t>Ах, який чудовий бал!&lt;br /&gt;</w:t>
        <w:br/>
        <w:t>Ідеоло — ідеалі —&lt;br /&gt;</w:t>
        <w:br/>
        <w:t>Станьмо всі міцніш за сталі!&lt;br /&gt;</w:t>
        <w:br/>
        <w:t>Гей, до гурту! До громади!&lt;br /&gt;</w:t>
        <w:br/>
        <w:t>Гей, до бою! Гей, до влади!&lt;br /&gt;</w:t>
        <w:br/>
        <w:t>Духу, дії! Що в словах?&lt;br /&gt;</w:t>
        <w:br/>
        <w:t>Трах, бах по головах!&lt;br /&gt;</w:t>
        <w:br/>
        <w:t>Пуляй, заряд,&lt;br /&gt;</w:t>
        <w:br/>
        <w:t>Гуляй, приклад,&lt;br /&gt;</w:t>
        <w:br/>
        <w:t>Валяй, наряд,&lt;br /&gt;</w:t>
        <w:br/>
        <w:t>Стріляй підряд&lt;br /&gt;</w:t>
        <w:br/>
        <w:t>Всіх, кому наш лад невлад!&lt;br /&gt;</w:t>
        <w:br/>
        <w:t>Раз!&lt;br /&gt;</w:t>
        <w:br/>
        <w:t>Два!&lt;br /&gt;</w:t>
        <w:br/>
        <w:t>Ура, панове!&lt;br /&gt;</w:t>
        <w:br/>
        <w:t>Духу, панове!&lt;br /&gt;</w:t>
        <w:br/>
        <w:t>Дії, панове!&lt;br /&gt;</w:t>
        <w:br/>
        <w:t>Раз! Два! Соло! Соло!&lt;br /&gt;</w:t>
        <w:br/>
        <w:t>Панна Тютька й граф Рамоло!&lt;br /&gt;</w:t>
        <w:br/>
        <w:t>Гоп! Туп! Святі скрижалі,&lt;br /&gt;</w:t>
        <w:br/>
        <w:t>алі,— алі,— алі,— алі,&lt;br /&gt;</w:t>
        <w:br/>
        <w:t>I складальники повсюди&lt;br /&gt;</w:t>
        <w:br/>
        <w:t>Крупним кеглем набирали:&lt;br /&gt;</w:t>
        <w:br/>
        <w:t>ІДЕОЛО, ІДЕОЛО&lt;br /&gt;</w:t>
        <w:br/>
        <w:t>Ідеоло ідеалі&lt;br /&gt;</w:t>
        <w:br/>
        <w:t>Тралі-валі, тринди-риндія,&lt;br /&gt;</w:t>
        <w:br/>
        <w:t>Удібінді, удібіндія!&lt;br /&gt;</w:t>
        <w:br/>
        <w:t>Дай! Дам! Оля й Толя&lt;br /&gt;</w:t>
        <w:br/>
        <w:t>П'ють лікерчик коло столу,&lt;br /&gt;</w:t>
        <w:br/>
        <w:t>А машина смале й смале:&lt;br /&gt;</w:t>
        <w:br/>
        <w:t>ІДЕОЛО, ІДЕОЛО&lt;br /&gt;</w:t>
        <w:br/>
        <w:t>Мало мало соло соло&lt;br /&gt;</w:t>
        <w:br/>
        <w:t>Мало соло мало браво!&lt;br /&gt;</w:t>
        <w:br/>
        <w:t>Пунш, коктейль, із ромом кава,&lt;br /&gt;</w:t>
        <w:br/>
        <w:t>За куліси напівголу&lt;br /&gt;</w:t>
        <w:br/>
        <w:t>Тягне Дусьо міс Віолу.&lt;br /&gt;</w:t>
        <w:br/>
        <w:t>А надворі в цій порі&lt;br /&gt;</w:t>
        <w:br/>
        <w:t>Вже кричать газетярі:&lt;br /&gt;</w:t>
        <w:br/>
        <w:t>"Бал в театрі оперо...!"&lt;br /&gt;</w:t>
        <w:br/>
        <w:t>"Видатна ...сторична ро...!"&lt;br /&gt;</w:t>
        <w:br/>
        <w:t>"...шавський вісник! для нароо...!"&lt;br /&gt;</w:t>
        <w:br/>
        <w:t>"...більша ...дія цього рооо...!"&lt;br /&gt;</w:t>
        <w:br/>
        <w:t>"Ідеоло десять грооо...!"&lt;br /&gt;</w:t>
        <w:br/>
        <w:t>"Повний опис без скороооо...!"&lt;br /&gt;</w:t>
        <w:br/>
        <w:t>"...жавний вісник! Всі подроооо...!"&lt;br /&gt;</w:t>
        <w:br/>
        <w:t>Хвалить всяк своє добро!</w:t>
      </w:r>
    </w:p>
    <w:p>
      <w:r>
        <w:br/>
        <w:t>XI</w:t>
      </w:r>
    </w:p>
    <w:p>
      <w:r>
        <w:br/>
        <w:t>Знов ротаційка гігантом відтискує:&lt;br /&gt;</w:t>
        <w:br/>
        <w:t>ІДЕ&lt;br /&gt;</w:t>
        <w:br/>
        <w:t>ОЛО&lt;br /&gt;</w:t>
        <w:br/>
        <w:t>"Почім&lt;br /&gt;</w:t>
        <w:br/>
        <w:t>редиска?"&lt;br /&gt;</w:t>
        <w:br/>
        <w:t>Мудрі&lt;br /&gt;</w:t>
        <w:br/>
        <w:t>Кадри&lt;br /&gt;</w:t>
        <w:br/>
        <w:t>Духу&lt;br /&gt;</w:t>
        <w:br/>
        <w:t>Дії&lt;br /&gt;</w:t>
        <w:br/>
        <w:t>"Прошу на десять грошів олії"&lt;br /&gt;</w:t>
        <w:br/>
        <w:t>Меч&lt;br /&gt;</w:t>
        <w:br/>
        <w:t>Хрест&lt;br /&gt;</w:t>
        <w:br/>
        <w:t>Дух&lt;br /&gt;</w:t>
        <w:br/>
        <w:t>Історії&lt;br /&gt;</w:t>
        <w:br/>
        <w:t>"Прошу на десять грошів цикорії"&lt;br /&gt;</w:t>
        <w:br/>
        <w:t>Духу&lt;br /&gt;</w:t>
        <w:br/>
        <w:t>Історії&lt;br /&gt;</w:t>
        <w:br/>
        <w:t>Мудрі&lt;br /&gt;</w:t>
        <w:br/>
        <w:t>Кадри&lt;br /&gt;</w:t>
        <w:br/>
        <w:t>"Зважте, будь ласка, півкіло лярду"&lt;br /&gt;</w:t>
        <w:br/>
        <w:t>Голову вгору&lt;br /&gt;</w:t>
        <w:br/>
        <w:t>Нація пава&lt;br /&gt;</w:t>
        <w:br/>
        <w:t>"Порцію морозива, прошу пана"&lt;br /&gt;</w:t>
        <w:br/>
        <w:t>Чудо&lt;br /&gt;</w:t>
        <w:br/>
        <w:t>Розквіт&lt;br /&gt;</w:t>
        <w:br/>
        <w:t>Диво&lt;br /&gt;</w:t>
        <w:br/>
        <w:t>Цвіт&lt;br /&gt;</w:t>
        <w:br/>
        <w:t>"Обер, ще одну пляшку на лід!"&lt;br /&gt;</w:t>
        <w:br/>
        <w:t>I — трах! Бах! Пустіє площа,&lt;br /&gt;</w:t>
        <w:br/>
        <w:t>Брили бруку кров полоще...&lt;br /&gt;</w:t>
        <w:br/>
        <w:t>Мах-мах палашами,&lt;br /&gt;</w:t>
        <w:br/>
        <w:t>Туп-туп копитами!&lt;br /&gt;</w:t>
        <w:br/>
        <w:t>Рубай,&lt;br /&gt;</w:t>
        <w:br/>
        <w:t>Січи,&lt;br /&gt;</w:t>
        <w:br/>
        <w:t>Валяй,&lt;br /&gt;</w:t>
        <w:br/>
        <w:t>Топчи!&lt;br /&gt;</w:t>
        <w:br/>
        <w:t>Та й сам мовчи,&lt;br /&gt;</w:t>
        <w:br/>
        <w:t>Втихомирюючи!&lt;br /&gt;</w:t>
        <w:br/>
        <w:t>Раз!&lt;br /&gt;</w:t>
        <w:br/>
        <w:t>Два!&lt;br /&gt;</w:t>
        <w:br/>
        <w:t>Ура, панове!&lt;br /&gt;</w:t>
        <w:br/>
        <w:t>Мало, панове!&lt;br /&gt;</w:t>
        <w:br/>
        <w:t>Взять їх у руки!&lt;br /&gt;</w:t>
        <w:br/>
        <w:t>Трах! Бах!&lt;br /&gt;</w:t>
        <w:br/>
        <w:t>Сонце на бруку!&lt;br /&gt;</w:t>
        <w:br/>
        <w:t>Вбитий на бруку!&lt;br /&gt;</w:t>
        <w:br/>
        <w:t>I кров на бруку!&lt;br /&gt;</w:t>
        <w:br/>
        <w:t>I враз — джаз!&lt;br /&gt;</w:t>
        <w:br/>
        <w:t>I гра музика,&lt;br /&gt;</w:t>
        <w:br/>
        <w:t>Стоголоса,&lt;br /&gt;</w:t>
        <w:br/>
        <w:t>Стоязика,&lt;br /&gt;</w:t>
        <w:br/>
        <w:t>Мало соло&lt;br /&gt;</w:t>
        <w:br/>
        <w:t>ІДЕ&lt;br /&gt;</w:t>
        <w:br/>
        <w:t>ОЛО&lt;br /&gt;</w:t>
        <w:br/>
        <w:t>I танцюють всі навколо!</w:t>
      </w:r>
    </w:p>
    <w:p>
      <w:r>
        <w:br/>
        <w:t>I враз — дивіться! Яка сенсація!&lt;br /&gt;</w:t>
        <w:br/>
        <w:t>Браво, дирекціє! В ложах овація!&lt;br /&gt;</w:t>
        <w:br/>
        <w:t>Гігантською гусінню, мезозойським глистом,&lt;br /&gt;</w:t>
        <w:br/>
        <w:t>З золотолуским кільчастим хвостом&lt;br /&gt;</w:t>
        <w:br/>
        <w:t>Вповзає до залу під лемент литавр&lt;br /&gt;</w:t>
        <w:br/>
        <w:t>Король карнавалу гладкий Грошозавр,&lt;br /&gt;</w:t>
        <w:br/>
        <w:t>Лускою ряхтить-мерехтить прерозкішно,&lt;br /&gt;</w:t>
        <w:br/>
        <w:t>Щуряно, мишано, вошно і блішно!&lt;br /&gt;</w:t>
        <w:br/>
        <w:t>Ззаду і спереду — шпиг коло шпига,&lt;br /&gt;</w:t>
        <w:br/>
        <w:t>Поповзом, почовгом суне товпига.&lt;br /&gt;</w:t>
        <w:br/>
        <w:t>Верхи ж на змії сидить без кульбаки&lt;br /&gt;</w:t>
        <w:br/>
        <w:t>Гола, в панчохах, в циліндрі набакир,&lt;br /&gt;</w:t>
        <w:br/>
        <w:t>Нігті лаковані, циці мальовані,&lt;br /&gt;</w:t>
        <w:br/>
        <w:t>В оці зелений монокль придзигльовано,&lt;br /&gt;</w:t>
        <w:br/>
        <w:t>А між ногами&lt;br /&gt;</w:t>
        <w:br/>
        <w:t>Вогні реклами,&lt;br /&gt;</w:t>
        <w:br/>
        <w:t>Фокстротно гундосить:&lt;br /&gt;</w:t>
        <w:br/>
        <w:t>"Кому ще дать?&lt;br /&gt;</w:t>
        <w:br/>
        <w:t>Кому ще дать?&lt;br /&gt;</w:t>
        <w:br/>
        <w:t>Кому ще дать?"&lt;br /&gt;</w:t>
        <w:br/>
        <w:t>Скаче на хвилі грошви розшумовано&lt;br /&gt;</w:t>
        <w:br/>
        <w:t>В сяєві слави Курва — Мать!&lt;br /&gt;</w:t>
        <w:br/>
        <w:t>I раптом — скопищем, стовпищем, стиском&lt;br /&gt;</w:t>
        <w:br/>
        <w:t>Кинулось панство з вереском, з виском!&lt;br /&gt;</w:t>
        <w:br/>
        <w:t>Слиною, піною приска з писка,&lt;br /&gt;</w:t>
        <w:br/>
        <w:t>Сіпає, шарпає, скалить зубиська,&lt;br /&gt;</w:t>
        <w:br/>
        <w:t>Давить і топче, розсовує крісла,&lt;br /&gt;</w:t>
        <w:br/>
        <w:t>Блиска ціпками й ножами зловісно,&lt;br /&gt;</w:t>
        <w:br/>
        <w:t>На закривавленім сковза паркеті,&lt;br /&gt;</w:t>
        <w:br/>
        <w:t>Душиться, в'ється в розлюченім сплеті,&lt;br /&gt;</w:t>
        <w:br/>
        <w:t>Щоб до голячки долізти хоч рачки,&lt;br /&gt;</w:t>
        <w:br/>
        <w:t>Щоб золотої доп'ясти болячки,&lt;br /&gt;</w:t>
        <w:br/>
        <w:t>I рве із чудовиська кров'ю зарошені.&lt;br /&gt;</w:t>
        <w:br/>
        <w:t>Мишвою й вошвою шумуючі гроші,&lt;br /&gt;</w:t>
        <w:br/>
        <w:t>Мов гайворон стерво, глита ненажерливо,&lt;br /&gt;</w:t>
        <w:br/>
        <w:t>Аж ходить од реготу Змієве Черево —&lt;br /&gt;</w:t>
        <w:br/>
        <w:t>Безодня криниця металу,&lt;br /&gt;</w:t>
        <w:br/>
        <w:t>I сунеться далі розпусно і масно,&lt;br /&gt;</w:t>
        <w:br/>
        <w:t>Хвостом злотолуским похльоскує сласно&lt;br /&gt;</w:t>
        <w:br/>
        <w:t>Найбільша сенсація балу!&lt;br /&gt;</w:t>
        <w:br/>
        <w:t>I все гундосить: "Кому ще дать?&lt;br /&gt;</w:t>
        <w:br/>
        <w:t>Кому ще дать?&lt;br /&gt;</w:t>
        <w:br/>
        <w:t>Кому ще датъ?"&lt;br /&gt;</w:t>
        <w:br/>
        <w:t>Сяюча славою Курва — Мать,&lt;br /&gt;</w:t>
        <w:br/>
        <w:t>Курва — Брать!&lt;br /&gt;</w:t>
        <w:br/>
        <w:t>Курва — Стать!&lt;br /&gt;</w:t>
        <w:br/>
        <w:t>"Не бал, а шквал! Маестро, шквар!&lt;br /&gt;</w:t>
        <w:br/>
        <w:t>Тепер, товстуне, соло!&lt;br /&gt;</w:t>
        <w:br/>
        <w:t>О ІДЕОЛ! О ІДЕАЛ!&lt;br /&gt;</w:t>
        <w:br/>
        <w:t>Солоденьке, золотеньке ІДЕОЛО!"</w:t>
      </w:r>
    </w:p>
    <w:p>
      <w:r>
        <w:br/>
        <w:t>Раптом туш під стелею — бац!&lt;br /&gt;</w:t>
        <w:br/>
        <w:t>Фото блискавкою — клац!&lt;br /&gt;</w:t>
        <w:br/>
        <w:t>Як це сталося? Не встиг&lt;br /&gt;</w:t>
        <w:br/>
        <w:t>І моргнуть до шпига шпиг —&lt;br /&gt;</w:t>
        <w:br/>
        <w:t>Все пропало,&lt;br /&gt;</w:t>
        <w:br/>
        <w:t>Всіх не стало,&lt;br /&gt;</w:t>
        <w:br/>
        <w:t>Всіх мов лизнем ізлизало&lt;br /&gt;</w:t>
        <w:br/>
        <w:t>(Чорт — хапун і злодіяка)!&lt;br /&gt;</w:t>
        <w:br/>
        <w:t>Вже й по балі.&lt;br /&gt;</w:t>
        <w:br/>
        <w:t>Пусто в залі.&lt;br /&gt;</w:t>
        <w:br/>
        <w:t>З сміху мавпи поспадали&lt;br /&gt;</w:t>
        <w:br/>
        <w:t>З каруселі зодіака.</w:t>
      </w:r>
    </w:p>
    <w:p>
      <w:r>
        <w:br/>
        <w:t>По-п'яте,&lt;br /&gt;</w:t>
        <w:br/>
        <w:t>Нуднувате,&lt;br /&gt;</w:t>
        <w:br/>
        <w:t>По-шосте,&lt;br /&gt;</w:t>
        <w:br/>
        <w:t>Надто просте,&lt;br /&gt;</w:t>
        <w:br/>
        <w:t>По-сьоме,&lt;br /&gt;</w:t>
        <w:br/>
        <w:t>Давно знайоме,&lt;br /&gt;</w:t>
        <w:br/>
        <w:t>По-восьме,&lt;br /&gt;</w:t>
        <w:br/>
        <w:t>Незносне,&lt;br /&gt;</w:t>
        <w:br/>
        <w:t>По-дев'яте,&lt;br /&gt;</w:t>
        <w:br/>
        <w:t>Ми читали через п'яте-десяте,&lt;br /&gt;</w:t>
        <w:br/>
        <w:t>По-десяте,&lt;br /&gt;</w:t>
        <w:br/>
        <w:t>Див. по-дев'яте,&lt;br /&gt;</w:t>
        <w:br/>
        <w:t>По-одинадцяте,&lt;br /&gt;</w:t>
        <w:br/>
        <w:t>Дурного не переіначите,&lt;br /&gt;</w:t>
        <w:br/>
        <w:t>По-дванадцяте — дев'ятнадцяте,&lt;br /&gt;</w:t>
        <w:br/>
        <w:t>Так і ми вмієм квацяти,&lt;br /&gt;</w:t>
        <w:br/>
        <w:t>По-двадцяте,&lt;br /&gt;</w:t>
        <w:br/>
        <w:t>Крадене все до цяти.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 в опері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