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з забутого часу</w:t>
      </w:r>
    </w:p>
    <w:p>
      <w:r>
        <w:br/>
        <w:t xml:space="preserve"> Багато з забутого часу&lt;br /&gt;</w:t>
        <w:br/>
        <w:t>Гейне Генріх</w:t>
      </w:r>
    </w:p>
    <w:p>
      <w:r>
        <w:br/>
        <w:t>&amp;#65279;XXXIX.</w:t>
      </w:r>
    </w:p>
    <w:p>
      <w:r>
        <w:br/>
        <w:t>Багато з забутого часу&lt;br /&gt;</w:t>
        <w:br/>
        <w:t>Картин з домовини встає, –&lt;br /&gt;</w:t>
        <w:br/>
        <w:t>Я згадую, як близько тебе&lt;br /&gt;</w:t>
        <w:br/>
        <w:t>Життя я провадив своє.</w:t>
      </w:r>
    </w:p>
    <w:p>
      <w:r>
        <w:br/>
        <w:t>Блукав цілу нічку у мріях&lt;br /&gt;</w:t>
        <w:br/>
        <w:t>По вулицях я самотний,&lt;br /&gt;</w:t>
        <w:br/>
        <w:t>Зглядалися люди на мене,&lt;br /&gt;</w:t>
        <w:br/>
        <w:t>Що я був мовчазний, смутний.</w:t>
      </w:r>
    </w:p>
    <w:p>
      <w:r>
        <w:br/>
        <w:t>Вночі було краще, – безлюдні&lt;br /&gt;</w:t>
        <w:br/>
        <w:t>Всі вулиці в місті були;&lt;br /&gt;</w:t>
        <w:br/>
        <w:t>Я тільки та тінь моя власна&lt;br /&gt;</w:t>
        <w:br/>
        <w:t>Мовчазно по вулиці йшли.</w:t>
      </w:r>
    </w:p>
    <w:p>
      <w:r>
        <w:br/>
        <w:t>По бруку так швидко ступав я,&lt;br /&gt;</w:t>
        <w:br/>
        <w:t>І крок мій навколо лунав,&lt;br /&gt;</w:t>
        <w:br/>
        <w:t>А місяць на мене з-за хмари&lt;br /&gt;</w:t>
        <w:br/>
        <w:t>Поважно згори поглядав.</w:t>
      </w:r>
    </w:p>
    <w:p>
      <w:r>
        <w:br/>
        <w:t>Ставав я край дому твойого,&lt;br /&gt;</w:t>
        <w:br/>
        <w:t>Дививсь у віконце твоє.&lt;br /&gt;</w:t>
        <w:br/>
        <w:t>Так пильно дивився&lt;br /&gt;</w:t>
        <w:br/>
        <w:t>угору,&lt;br /&gt;</w:t>
        <w:br/>
        <w:t>І серденько рвалось моє.</w:t>
      </w:r>
    </w:p>
    <w:p>
      <w:r>
        <w:br/>
        <w:t>Я знаю, що ти виглядала&lt;br /&gt;</w:t>
        <w:br/>
        <w:t>Частенько на мене з вікна,&lt;br /&gt;</w:t>
        <w:br/>
        <w:t>А я, весь промінням облитий,&lt;br /&gt;</w:t>
        <w:br/>
        <w:t>Стояв, мов колона сумна.</w:t>
      </w:r>
    </w:p>
    <w:p>
      <w:r>
        <w:br/>
        <w:t>Перекладач: Леся Українка, 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з забутого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