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Бабусині казки</w:t>
      </w:r>
    </w:p>
    <w:p>
      <w:r>
        <w:br/>
        <w:t xml:space="preserve"> За голубими вітряками,&lt;br /&gt;</w:t>
        <w:br/>
        <w:t>де скачуть коники баскі,&lt;br /&gt;</w:t>
        <w:br/>
        <w:t>десь у траві,&lt;br /&gt;</w:t>
        <w:br/>
        <w:t>під лопухами,&lt;br /&gt;</w:t>
        <w:br/>
        <w:t>живуть бабусині казки.</w:t>
      </w:r>
    </w:p>
    <w:p>
      <w:r>
        <w:br/>
        <w:t>Вони стрічають ранки&lt;br /&gt;</w:t>
        <w:br/>
        <w:t>з птаством,&lt;br /&gt;</w:t>
        <w:br/>
        <w:t>дощем напоюють садки,&lt;br /&gt;</w:t>
        <w:br/>
        <w:t>а вечорами&lt;br /&gt;</w:t>
        <w:br/>
        <w:t>ходять пасти&lt;br /&gt;</w:t>
        <w:br/>
        <w:t>по небу синьому&lt;br /&gt;</w:t>
        <w:br/>
        <w:t>зірки.</w:t>
      </w:r>
    </w:p>
    <w:p>
      <w:r>
        <w:br/>
        <w:t>І гарно їм&lt;br /&gt;</w:t>
        <w:br/>
        <w:t>у світі жити&lt;br /&gt;</w:t>
        <w:br/>
        <w:t>у теплій тиші запашній,&lt;br /&gt;</w:t>
        <w:br/>
        <w:t>бо їхній дід —&lt;br /&gt;</w:t>
        <w:br/>
        <w:t>вусате жито —&lt;br /&gt;</w:t>
        <w:br/>
        <w:t>для них нашіптує пісні,&lt;br /&gt;</w:t>
        <w:br/>
        <w:t>а їхня мама —&lt;br /&gt;</w:t>
        <w:br/>
        <w:t>біла хмара —&lt;br /&gt;</w:t>
        <w:br/>
        <w:t>охороня від спеки їх,&lt;br /&gt;</w:t>
        <w:br/>
        <w:t>сестрички —&lt;br /&gt;</w:t>
        <w:br/>
        <w:t>квіти різнобарвні —&lt;br /&gt;</w:t>
        <w:br/>
        <w:t>дарують їм&lt;br /&gt;</w:t>
        <w:br/>
        <w:t>веселий сміх.</w:t>
      </w:r>
    </w:p>
    <w:p>
      <w:r>
        <w:br/>
        <w:t>А ніч коли злітає&lt;br /&gt;</w:t>
        <w:br/>
        <w:t>з неба&lt;br /&gt;</w:t>
        <w:br/>
        <w:t>і заглядає до вікна —&lt;br /&gt;</w:t>
        <w:br/>
        <w:t>тоді казки&lt;br /&gt;</w:t>
        <w:br/>
        <w:t>спішать до тебе&lt;br /&gt;</w:t>
        <w:br/>
        <w:t>і світяться до ранку&lt;br /&gt;</w:t>
        <w:br/>
        <w:t>в снах...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Бабусині казки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