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Бабусенька</w:t>
      </w:r>
    </w:p>
    <w:p>
      <w:r>
        <w:br/>
        <w:t xml:space="preserve"> Старую бабусеньку згадаю!&lt;br /&gt;</w:t>
        <w:br/>
        <w:t>Вона мене кохала: піснями пеленала,&lt;br /&gt;</w:t>
        <w:br/>
        <w:t>Рідним словом кормила, рідній мові учила;&lt;br /&gt;</w:t>
        <w:br/>
        <w:t>Старую бабусеньку згадаю!&lt;br /&gt;</w:t>
        <w:br/>
        <w:t>Згадаю старую сиротину, бо вже її родину&lt;br /&gt;</w:t>
        <w:br/>
        <w:t>Давно взяла могила, і землею здавила,&lt;br /&gt;</w:t>
        <w:br/>
        <w:t>Й кропивою прикрила, дощем-снігом змочила.&lt;br /&gt;</w:t>
        <w:br/>
        <w:t>Бабусенька була сиротина, бо вже її дитина,&lt;br /&gt;</w:t>
        <w:br/>
        <w:t>Що цареві служила, головоньку зложила,&lt;br /&gt;</w:t>
        <w:br/>
        <w:t>В степу-полі заснула, грому й вітру не чула...&lt;br /&gt;</w:t>
        <w:br/>
        <w:t>Про козака вона співала:&lt;br /&gt;</w:t>
        <w:br/>
        <w:t>Як його мати проганяла, дібровонька гомоніла;&lt;br /&gt;</w:t>
        <w:br/>
        <w:t>Як його вона викликала, з степу чутка летіла,&lt;br /&gt;</w:t>
        <w:br/>
        <w:t>Що він з вітром там грає, його дощик вмиває,&lt;br /&gt;</w:t>
        <w:br/>
        <w:t>Розчісує його густий терен!&lt;br /&gt;</w:t>
        <w:br/>
        <w:t>І про того козака співала,&lt;br /&gt;</w:t>
        <w:br/>
        <w:t>Про якого могила з вітром говорила:&lt;br /&gt;</w:t>
        <w:br/>
        <w:t>Зозуленька над ним плаче, його коник в степу скаче,&lt;br /&gt;</w:t>
        <w:br/>
        <w:t>Над ним чорний ворон кряче;&lt;br /&gt;</w:t>
        <w:br/>
        <w:t>Кряче, налітає, очі висмикає, кров'ю запиває...&lt;br /&gt;</w:t>
        <w:br/>
        <w:t>І про його бабусенька співала!&lt;br /&gt;</w:t>
        <w:br/>
        <w:t>Та ще бабусенька згадала:&lt;br /&gt;</w:t>
        <w:br/>
        <w:t>Як зозуля кувала, лихо віщувала;&lt;br /&gt;</w:t>
        <w:br/>
        <w:t>Як чорная година списи, шаблі трощила&lt;br /&gt;</w:t>
        <w:br/>
        <w:t>І довгую чуприну в крові помочила&lt;br /&gt;</w:t>
        <w:br/>
        <w:t>Та й глибокую могилу зарила.&lt;br /&gt;</w:t>
        <w:br/>
        <w:t>Бабусенька мені співала,&lt;br /&gt;</w:t>
        <w:br/>
        <w:t>Мов осінь листя зривала і в осоці шелестіла:&lt;br /&gt;</w:t>
        <w:br/>
        <w:t>Вже спав голос, бабусенька хрипіла;&lt;br /&gt;</w:t>
        <w:br/>
        <w:t>Вона ж таки співала, вона ж таки співала!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