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 хід</w:t>
      </w:r>
    </w:p>
    <w:p>
      <w:r>
        <w:br/>
        <w:t xml:space="preserve"> &lt;p&gt;Вперлася ногами в землю, а обома руками держиться телеграфічного стовпа та й головою додолу бовтає.</w:t>
      </w:r>
    </w:p>
    <w:p>
      <w:r>
        <w:br/>
        <w:t>Така, гей хрущик, маленька, як грудочка глини під тичкою, як маціцька каблучка межи стовпом і землею. Вітер завіяв би її полегоньки і, як стеблом, перекидав би по дорозі, якби його гори не спирали.</w:t>
      </w:r>
    </w:p>
    <w:p>
      <w:r>
        <w:br/>
        <w:t>Баба відкашлюється.</w:t>
      </w:r>
    </w:p>
    <w:p>
      <w:r>
        <w:br/>
        <w:t>Гейби довгу гадюку з грудей виперти мала, гейби буря з неї на світ виривалася – дух запирала.</w:t>
      </w:r>
    </w:p>
    <w:p>
      <w:r>
        <w:br/>
        <w:t>Стовп гуде жалібно, якби жалував бабу, якби приговорював до неї, аби не подавалася.</w:t>
      </w:r>
    </w:p>
    <w:p>
      <w:r>
        <w:br/>
        <w:t>Дрібні крапельки осіннього дощу граються на бабиних плечах, начеб хотіли її з-під стовпа у пропасть змити.</w:t>
      </w:r>
    </w:p>
    <w:p>
      <w:r>
        <w:br/>
        <w:t>Але вона не дається.</w:t>
      </w:r>
    </w:p>
    <w:p>
      <w:r>
        <w:br/>
        <w:t>Йдуть дорогою бадіки з міста та й минають її, бо то "стороницькі" люди.</w:t>
      </w:r>
    </w:p>
    <w:p>
      <w:r>
        <w:br/>
        <w:t>— Ця, брачіки, вже до магазину, — кажуть вони до себе і махають головами над бабиною старістю.</w:t>
      </w:r>
    </w:p>
    <w:p>
      <w:r>
        <w:br/>
        <w:t>Та вона їх не бачить, бесіди їх не чує. Кришку синього лиця до стовпа, як до подушки, притулює, віддихується.</w:t>
      </w:r>
    </w:p>
    <w:p>
      <w:r>
        <w:br/>
        <w:t>— Аби цесі стовпи світилися, — стогне й обіймає чіпкіше стовп, як мала дитина дьидеву шию. — То-сми слаба, а то-сми ув'єла.</w:t>
      </w:r>
    </w:p>
    <w:p>
      <w:r>
        <w:br/>
        <w:t>Якби не боялася ночі, то не уступилася б з місця, бо не бірує.</w:t>
      </w:r>
    </w:p>
    <w:p>
      <w:r>
        <w:br/>
        <w:t>Най її ще раз так спір візьме, най упаде на дорозі, то не збірує встати. Але най ніч за очі вхопить, най фіра над'їде, най собака навернеться, той повіку з баби не буде.</w:t>
      </w:r>
    </w:p>
    <w:p>
      <w:r>
        <w:br/>
        <w:t>Так вона надумується, чи має йти дальше, чи ще припочивати. Та руки від студеного дощу деревіють, ноги затерпають.</w:t>
      </w:r>
    </w:p>
    <w:p>
      <w:r>
        <w:br/>
        <w:t>— Прийдеси на дорозі вмерти , — тремтить вона, як трепетів жовтий листочок.</w:t>
      </w:r>
    </w:p>
    <w:p>
      <w:r>
        <w:br/>
        <w:t>Надходять знайомі бадіки та пізнають бабу.</w:t>
      </w:r>
    </w:p>
    <w:p>
      <w:r>
        <w:br/>
        <w:t>— Йди-ко, бабко, з нами, не чіпи під слупом.</w:t>
      </w:r>
    </w:p>
    <w:p>
      <w:r>
        <w:br/>
        <w:t>— Ой, де ж я, газдики, з вами піду, коли-сми не годна!</w:t>
      </w:r>
    </w:p>
    <w:p>
      <w:r>
        <w:br/>
        <w:t>— Таже видко си, що не годна, але ходи, бо ніч ті зайде та й шо меш робити?</w:t>
      </w:r>
    </w:p>
    <w:p>
      <w:r>
        <w:br/>
        <w:t>Баба береться йти з бадіками. Здається, що всі кісточки з неї розсипаються, як ногами ступає.</w:t>
      </w:r>
    </w:p>
    <w:p>
      <w:r>
        <w:br/>
        <w:t>— Дай вам боже здоровлєчко, що не лишьиєте мні серед дороги, шо-сте такі добрі!</w:t>
      </w:r>
    </w:p>
    <w:p>
      <w:r>
        <w:br/>
        <w:t>— Та де би ми тебе, бабко, лишили, таже ти, віді йкас газдиня була!</w:t>
      </w:r>
    </w:p>
    <w:p>
      <w:r>
        <w:br/>
        <w:t>— Шо з того, бадійки, шо була, коли мні тепер мій син збиткує, за пометіннє має?</w:t>
      </w:r>
    </w:p>
    <w:p>
      <w:r>
        <w:br/>
        <w:t>— Най такого сина грім заб’є, шо неню не шінує.</w:t>
      </w:r>
    </w:p>
    <w:p>
      <w:r>
        <w:br/>
        <w:t>— Аді йкос ані грім не вбиває, ані нічо 'го не береси, а бог з гори дивити. А я до натаря ходила, ци би не скасував тот тестамент по покійничкові.</w:t>
      </w:r>
    </w:p>
    <w:p>
      <w:r>
        <w:br/>
        <w:t>— А де ж тобі, бабо, тільки світ самій ходити, де ж тобі своєв головов на старість бити? — Не годна-сми, любєтка, бігме-сми, не годна.</w:t>
      </w:r>
    </w:p>
    <w:p>
      <w:r>
        <w:br/>
        <w:t>Руки на груди склала і присягалася, що не годна.</w:t>
      </w:r>
    </w:p>
    <w:p>
      <w:r>
        <w:br/>
        <w:t>Бадіки забували крок за бабою держати і вихоплювалися наперед, живо розмовляючи.</w:t>
      </w:r>
    </w:p>
    <w:p>
      <w:r>
        <w:br/>
        <w:t>— Ви, газдики, через мене не блавучьте, лиш таки йдіть борше, бо на вас домівка жде, —гречно пригадує баба.</w:t>
      </w:r>
    </w:p>
    <w:p>
      <w:r>
        <w:br/>
        <w:t>Бадіки перечать тому, але таки забувають за бабу і лишають її позаду.</w:t>
      </w:r>
    </w:p>
    <w:p>
      <w:r>
        <w:br/>
        <w:t>— Я з вами гне збірую, газдики, ой не збірую.</w:t>
      </w:r>
    </w:p>
    <w:p>
      <w:r>
        <w:br/>
        <w:t>Та газди не не чують її жалів, бо відійшли геть наперед і крикливо виговорюють на захланного її сина та й клятьбами бесіду переплітають.</w:t>
      </w:r>
    </w:p>
    <w:p>
      <w:r>
        <w:br/>
        <w:t>А баба перебігає їх очима та й шукає другого стовпа, аби при ньому другим наторопом відкашлятися.</w:t>
      </w:r>
    </w:p>
    <w:p>
      <w:r>
        <w:br/>
        <w:t>— Гондечки стоїть такий моцний, такий високий.</w:t>
      </w:r>
    </w:p>
    <w:p>
      <w:r>
        <w:br/>
        <w:t>— Але далеченько відсунувся, ой далеченько.</w:t>
      </w:r>
    </w:p>
    <w:p>
      <w:r>
        <w:br/>
        <w:t>— Віді, не зайду 'д нему, віді, не збірую.</w:t>
      </w:r>
    </w:p>
    <w:p>
      <w:r>
        <w:br/>
        <w:t>Гори, гейби горбаті старці, сидять рядом над глибокою долиною і потоками спльовують осінню, тяжку вогкість та й лякають бабу.</w:t>
      </w:r>
    </w:p>
    <w:p>
      <w:r>
        <w:br/>
        <w:t>Потоки біжуть нестримно, стрімголов додолу, вижолоблюють гірські кременисті груди та й підстругують дорогу, що на худих гірських ребрах звисає враз за бабою, отік парубоцький пояс на старечім череві.</w:t>
      </w:r>
    </w:p>
    <w:p>
      <w:r>
        <w:br/>
        <w:t>Ледь-ледь вітер повіє, ледь-ледь вода камінці постручує, то й слід загине по бабі та по бабинім ході.</w:t>
      </w:r>
    </w:p>
    <w:p>
      <w:r>
        <w:br/>
        <w:t>Приміточки (словничок) до новелі:</w:t>
      </w:r>
    </w:p>
    <w:p>
      <w:r>
        <w:br/>
        <w:t>Гейби – ніби</w:t>
      </w:r>
    </w:p>
    <w:p>
      <w:r>
        <w:br/>
        <w:t>Стороніцький – сторонній, чужий</w:t>
      </w:r>
    </w:p>
    <w:p>
      <w:r>
        <w:br/>
        <w:t>До магазину – до гробу (в цьому сенсі)</w:t>
      </w:r>
    </w:p>
    <w:p>
      <w:r>
        <w:br/>
        <w:t>Кришку – трішки, частину (в цьому сенсі)</w:t>
      </w:r>
    </w:p>
    <w:p>
      <w:r>
        <w:br/>
        <w:t>Ув'єла – зів'яла, постаріла</w:t>
      </w:r>
    </w:p>
    <w:p>
      <w:r>
        <w:br/>
        <w:t>Бірує – мати силу</w:t>
      </w:r>
    </w:p>
    <w:p>
      <w:r>
        <w:br/>
        <w:t>Спір – астма (хвороба – в цьому сенсі)</w:t>
      </w:r>
    </w:p>
    <w:p>
      <w:r>
        <w:br/>
        <w:t>Пощіку – нічого (в цьому сенсі)</w:t>
      </w:r>
    </w:p>
    <w:p>
      <w:r>
        <w:br/>
        <w:t>Студений – холодний</w:t>
      </w:r>
    </w:p>
    <w:p>
      <w:r>
        <w:br/>
        <w:t>Трепетовий – осиковий</w:t>
      </w:r>
    </w:p>
    <w:p>
      <w:r>
        <w:br/>
        <w:t>Бадіки – чоловіки, перехожі</w:t>
      </w:r>
    </w:p>
    <w:p>
      <w:r>
        <w:br/>
        <w:t>Чіпіти – стояти непорушно</w:t>
      </w:r>
    </w:p>
    <w:p>
      <w:r>
        <w:br/>
        <w:t>Слуп – стовп</w:t>
      </w:r>
    </w:p>
    <w:p>
      <w:r>
        <w:br/>
        <w:t>Пометіннє – ніщо, сміття</w:t>
      </w:r>
    </w:p>
    <w:p>
      <w:r>
        <w:br/>
        <w:t>Тастамент – документ на спадщину</w:t>
      </w:r>
    </w:p>
    <w:p>
      <w:r>
        <w:br/>
        <w:t>Віді – видко (в цьому сенсі)</w:t>
      </w:r>
    </w:p>
    <w:p>
      <w:r>
        <w:br/>
        <w:t>Йкас – якась</w:t>
      </w:r>
    </w:p>
    <w:p>
      <w:r>
        <w:br/>
        <w:t>Блавучьити – втрачати час</w:t>
      </w:r>
    </w:p>
    <w:p>
      <w:r>
        <w:br/>
        <w:t>Гречно – ввічливо</w:t>
      </w:r>
    </w:p>
    <w:p>
      <w:r>
        <w:br/>
        <w:t>Отік – наче, немов</w:t>
      </w:r>
    </w:p>
    <w:p>
      <w:r>
        <w:br/>
        <w:t>Натарь — нотаріус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 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