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Автопортрет з елементами розпачу</w:t>
      </w:r>
    </w:p>
    <w:p>
      <w:r>
        <w:br/>
        <w:t xml:space="preserve"> 1.</w:t>
      </w:r>
    </w:p>
    <w:p>
      <w:r>
        <w:br/>
        <w:t>будувати себе одиноким кретином&lt;br /&gt;</w:t>
        <w:br/>
        <w:t>на підмурках всеядности</w:t>
      </w:r>
    </w:p>
    <w:p>
      <w:r>
        <w:br/>
        <w:t>гріх самоти</w:t>
      </w:r>
    </w:p>
    <w:p>
      <w:r>
        <w:br/>
        <w:t>не возводить а спалює те що нести&lt;br /&gt;</w:t>
        <w:br/>
        <w:t>не зміє народжена з ласки дитина</w:t>
      </w:r>
    </w:p>
    <w:p>
      <w:r>
        <w:br/>
        <w:t>я повинен забути сльозу осетина&lt;br /&gt;</w:t>
        <w:br/>
        <w:t>що тікає за вітром з воланням пусти&lt;br /&gt;</w:t>
        <w:br/>
        <w:t>меж волокнами зради в щілині фестин&lt;br /&gt;</w:t>
        <w:br/>
        <w:t>помирає остання моя палестина</w:t>
      </w:r>
    </w:p>
    <w:p>
      <w:r>
        <w:br/>
        <w:t>лицар чести закутий во трунву нудьги&lt;br /&gt;</w:t>
        <w:br/>
        <w:t>уклякаю на світло а ви галикайте&lt;br /&gt;</w:t>
        <w:br/>
        <w:t>у соборах своїх безімнних могил</w:t>
      </w:r>
    </w:p>
    <w:p>
      <w:r>
        <w:br/>
        <w:t>але карти на стіл бо сподобали карти&lt;br /&gt;</w:t>
        <w:br/>
        <w:t>білу мерію криці ілюзію спарти&lt;br /&gt;</w:t>
        <w:br/>
        <w:t>і ніяким ослом не потоптаний пил</w:t>
      </w:r>
    </w:p>
    <w:p>
      <w:r>
        <w:br/>
        <w:t>2.</w:t>
      </w:r>
    </w:p>
    <w:p>
      <w:r>
        <w:br/>
        <w:t>синці під вікнами</w:t>
      </w:r>
    </w:p>
    <w:p>
      <w:r>
        <w:br/>
        <w:t>синці</w:t>
      </w:r>
    </w:p>
    <w:p>
      <w:r>
        <w:br/>
        <w:t>меж олов'яними синами&lt;br /&gt;</w:t>
        <w:br/>
        <w:t>кролі залишилися з нами&lt;br /&gt;</w:t>
        <w:br/>
        <w:t>як янголи на патиці</w:t>
      </w:r>
    </w:p>
    <w:p>
      <w:r>
        <w:br/>
        <w:t>то вилиці</w:t>
      </w:r>
    </w:p>
    <w:p>
      <w:r>
        <w:br/>
        <w:t>а гаманці</w:t>
      </w:r>
    </w:p>
    <w:p>
      <w:r>
        <w:br/>
        <w:t>набиті чесними дарами&lt;br /&gt;</w:t>
        <w:br/>
        <w:t>і в підмурівках сеї драми&lt;br /&gt;</w:t>
        <w:br/>
        <w:t>прогризли істину корці</w:t>
      </w:r>
    </w:p>
    <w:p>
      <w:r>
        <w:br/>
        <w:t>надходить гаспидна пора&lt;br /&gt;</w:t>
        <w:br/>
        <w:t>червоні цяточки латини&lt;br /&gt;</w:t>
        <w:br/>
        <w:t>лягли на горду пектораль</w:t>
      </w:r>
    </w:p>
    <w:p>
      <w:r>
        <w:br/>
        <w:t>я нагодую півдитини&lt;br /&gt;</w:t>
        <w:br/>
        <w:t>а пруст запросить на хрестини&lt;br /&gt;</w:t>
        <w:br/>
        <w:t>або до ющенка на баль</w:t>
      </w:r>
    </w:p>
    <w:p>
      <w:r>
        <w:br/>
        <w:t>3.</w:t>
      </w:r>
    </w:p>
    <w:p>
      <w:r>
        <w:br/>
        <w:t>пробачте я не помирав&lt;br /&gt;</w:t>
        <w:br/>
        <w:t>я просто ниів у закутку&lt;br /&gt;</w:t>
        <w:br/>
        <w:t>я просто знав що ліліпутку&lt;br /&gt;</w:t>
        <w:br/>
        <w:t>перелопатив бакалавр</w:t>
      </w:r>
    </w:p>
    <w:p>
      <w:r>
        <w:br/>
        <w:t>я просто буде мало знав&lt;br /&gt;</w:t>
        <w:br/>
        <w:t>про цю петицію фортуни&lt;br /&gt;</w:t>
        <w:br/>
        <w:t>в рядках тринадцятої руни&lt;br /&gt;</w:t>
        <w:br/>
        <w:t>закодувався мій конклав</w:t>
      </w:r>
    </w:p>
    <w:p>
      <w:r>
        <w:br/>
        <w:t>тож йосипе перехрести&lt;br /&gt;</w:t>
        <w:br/>
        <w:t>і плюнь во скопище занудне&lt;br /&gt;</w:t>
        <w:br/>
        <w:t>і видихни цей нашатир</w:t>
      </w:r>
    </w:p>
    <w:p>
      <w:r>
        <w:br/>
        <w:t>бо з брустурів чужої рудні&lt;br /&gt;</w:t>
        <w:br/>
        <w:t>агамемнони ополудні&lt;br /&gt;</w:t>
        <w:br/>
        <w:t>не трахнуться…</w:t>
      </w:r>
    </w:p>
    <w:p>
      <w:r>
        <w:br/>
        <w:t>4.</w:t>
      </w:r>
    </w:p>
    <w:p>
      <w:r>
        <w:br/>
        <w:t>і безпристрастіє твоє&lt;br /&gt;</w:t>
        <w:br/>
        <w:t>тобі воздасться як нікому&lt;br /&gt;</w:t>
        <w:br/>
        <w:t>у камізелику вузькому&lt;br /&gt;</w:t>
        <w:br/>
        <w:t>надходить істинний клієнт</w:t>
      </w:r>
    </w:p>
    <w:p>
      <w:r>
        <w:br/>
        <w:t>який чудовий шансоньє&lt;br /&gt;</w:t>
        <w:br/>
        <w:t>налив причастіє зо споду&lt;br /&gt;</w:t>
        <w:br/>
        <w:t>ясновельможний шубер глоду&lt;br /&gt;</w:t>
        <w:br/>
        <w:t>глисті пошану воздає</w:t>
      </w:r>
    </w:p>
    <w:p>
      <w:r>
        <w:br/>
        <w:t>я повертаюсь але вже&lt;br /&gt;</w:t>
        <w:br/>
        <w:t>киртина яблуко порила&lt;br /&gt;</w:t>
        <w:br/>
        <w:t>і прикидається вужем</w:t>
      </w:r>
    </w:p>
    <w:p>
      <w:r>
        <w:br/>
        <w:t>у пазуху сховавши крила&lt;br /&gt;</w:t>
        <w:br/>
        <w:t>ласує опівнічний джем&lt;br /&gt;</w:t>
        <w:br/>
        <w:t>і усміхається</w:t>
      </w:r>
    </w:p>
    <w:p>
      <w:r>
        <w:br/>
        <w:t>горила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Автопортрет з елементами розпачу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