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Аварія</w:t>
      </w:r>
    </w:p>
    <w:p>
      <w:r>
        <w:br/>
        <w:t xml:space="preserve"> &lt;p&gt;І</w:t>
      </w:r>
    </w:p>
    <w:p>
      <w:r>
        <w:br/>
        <w:t>Мама забрала Терезу з клініки одразу після операції.</w:t>
      </w:r>
    </w:p>
    <w:p>
      <w:r>
        <w:br/>
        <w:t>— Далі тебе лікуватиме Геннадій Петрович...</w:t>
      </w:r>
    </w:p>
    <w:p>
      <w:r>
        <w:br/>
        <w:t>Коли б дівчина не була така приголомшена своєю катастрофою, то, звичайно, спитала б, яке відношення має цей нейробіонік до медицини, а то тільки зітхнула. Нехай і Геннадій Гіетрович — яка різниця? Без руки вона все одно каліка... Правда, кажуть, що його лабораторія робить якісь протези, але хіба... А втім, хороший протез...</w:t>
      </w:r>
    </w:p>
    <w:p>
      <w:r>
        <w:br/>
        <w:t>Тереза все ще була в стані прострації. Те, що сталося з нею, сприймала, як нереальне. Наче примарні сірі силуети — кадри старого фільму. І вона, ніби стороння, дивиться на ті кадри й бачить себе. Звідки взявся той грузовик? Цього не пам’ятає, та й навіщо воно? Взявся та й усе, наче з неба впав. Таксистові рулем розтрощило груди, а вона стукнулась об асфальт головою...</w:t>
      </w:r>
    </w:p>
    <w:p>
      <w:r>
        <w:br/>
        <w:t>— Це ще добре, що так обійшлося, — каже мама, притуляючи хустку до очей. — Могло ж і не руку переїхати...</w:t>
      </w:r>
    </w:p>
    <w:p>
      <w:r>
        <w:br/>
        <w:t>"Може б, то було краще, — думає Тереза. — А то лишилася тепер з обрубком..."</w:t>
      </w:r>
    </w:p>
    <w:p>
      <w:r>
        <w:br/>
        <w:t>Машина рухається обережно, без ривків. Терезу похитує, заколисує. Обіперлась потилицею об сидіння. Оце б заснути... А може, все це їй сниться? І аварія, й операція, і її безпорадність? Але ж пече руку, і бинт аж по лікоть... Синяки в мами під очима... Хоча б уже швидше доїхати. Хіба не додому? Ах, так, до інституту Геннадія Петровича. Нехай, Діма знайде її й там, кіношники всюдисущі...</w:t>
      </w:r>
    </w:p>
    <w:p>
      <w:r>
        <w:br/>
        <w:t>— Тобі погано, Терезо?</w:t>
      </w:r>
    </w:p>
    <w:p>
      <w:r>
        <w:br/>
        <w:t>— Ні, мамо, нічого. Діма дзвонив?</w:t>
      </w:r>
    </w:p>
    <w:p>
      <w:r>
        <w:br/>
        <w:t>— Так. Він аж скрикнув, коли почув, що з тобою...</w:t>
      </w:r>
    </w:p>
    <w:p>
      <w:r>
        <w:br/>
        <w:t>— Ти хоч заспокоїла?</w:t>
      </w:r>
    </w:p>
    <w:p>
      <w:r>
        <w:br/>
        <w:t>— Звичайно.</w:t>
      </w:r>
    </w:p>
    <w:p>
      <w:r>
        <w:br/>
        <w:t>Терезі стало шкода Діми. Все це — наче грім з ясного неба, тяжкий удар для коханого. Уявила, як пересмикнулось його обличчя, наповнились болем очі. Бідний Дімочка... Ну, що ж, цієї зими на лижах побігати не доведеться... І піаністки з неї вже не буде... А він же їй не раз гаряче шепотів: "Музика й ти — ось довершена красаі О, яка це краса... її влада безмежна, принаймні наді мною". Цілував їй долоні, всі десять пальців. А тепер... Нічого, Дімо, не будемо впадати в розпач...</w:t>
      </w:r>
    </w:p>
    <w:p>
      <w:r>
        <w:br/>
        <w:t>Подумки втішала його, забувши про власний біль. Що ж подієш, коли шлях тобі перепиняє сліпий випадок?</w:t>
      </w:r>
    </w:p>
    <w:p>
      <w:r>
        <w:br/>
        <w:t>— Не журися, доню, Геннадій Петрович сказав, що все буде добре.</w:t>
      </w:r>
    </w:p>
    <w:p>
      <w:r>
        <w:br/>
        <w:t>Мама намагається говорити спокійно, та Тереза відчуває, що це дається їй нелегко. Хотіла щось відповісти, але тільки зітхнула.</w:t>
      </w:r>
    </w:p>
    <w:p>
      <w:r>
        <w:br/>
        <w:t>Далі їхали мовчки. Мама крадькома поглядала на змарніле доччине обличчя і стискувала губи, щоб не вимовляти даремних слів.</w:t>
      </w:r>
    </w:p>
    <w:p>
      <w:r>
        <w:br/>
        <w:t>Лабораторія Геннадія Петровича містилася в модерному корпусі, що виблискував склом на схилі зеленого пагорба. Кілька старих міднокорих сосен простягло гілля над пласким дахом. Коли машина в’їхала в двір, почувся собачий лемент, певно, з невеликого цегляного сарайчика. Приїжджих зустрів моложавий, трохи сутулуватий чоловік у сірому костюмі. Поки він дріботів сходами вниз, мама шепнула:</w:t>
      </w:r>
    </w:p>
    <w:p>
      <w:r>
        <w:br/>
        <w:t>— Оце ж Геннадій Петрович...</w:t>
      </w:r>
    </w:p>
    <w:p>
      <w:r>
        <w:br/>
        <w:t>ІІ</w:t>
      </w:r>
    </w:p>
    <w:p>
      <w:r>
        <w:br/>
        <w:t>Чи Тереза вмощується спати, чи встає, — завжди бачить перед вікном золотаву колону сосни. Уранці й увечері стовбур її набирає червонястих відтінків, наче жевріє, удень — це щире золото, а в місячні ночі — почорнене срібло. Буває, Тереза годинами дивиться на сосну, хоч у палаті в неї стоїть кольоровий телевізор. Дивлячись на дерево, можна думати й думати про своє, а часу в неї хоч відбавляй. То в перші дні її таки добре помучили всякими аналізами. Особливо старались цитологи й магнітологи, визначаючи, як вони казали, "параметри складного світу, яким є людський організм". Потім Геннадій Петрович з асистентами зняв лігатури, обробив рану якимось липким розчином, натикав тонюсіньких срібних волосків і прибинтував масивний браслет. Різнобарвні провідники від того браслета тягнуться до нікельованої етажерки, на якій змонтовано чутливу нейроелектронну систему. Спочатку Терезі трохи пекло, а коли апаратуру настроїли, відчула наче ніжні доторки, лоскіт. Невдовзі звикла, перестала навіть помічати бджолине гудіння трансформатора.</w:t>
      </w:r>
    </w:p>
    <w:p>
      <w:r>
        <w:br/>
        <w:t>— Ну, от побачимо... — сказав тоді Геннадій Петрович, поглядаючи на стрічку, що виповзала із самописця. — Біопотенціали зростають... Нервові волокна реагують на посилення магнітного поля,.. Так... Так...</w:t>
      </w:r>
    </w:p>
    <w:p>
      <w:r>
        <w:br/>
        <w:t>— А чого ви хвилюєтесь? — спитала Тереза. — Це небезпечно?</w:t>
      </w:r>
    </w:p>
    <w:p>
      <w:r>
        <w:br/>
        <w:t>Професор вибачливо усміхнувся:</w:t>
      </w:r>
    </w:p>
    <w:p>
      <w:r>
        <w:br/>
        <w:t>— Ні, абсолютно ніякої небезпеки. Але...</w:t>
      </w:r>
    </w:p>
    <w:p>
      <w:r>
        <w:br/>
        <w:t>— Що "але"?</w:t>
      </w:r>
    </w:p>
    <w:p>
      <w:r>
        <w:br/>
        <w:t>— Ви — перша, розумієте? Перша!</w:t>
      </w:r>
    </w:p>
    <w:p>
      <w:r>
        <w:br/>
        <w:t>— Не розумію.</w:t>
      </w:r>
    </w:p>
    <w:p>
      <w:r>
        <w:br/>
        <w:t>— Досі ми експериментували з морськими свинками, а тепер...</w:t>
      </w:r>
    </w:p>
    <w:p>
      <w:r>
        <w:br/>
        <w:t>— Ага, второпала, я замінюю... морську свинку. Професор хмикнув, поглядаючи на екран осцилографа.</w:t>
      </w:r>
    </w:p>
    <w:p>
      <w:r>
        <w:br/>
        <w:t>Потім, ледь усміхаючись, сказав:</w:t>
      </w:r>
    </w:p>
    <w:p>
      <w:r>
        <w:br/>
        <w:t>— Вважайте, як хочете, люба, головне — ви перша, Я сподіваюсь: ми проженемо ваше страждання, хоча й не з такою швидкістю, з якою воно налетіло. Так що наберіться терпіння.</w:t>
      </w:r>
    </w:p>
    <w:p>
      <w:r>
        <w:br/>
        <w:t>Ну що ж, вона терпітиме. Та, власне, іншої альтернативи й немає. А руйнується завжди швидше, ніж будується, тим паче — жива тканина.</w:t>
      </w:r>
    </w:p>
    <w:p>
      <w:r>
        <w:br/>
        <w:t>Тереза, напівлежачи в ліжку, дивиться на позолочений сонцем стовбур сосни і намагається втихомирити, підпорядкувати своїй волі власні думки. Зрештою невже це так важко— керувати собою? Треба чесно визнати: важко. Про що б не починала думати — чи то музика, чи архітектура, чи нервова система, чи навіть сам процес мислення, — а перед внутрішнім зором спливає його образ. Діма... Діма... І враз Тереза відчула страх. Ну, ясно ж — вона боїться його втратити. А які, власне, підстави? Чим це викликано? Наче ніяких видимих причин, проте вона це знає. Те знання виринає з глибини єства, хоч вона й намагається не помічати, ігнорувати його.</w:t>
      </w:r>
    </w:p>
    <w:p>
      <w:r>
        <w:br/>
        <w:t>Діма відвідав її тут... один раз. Жартував, обнімав за плечі, втішав. Усе наче так, як завжди, —усмішка, приязна іронія. Але водночас і щось не так.</w:t>
      </w:r>
    </w:p>
    <w:p>
      <w:r>
        <w:br/>
        <w:t>Тереза насуплюється, перебирає в пам’яті жести, слова, інтонації. Нічого конкретного виділити не вдається, так, загальне враження. Хоча... щось у погляді. Справді. Очі, ну, звичайно ж, очі. Вони були якісь не такі, щось у них зникло, погасло. Може, якогось одного промінчика бракувало, а її чутлива душа вловила, зафіксувала.</w:t>
      </w:r>
    </w:p>
    <w:p>
      <w:r>
        <w:br/>
        <w:t>Ну, припустимо, що він був трішечки не такий, то й що з цього? Хіба він не переживає її катастрофи? Отже, все гаразд, все нормально. І навпаки — було б дивно, якби він поводився так, ніби нічого й не сталося. Але ж він саме так і намагався поводитись — ось у чому фальш! А може, просто не знає, як тут зарадити? Е, не треба хитрувати з собою... Золота колона сосни тьмяніє — значить, сонце опустилося за обрій. Тереза часто милувалася заходом сонця разом з Дімою... А коли вони ще побачать це красиве видовище? Зайшов Геннадій Петрович. Він завжди заходить попрощатись перед від’їздом додому.</w:t>
      </w:r>
    </w:p>
    <w:p>
      <w:r>
        <w:br/>
        <w:t>— Ну, як настрій? Про що це ви так замислились?</w:t>
      </w:r>
    </w:p>
    <w:p>
      <w:r>
        <w:br/>
        <w:t>Тереза відірвала погляд від сосни.</w:t>
      </w:r>
    </w:p>
    <w:p>
      <w:r>
        <w:br/>
        <w:t>— Думаю про красу. Он сосна...</w:t>
      </w:r>
    </w:p>
    <w:p>
      <w:r>
        <w:br/>
        <w:t>Молодий учений з подивом зиркнув у вікно.</w:t>
      </w:r>
    </w:p>
    <w:p>
      <w:r>
        <w:br/>
        <w:t>— Гм... А я й не помічав. Хоч і мені корисно переключати увагу.</w:t>
      </w:r>
    </w:p>
    <w:p>
      <w:r>
        <w:br/>
        <w:t>Кілька секунд він дивився на сосну, потім швидко підійшов до апаратури, забубонів:</w:t>
      </w:r>
    </w:p>
    <w:p>
      <w:r>
        <w:br/>
        <w:t>— Так, так... Усе йде нормально.</w:t>
      </w:r>
    </w:p>
    <w:p>
      <w:r>
        <w:br/>
        <w:t>Обернувшись до дівчини, вловив її байдужий погляд, збентежився:</w:t>
      </w:r>
    </w:p>
    <w:p>
      <w:r>
        <w:br/>
        <w:t>— Що з вами, Терезо?</w:t>
      </w:r>
    </w:p>
    <w:p>
      <w:r>
        <w:br/>
        <w:t>— Нічого. — Квола посмішка ворухнула їй губи. — Ви ж самі кажете, все нормально.</w:t>
      </w:r>
    </w:p>
    <w:p>
      <w:r>
        <w:br/>
        <w:t>— Е... так не можна. — Геннадій Петрович зняв халат, кинув його на спинку стільця й сів. — Бачу, нам треба поговорити.</w:t>
      </w:r>
    </w:p>
    <w:p>
      <w:r>
        <w:br/>
        <w:t>Тереза поправила ковдру на ногах, знову невесело посміхнулась:</w:t>
      </w:r>
    </w:p>
    <w:p>
      <w:r>
        <w:br/>
        <w:t>— Психотерапія?</w:t>
      </w:r>
    </w:p>
    <w:p>
      <w:r>
        <w:br/>
        <w:t>— Так. Зрозумійте, що життєдіяльність організму — це не тільки біохімічні реакції, а й настрій, так, так, настрій.</w:t>
      </w:r>
    </w:p>
    <w:p>
      <w:r>
        <w:br/>
        <w:t>"Життєдіяльність організму... — подумки повторила дівчина. — Чи він коли-небудь закохувався?"</w:t>
      </w:r>
    </w:p>
    <w:p>
      <w:r>
        <w:br/>
        <w:t>А Геннадій Петрович, дивлячись їй в обличчя, продовжував:</w:t>
      </w:r>
    </w:p>
    <w:p>
      <w:r>
        <w:br/>
        <w:t>— Дуже добре сказав колись Спіноза: "Якщо ви хочете, щоб життя усміхалось вам, подаруйте йому спочатку свій хороший настрій".</w:t>
      </w:r>
    </w:p>
    <w:p>
      <w:r>
        <w:br/>
        <w:t>— Треба його мати...</w:t>
      </w:r>
    </w:p>
    <w:p>
      <w:r>
        <w:br/>
        <w:t>— Авжеж, треба. Що, гадаєте, отой високий з вусиками покинув?</w:t>
      </w:r>
    </w:p>
    <w:p>
      <w:r>
        <w:br/>
        <w:t>— Мабуть, що так, — спаленіла Тереза. — Нащо йому каліка?</w:t>
      </w:r>
    </w:p>
    <w:p>
      <w:r>
        <w:br/>
        <w:t>— Ну, знаєте... Що ж то за любов!</w:t>
      </w:r>
    </w:p>
    <w:p>
      <w:r>
        <w:br/>
        <w:t>Геннадій Петрович, завжди такий стриманий, скупий на слова, несподівано розговорився, Плин його думок непомітно підхопив Терезу, вона спочатку тільки похитувала головою, а далі встряла в розмову, почала захищати... свого нареченого. Але Геннадій Петрович зумів так повернути дискусію, що Тереза подивилась на свої стосунки з Дімою ніби збоку, стороннім оком. І багато що їй відкрилося, постало в іншому світлі, хоч вона й не сказала про це.</w:t>
      </w:r>
    </w:p>
    <w:p>
      <w:r>
        <w:br/>
        <w:t>Вже зовсім стемніло, коли професор зібрався йти.</w:t>
      </w:r>
    </w:p>
    <w:p>
      <w:r>
        <w:br/>
        <w:t>— А щодо вашої травми, Терезо, — сказав на прощання, — то калікою ви не будете, можу запевнити.</w:t>
      </w:r>
    </w:p>
    <w:p>
      <w:r>
        <w:br/>
        <w:t>— Біоелектронний протез...</w:t>
      </w:r>
    </w:p>
    <w:p>
      <w:r>
        <w:br/>
        <w:t>Геннадій Петрович заперечно похитав головою.</w:t>
      </w:r>
    </w:p>
    <w:p>
      <w:r>
        <w:br/>
        <w:t>— Ні, Терезо. Я ж казав — ви перша, зрозуміли? Біоелектронні протези передпліччя — це для нас не новина. Ви перша людина, якій ми відрощуємо, розумієте, відрощуємо кисть!</w:t>
      </w:r>
    </w:p>
    <w:p>
      <w:r>
        <w:br/>
        <w:t>Розширеними очима дівчина поглянула на професора, і в тому погляді сяйнуло і здивування, і захоплення, і ще щось таке, що й словами важко передати. Затріпотіли вії, дівчина уткнулась в подушку й заплакала. Геннадій Петрович узяв свого халата й тихенько вийшов.</w:t>
      </w:r>
    </w:p>
    <w:p>
      <w:r>
        <w:br/>
        <w:t>Біля дверей мало не зіткнувся з високим юнаком, ковзнув поглядом по худорлявому обличчю і покрокував до виходу. Міг би заборонити такі пізні відвідини, але не заборонив. Може, цей молодик несе злагоду, і Тереза буде радісна й щаслива.</w:t>
      </w:r>
    </w:p>
    <w:p>
      <w:r>
        <w:br/>
        <w:t>Діма стукнув дверима, але Тереза не підвела голови.</w:t>
      </w:r>
    </w:p>
    <w:p>
      <w:r>
        <w:br/>
        <w:t>— Ого! Він тебе доводить до плачу, цей професор. Що тут між вами було?</w:t>
      </w:r>
    </w:p>
    <w:p>
      <w:r>
        <w:br/>
        <w:t>Тереза трохи підвелася, підібгала під пахву подушку. її погляд був такий пильний, що Діма не витримав і одвів очі вбік.</w:t>
      </w:r>
    </w:p>
    <w:p>
      <w:r>
        <w:br/>
        <w:t>— По-перше, треба вітатися, — заговорила Тереза, — особливо коли так довго не бачились...</w:t>
      </w:r>
    </w:p>
    <w:p>
      <w:r>
        <w:br/>
        <w:t>— Ну от, починаєш... Я до неї мов на крилах... Знаєш, наша "летюча бригада" — по всій республіці...</w:t>
      </w:r>
    </w:p>
    <w:p>
      <w:r>
        <w:br/>
        <w:t>Діма говорив швидко, але слова, хоч і були красиві, не доходили до серця дівчини. Він виправдовувався:</w:t>
      </w:r>
    </w:p>
    <w:p>
      <w:r>
        <w:br/>
        <w:t>— Термінове відрядження, а там схопив ангіну... Висока температура...</w:t>
      </w:r>
    </w:p>
    <w:p>
      <w:r>
        <w:br/>
        <w:t>Тереза слухала байдуже. Чим більше він говорив, тим більше вона впевнювалась, що побоювання її були не даремні. А його перебільшена цікавість до наслідків лікування здалася просто фальшивою.</w:t>
      </w:r>
    </w:p>
    <w:p>
      <w:r>
        <w:br/>
        <w:t>— Професор каже: все йде добре.</w:t>
      </w:r>
    </w:p>
    <w:p>
      <w:r>
        <w:br/>
        <w:t>— Я бачу — він справді піклується про тебе... не шкодуючи часу. Кажуть, він старий парубок?</w:t>
      </w:r>
    </w:p>
    <w:p>
      <w:r>
        <w:br/>
        <w:t>Це вже було занадто. В Терези підскочили брови:</w:t>
      </w:r>
    </w:p>
    <w:p>
      <w:r>
        <w:br/>
        <w:t>— Ти це... серйозно?</w:t>
      </w:r>
    </w:p>
    <w:p>
      <w:r>
        <w:br/>
        <w:t>— А що? — Діма розтягнув губи в цинічній посмішці. — Хіба не буває...</w:t>
      </w:r>
    </w:p>
    <w:p>
      <w:r>
        <w:br/>
        <w:t>— Якщо так, то нам ні про що більше говорити. — Тереза показала на двері. — Вихід там!</w:t>
      </w:r>
    </w:p>
    <w:p>
      <w:r>
        <w:br/>
        <w:t>Діма наче ждав цього — стенув плечима, щось буркнув і поспіхом вийшов. Тереза поривалася встати, але стрималась, поклала голову на подушку й підперла поглядом білу стелю. Думки летіли врізнобіч, і важко було зібрати їх в одне русло. Це ще тяжча аварія... Але т.ут уже не випадок... І вчені безсилі допомогти. Жива тканина регенерує, а кохання — ні. Що ж, може, це й краще. Розрив — так розрив. Назавжди. А то почав хитрувати... Блазень!</w:t>
      </w:r>
    </w:p>
    <w:p>
      <w:r>
        <w:br/>
        <w:t>Защеміло на душі, але водночас і полегшало, ніби тягар спав з плечей. І перед очима прослався довгий шлях...</w:t>
      </w:r>
    </w:p>
    <w:p>
      <w:r>
        <w:br/>
        <w:t>III. — Товариші, минуло трохи більше року, коли ми почали свій перший експеримент по регенерації верхньої кінцівки людини, точніше — кисті... Тепер я радий повідомити, що цей експеримент успішно завершено.</w:t>
      </w:r>
    </w:p>
    <w:p>
      <w:r>
        <w:br/>
        <w:t>Тереза дивиться на екран і усміхається. Ну, й Геннадій Петрович, от уже добирає вислови: "верхня кінцівка"! Поглянула на свою праву руку, поворушила пальцями, стиснула в кулак, знову розправила. Відросла... кінцівка! А був же обрубок...</w:t>
      </w:r>
    </w:p>
    <w:p>
      <w:r>
        <w:br/>
        <w:t>Геннадій Петрович доповідає науковій конференції різні аспекти процесу, демонструє графіки, знімки. У відповідь на якусь репліку зачитує історію хвороби, заведену в хірургічному відділенні клініки, де було зроблено операцію.</w:t>
      </w:r>
    </w:p>
    <w:p>
      <w:r>
        <w:br/>
        <w:t>Більше року... Як швидко пролетів час! А це ж відтинок її життя, її муки. Спочатку Тереза не вірила, що кисть відросте, а згодом... сталося таке, ідо важко й згадувати. Кисть відросла, але яка? Рожева долонька, пальчики-як у малої дитини. Тереза гірко плакала, але Геннадій Петрович не втрачав надії. "Що, крім фізіології, радикально впливає на людський організм? —запитував і сам же відповідав: — Праця, фізична праця!"</w:t>
      </w:r>
    </w:p>
    <w:p>
      <w:r>
        <w:br/>
        <w:t>Тижнями, місяцями Тереза місила глину, ліпила статуї, розламувала їх на шматки, зволожувала й знову товкла своїм дитячим кулачком — аж чоло їй зрошував піт. І тепер обидві руки зрівнялися.</w:t>
      </w:r>
    </w:p>
    <w:p>
      <w:r>
        <w:br/>
        <w:t>Простягла їх перед себе, стулила пальці — однаковісінькі!</w:t>
      </w:r>
    </w:p>
    <w:p>
      <w:r>
        <w:br/>
        <w:t>А Геннадій Петрович розглядає процес регенерації з погляду гістології, далі переходить до явищ іннервації, ролі біофармакохімічних стимуляторів.</w:t>
      </w:r>
    </w:p>
    <w:p>
      <w:r>
        <w:br/>
        <w:t>Тереза слухає й не слухає — хвилюється. Ніби відчуваючи те хвилювання, Геннадій Петрович час від часу поглядає на неї з екрана. Зрештою каже:</w:t>
      </w:r>
    </w:p>
    <w:p>
      <w:r>
        <w:br/>
        <w:t>— А тепер запросимо до залу нашу піддослідну...</w:t>
      </w:r>
    </w:p>
    <w:p>
      <w:r>
        <w:br/>
        <w:t>Краска сорому заливає їй лице. Не слухаючи кінця фрази, Тереза виходить з кімнати, в якій прожила важкий і радісний рік, і прямує світлим коридором до конференц-залу. Сповнена життєвої сили, з веселим блиском в очах, вона ніби не йде, а лине, втративши вагомість.</w:t>
      </w:r>
    </w:p>
    <w:p>
      <w:r>
        <w:br/>
        <w:t>Зал зустрів її оплесками. Усі попідводились, сотні очей дивились на неї, як на якесь чудо. А вона зніяковіло простягла до них руки і так стояла, як маленька дитина. Сліпуче засвітилися юпітери, і їй стало жарко, обличчя розчервонілося. Застрекотіли кінокамери.</w:t>
      </w:r>
    </w:p>
    <w:p>
      <w:r>
        <w:br/>
        <w:t>Тереза не опускала рук, аж доки до неї не підійшов якийсь горбоносий чоловік. Де вона його бачила? А...</w:t>
      </w:r>
    </w:p>
    <w:p>
      <w:r>
        <w:br/>
        <w:t>— Так, я оперував... —Чоловік підняв угору праву Те-резину руку. — Цю кисть довелось ампутувати. А зараз не бачу й сліду...</w:t>
      </w:r>
    </w:p>
    <w:p>
      <w:r>
        <w:br/>
        <w:t>Терезу оточив гамірливий гурт, кожен хотів на власні очі побачити її праву руку. Дівчині хотілося плакати й сміятися. Раптом вона застигла, скам’яніла: до неї проштовхувався... Діма. Це, значить, його "летюча бригада" знімає конференцію. Ось вона вже бачить його запобігливий, винуватий погляд, роблену посмішку.</w:t>
      </w:r>
    </w:p>
    <w:p>
      <w:r>
        <w:br/>
        <w:t>— Невже й справді твоя рука...</w:t>
      </w:r>
    </w:p>
    <w:p>
      <w:r>
        <w:br/>
        <w:t>— Хочеш упевнитись?</w:t>
      </w:r>
    </w:p>
    <w:p>
      <w:r>
        <w:br/>
        <w:t>Тереза несподівано розмахнулася й сильно вдарила його по щоці. Ляпас пролунав на весь зал. Діма зашився в гурт, а хтось весело вигукнув:</w:t>
      </w:r>
    </w:p>
    <w:p>
      <w:r>
        <w:br/>
        <w:t>— Рука функціонує!..</w:t>
      </w:r>
    </w:p>
    <w:p>
      <w:r>
        <w:br/>
        <w:t>Наблизився Геннадій Петрович. Стримуючи посмішку, сказав на вухо:</w:t>
      </w:r>
    </w:p>
    <w:p>
      <w:r>
        <w:br/>
        <w:t>— Це не зовсім пасує до наукової конференції, але... цікаві кадри.</w:t>
      </w:r>
    </w:p>
    <w:p>
      <w:r>
        <w:br/>
        <w:t>— Якщо він їх не виріже, — відповіла Тереза, все ще важко дихаючи.</w:t>
      </w:r>
    </w:p>
    <w:p>
      <w:r>
        <w:br/>
        <w:t>— ...А пам’ятаєш, як ти сказала мені про сосну? — говорив Геннадій Петрович, ідучи з Терезою осіннім парком. — Ти відкрила мені красу. Тоді я вперше помітив, яка ти гарна...</w:t>
      </w:r>
    </w:p>
    <w:p>
      <w:r>
        <w:br/>
        <w:t>— Піддослідна...</w:t>
      </w:r>
    </w:p>
    <w:p>
      <w:r>
        <w:br/>
        <w:t>Вони ззирнулися й пирхнули зо сміху.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