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Avanti!</w:t>
      </w:r>
    </w:p>
    <w:p>
      <w:r>
        <w:br/>
        <w:t xml:space="preserve"> AVANTI!*</w:t>
      </w:r>
    </w:p>
    <w:p>
      <w:r>
        <w:br/>
        <w:t>Розвіяло море сріблястую гриву&lt;br /&gt;</w:t>
        <w:br/>
        <w:t>І рокотом громів стрясло берегами.&lt;br /&gt;</w:t>
        <w:br/>
        <w:t>Гей, кинув я берег і пристань дрімливу,&lt;br /&gt;</w:t>
        <w:br/>
        <w:t>А води казяться і б’ють бурунами.&lt;br /&gt;</w:t>
        <w:br/>
        <w:t>"Вперед!" — кличе туга. Лопочуть вітрила,&lt;br /&gt;</w:t>
        <w:br/>
        <w:t>І хвилі кидають човном, гей скажені.&lt;br /&gt;</w:t>
        <w:br/>
        <w:t>З рук ллється посока, зломилася сила —&lt;br /&gt;</w:t>
        <w:br/>
        <w:t>За мною щезають узгір’я зелені.&lt;br /&gt;</w:t>
        <w:br/>
        <w:t>Вперед, на безкраї! Весна моя вмерла,&lt;br /&gt;</w:t>
        <w:br/>
        <w:t>Як цвіт посіфлори, без сонця розради.&lt;br /&gt;</w:t>
        <w:br/>
        <w:t>Спалив мене смуток, тоска мене зжерла,&lt;br /&gt;</w:t>
        <w:br/>
        <w:t>А люди ранили без крихти пощади.&lt;br /&gt;</w:t>
        <w:br/>
        <w:t>Най хвилі рокочуть, най бісяться громи,&lt;br /&gt;</w:t>
        <w:br/>
        <w:t>Несила більш плакать та гнуться в покорі!&lt;br /&gt;</w:t>
        <w:br/>
        <w:t>Avanti! Дихнімо на вольнім просторі,&lt;br /&gt;</w:t>
        <w:br/>
        <w:t>А ні, то загиньмо в безоднях мальштрому!</w:t>
      </w:r>
    </w:p>
    <w:p>
      <w:r>
        <w:br/>
        <w:t>***</w:t>
      </w:r>
    </w:p>
    <w:p>
      <w:r>
        <w:br/>
        <w:t>_______________&lt;br /&gt;</w:t>
        <w:br/>
        <w:t>* Вперед! (Іт.)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Avanti!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