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Атрей и Фиест</w:t>
      </w:r>
    </w:p>
    <w:p>
      <w:r>
        <w:br/>
        <w:t xml:space="preserve"> Трагедия</w:t>
      </w:r>
    </w:p>
    <w:p>
      <w:r>
        <w:br/>
        <w:t>Действующие лица:</w:t>
      </w:r>
    </w:p>
    <w:p>
      <w:r>
        <w:br/>
        <w:t>Атрей, царь Аргосский.&lt;br /&gt;</w:t>
        <w:br/>
        <w:t>Фиест, царь Миценский, брат Атреев.&lt;br /&gt;</w:t>
        <w:br/>
        <w:t>Плисфен, сын Фиеста, мнимый сын Атрея.&lt;br /&gt;</w:t>
        <w:br/>
        <w:t>Феодамия, дочь Фиеста.&lt;br /&gt;</w:t>
        <w:br/>
        <w:t>Еврисфен, наперсник Атреев.&lt;br /&gt;</w:t>
        <w:br/>
        <w:t>Алкимедон, начальник флота.&lt;br /&gt;</w:t>
        <w:br/>
        <w:t>Фессандр, друг Плисфена.&lt;br /&gt;</w:t>
        <w:br/>
        <w:t>Леонида, наперсница Феодамии.&lt;br /&gt;</w:t>
        <w:br/>
        <w:t>Свита Атреева, телохранители.&lt;br /&gt;</w:t>
        <w:br/>
        <w:t>Действие происходит в Халциде, главном городе острова Эвбеи, в чертогах Атреевых.</w:t>
      </w:r>
    </w:p>
    <w:p>
      <w:r>
        <w:br/>
        <w:t>ДЕЙСТВИЕ ПЕРВОЕ</w:t>
      </w:r>
    </w:p>
    <w:p>
      <w:r>
        <w:br/>
        <w:t>ЯВЛЕНИЕ I</w:t>
      </w:r>
    </w:p>
    <w:p>
      <w:r>
        <w:br/>
        <w:t>Атрей, Еврисфен, Алкимедон, телохранители.</w:t>
      </w:r>
    </w:p>
    <w:p>
      <w:r>
        <w:br/>
        <w:t>Атрей&lt;br /&gt;</w:t>
        <w:br/>
        <w:t>Итак, отрадный луч надежд отмстить злодею&lt;br /&gt;</w:t>
        <w:br/>
        <w:t>Возник в душе моей с возникнувшей зарею!&lt;br /&gt;</w:t>
        <w:br/>
        <w:t>Ветр, скованный досель враждебной мне рукой,&lt;br /&gt;</w:t>
        <w:br/>
        <w:t>Ярится уже в волнах, и, согласись со мной,&lt;br /&gt;</w:t>
        <w:br/>
        <w:t>Врагов моих всех средств к спокойствию лишает,&lt;br /&gt;</w:t>
        <w:br/>
        <w:t>И гром мой, кажется, в их сердце направляет.&lt;br /&gt;</w:t>
        <w:br/>
        <w:t>Уж праздность воина отселе не страшит,&lt;br /&gt;</w:t>
        <w:br/>
        <w:t>Чтоб славу дел его затмил бездейства стыд.&lt;br /&gt;</w:t>
        <w:br/>
        <w:t>Ступай, Алкимедон, пусть мощный флот Атрея&lt;br /&gt;</w:t>
        <w:br/>
        <w:t>Готовится отплыть от берегов Эвбеи,&lt;br /&gt;</w:t>
        <w:br/>
        <w:t>Сам рок завистливый способствует сему.&lt;br /&gt;</w:t>
        <w:br/>
        <w:t>Вели начальникам и воинству всему&lt;br /&gt;</w:t>
        <w:br/>
        <w:t>Готовым быть.</w:t>
      </w:r>
    </w:p>
    <w:p>
      <w:r>
        <w:br/>
        <w:t>ЯВЛЕНИЕ II</w:t>
      </w:r>
    </w:p>
    <w:p>
      <w:r>
        <w:br/>
        <w:t>Атрей, Еврисфен, телохранители.</w:t>
      </w:r>
    </w:p>
    <w:p>
      <w:r>
        <w:br/>
        <w:t>Атрей&lt;br /&gt;</w:t>
        <w:br/>
        <w:t>(к телохранителям)&lt;br /&gt;</w:t>
        <w:br/>
        <w:t>А вы явитесь здесь с Плисфеном,&lt;br /&gt;</w:t>
        <w:br/>
        <w:t>Я буду ждать его в сем месте с Еврисфеном.</w:t>
      </w:r>
    </w:p>
    <w:p>
      <w:r>
        <w:br/>
        <w:t>ЯВЛЕНИЕ III</w:t>
      </w:r>
    </w:p>
    <w:p>
      <w:r>
        <w:br/>
        <w:t>Атрей, Еврисфен</w:t>
      </w:r>
    </w:p>
    <w:p>
      <w:r>
        <w:br/>
        <w:t>Атрей&lt;br /&gt;</w:t>
        <w:br/>
        <w:t>Итак, настал сей день, желанный столько лет:&lt;br /&gt;</w:t>
        <w:br/>
        <w:t>О, сколько в грудь он мне надежд кровавых льёт!&lt;br /&gt;</w:t>
        <w:br/>
        <w:t>Фиеста злобного убежище — Афины —&lt;br /&gt;</w:t>
        <w:br/>
        <w:t>Почувствуют отсель всю лютость злой судьбины:&lt;br /&gt;</w:t>
        <w:br/>
        <w:t>Мой сын, орудие всех замыслов моих,&lt;br /&gt;</w:t>
        <w:br/>
        <w:t>Готов несть огнь и смерть к степам кичливым их.</w:t>
      </w:r>
    </w:p>
    <w:p>
      <w:r>
        <w:br/>
        <w:t>Еврисфен&lt;br /&gt;</w:t>
        <w:br/>
        <w:t>Ужель на место всей пощады для Фиеста&lt;br /&gt;</w:t>
        <w:br/>
        <w:t>И в самой Аттике ему нет боле места?&lt;br /&gt;</w:t>
        <w:br/>
        <w:t>Ах, если, государь, союз родства святый&lt;br /&gt;</w:t>
        <w:br/>
        <w:t>Для брата и тебя есть призрак лишь пустый,&lt;br /&gt;</w:t>
        <w:br/>
        <w:t>То чем же лучше ты насытить можешь мщенье,&lt;br /&gt;</w:t>
        <w:br/>
        <w:t>Как варварски продлив злых братних дней теченье?&lt;br /&gt;</w:t>
        <w:br/>
        <w:t>Гнетомый бедствами, пусть чувствует навек,&lt;br /&gt;</w:t>
        <w:br/>
        <w:t>Что жизнью мстит ему, коль жизни не пресек.&lt;br /&gt;</w:t>
        <w:br/>
        <w:t>Так!.. мучь врага, но пусть он в муках существует:&lt;br /&gt;</w:t>
        <w:br/>
        <w:t>Коль скоро в гробе враг, ты слаб, он торжествует.</w:t>
      </w:r>
    </w:p>
    <w:p>
      <w:r>
        <w:br/>
        <w:t>Атрей&lt;br /&gt;</w:t>
        <w:br/>
        <w:t>Кто? я? я пощажу или позволю жить?..&lt;br /&gt;</w:t>
        <w:br/>
        <w:t>Нет! жизнь не для него, коль я решаюсь мстить.&lt;br /&gt;</w:t>
        <w:br/>
        <w:t>Хотя б он муки все испил злодейств в награду,&lt;br /&gt;</w:t>
        <w:br/>
        <w:t>Он скрыться от меня прибег бы разве к аду...&lt;br /&gt;</w:t>
        <w:br/>
        <w:t>Но дух мой мстительный и там бы гнал его&lt;br /&gt;</w:t>
        <w:br/>
        <w:t>С надеждой — вновь терзать мне изверга сего.&lt;br /&gt;</w:t>
        <w:br/>
        <w:t>Злодей... он честь мою затмил своей любовью,&lt;br /&gt;</w:t>
        <w:br/>
        <w:t>И честь мою омыть могу одной лишь кровью.&lt;br /&gt;</w:t>
        <w:br/>
        <w:t>Кто оскорбленья стыд преклонен вдруг простить.&lt;br /&gt;</w:t>
        <w:br/>
        <w:t>Тот чужд иль мужества, иль власти стыд отмстить.&lt;br /&gt;</w:t>
        <w:br/>
        <w:t>Для ярости моей преграды нет меж нами,&lt;br /&gt;</w:t>
        <w:br/>
        <w:t>Хотя б, сражаясь с ним, сразился я с богами.&lt;br /&gt;</w:t>
        <w:br/>
        <w:t>Зевс-мститель дал мне жизнь: я б меней это знал,&lt;br /&gt;</w:t>
        <w:br/>
        <w:t>Коль меньше б сладости в отмщении вкушал.&lt;br /&gt;</w:t>
        <w:br/>
        <w:t>Так! мщением дыша, дышу я утешеньем,&lt;br /&gt;</w:t>
        <w:br/>
        <w:t>И коль я славен чем, так верь, не сожаленьем.&lt;br /&gt;</w:t>
        <w:br/>
        <w:t>Итак, престань на мысль кровь гнусну приводить:&lt;br /&gt;</w:t>
        <w:br/>
        <w:t>Фиест в живых... сего довольно, чтоб разить.&lt;br /&gt;</w:t>
        <w:br/>
        <w:t>Примеры знаю я его коварств жестоких,&lt;br /&gt;</w:t>
        <w:br/>
        <w:t>И гнев мой потушат его крови потоки.&lt;br /&gt;</w:t>
        <w:br/>
        <w:t>Пусть в муках он своих винит лишь сам себя:&lt;br /&gt;</w:t>
        <w:br/>
        <w:t>Ужель кровь родственна падет и на меня?&lt;br /&gt;</w:t>
        <w:br/>
        <w:t>Любовью подлою сей изверг упоенный,&lt;br /&gt;</w:t>
        <w:br/>
        <w:t>Не первый ли попрал он крови дол священный?&lt;br /&gt;</w:t>
        <w:br/>
        <w:t>О, если б громы днесь послушны были мне,&lt;br /&gt;</w:t>
        <w:br/>
        <w:t>Я б смерть ему нашел в перунах, не в войне.</w:t>
      </w:r>
    </w:p>
    <w:p>
      <w:r>
        <w:br/>
        <w:t>Еврисфен&lt;br /&gt;</w:t>
        <w:br/>
        <w:t>Я ж думал, что сей гнев, пришедши к ослабленью,&lt;br /&gt;</w:t>
        <w:br/>
        <w:t>Чрез двадцать лет предал Фиеста уж забвенью.</w:t>
      </w:r>
    </w:p>
    <w:p>
      <w:r>
        <w:br/>
        <w:t>Атрей&lt;br /&gt;</w:t>
        <w:br/>
        <w:t>Нет, нет! скажи, что я род казней всех прошел,&lt;br /&gt;</w:t>
        <w:br/>
        <w:t>Пока чрез столько лет смерть варвару нашел.&lt;br /&gt;</w:t>
        <w:br/>
        <w:t>Я изверга щадил, чтоб растерзать лютее,&lt;br /&gt;</w:t>
        <w:br/>
        <w:t>Ты вострепещешь, казнь узнав всех казней злее...&lt;br /&gt;</w:t>
        <w:br/>
        <w:t>Тебе известен яд мук сердца моего,&lt;br /&gt;</w:t>
        <w:br/>
        <w:t>Проникни ж лучше в мрак глубоких тайн его.&lt;br /&gt;</w:t>
        <w:br/>
        <w:t>Я с сердцем тайны все раскрыть тебе намерен,-&lt;br /&gt;</w:t>
        <w:br/>
        <w:t>Хоть я их крыл досель, но знаю, что ты верен.&lt;br /&gt;</w:t>
        <w:br/>
        <w:t>Ты помнишь, Еврисфен, день страшный, роковой,&lt;br /&gt;</w:t>
        <w:br/>
        <w:t>Сопрягщий жребий мой с Эропиной судьбой.&lt;br /&gt;</w:t>
        <w:br/>
        <w:t>Ах, сколько сей союз венчал надежд бесценных!&lt;br /&gt;</w:t>
        <w:br/>
        <w:t>Но брак едва свершен у олтарей священных,&lt;br /&gt;</w:t>
        <w:br/>
        <w:t>Как вдруг я был лишен драгой супруги сей...&lt;br /&gt;</w:t>
        <w:br/>
        <w:t>Кем? братнею рукой, у тех же олтарей!&lt;br /&gt;</w:t>
        <w:br/>
        <w:t>Ты зрел, какой душа свирепостью терзалась,&lt;br /&gt;</w:t>
        <w:br/>
        <w:t>Едва ль любовь моя с тем бешенством равнялась.&lt;br /&gt;</w:t>
        <w:br/>
        <w:t>Мицена знает то; развалины ея&lt;br /&gt;</w:t>
        <w:br/>
        <w:t>Потомству возвестят, как мстить умею я!&lt;br /&gt;</w:t>
        <w:br/>
        <w:t>Нет! никогда супруг, обманутый так сильно,&lt;br /&gt;</w:t>
        <w:br/>
        <w:t>Невинных кровь не лил столь зверски, столь обильно.&lt;br /&gt;</w:t>
        <w:br/>
        <w:t>Таким-то наконец путем одних смертей&lt;br /&gt;</w:t>
        <w:br/>
        <w:t>Эропу в власть свою опять привел Атрей!&lt;br /&gt;</w:t>
        <w:br/>
        <w:t>Хотя же новый брак, а боле мщенье то же,&lt;br /&gt;</w:t>
        <w:br/>
        <w:t>Велели мне с иной делить супрежне ложе,&lt;br /&gt;</w:t>
        <w:br/>
        <w:t>Но вид Эропиной небесной красоты&lt;br /&gt;</w:t>
        <w:br/>
        <w:t>Супруги новой сей затмил во мне черты.&lt;br /&gt;</w:t>
        <w:br/>
        <w:t>Душа моя одной Эропой вновь сгорала,&lt;br /&gt;</w:t>
        <w:br/>
        <w:t>Но, злобна... не меня, Фиеста обожала!&lt;br /&gt;</w:t>
        <w:br/>
        <w:t>И знаешь ли ты плод, венчавший их союз?&lt;br /&gt;</w:t>
        <w:br/>
        <w:t>Нет? Знай же, что Плисфен есть плод сих гнусных уз.</w:t>
      </w:r>
    </w:p>
    <w:p>
      <w:r>
        <w:br/>
        <w:t>Еврисфен&lt;br /&gt;</w:t>
        <w:br/>
        <w:t>Что слышу?.. Небо!.. Как? Плисфен непобедимый?&lt;br /&gt;</w:t>
        <w:br/>
        <w:t>Как? трона твоего наследник, всеми чтимый?..&lt;br /&gt;</w:t>
        <w:br/>
        <w:t>Как, государь! твой сын?..</w:t>
      </w:r>
    </w:p>
    <w:p>
      <w:r>
        <w:br/>
        <w:t>Атрей&lt;br /&gt;</w:t>
        <w:br/>
        <w:t>Так, он, о Еврисфен!&lt;br /&gt;</w:t>
        <w:br/>
        <w:t>Он — славный тот герой и, словом, тот Плисфен,&lt;br /&gt;</w:t>
        <w:br/>
        <w:t>Которого мой двор чтит братством Менелая&lt;br /&gt;</w:t>
        <w:br/>
        <w:t>И Агамемнона, отцом меня считая.&lt;br /&gt;</w:t>
        <w:br/>
        <w:t>Ты зрел, к чему меня дух бешенства привел,&lt;br /&gt;</w:t>
        <w:br/>
        <w:t>Когда преступну мать казнить я восхотел.&lt;br /&gt;</w:t>
        <w:br/>
        <w:t>Ах! для чего тот яд, моей служивший злобе,&lt;br /&gt;</w:t>
        <w:br/>
        <w:t>Не скрыл любви моей с изменницей во гробе?&lt;br /&gt;</w:t>
        <w:br/>
        <w:t>Но тщетно злобную отравы огнь сжигал,&lt;br /&gt;</w:t>
        <w:br/>
        <w:t>К Фиесту страсти жар и в муках сих пылал,&lt;br /&gt;</w:t>
        <w:br/>
        <w:t>Доколе смертный хлад в ее простерся жилах.&lt;br /&gt;</w:t>
        <w:br/>
        <w:t>Ах, вспомнить и теперь об этом я не в силах:&lt;br /&gt;</w:t>
        <w:br/>
        <w:t>Короче, вот черты тиранки моея,&lt;br /&gt;</w:t>
        <w:br/>
        <w:t>Я их с душой исторг из рук друзей ея.&lt;br /&gt;</w:t>
        <w:br/>
        <w:t>(Читает ему письмо Эропы).&lt;br /&gt;</w:t>
        <w:br/>
        <w:t>"Драгой Фиест! в сие мгновенье я страдаю:&lt;br /&gt;</w:t>
        <w:br/>
        <w:t>Нас варвар разлучил, с ним жизнь моя есть ад.&lt;br /&gt;</w:t>
        <w:br/>
        <w:t>Атрей убийца мой... с восторгом выпиваю&lt;br /&gt;</w:t>
        <w:br/>
        <w:t>Рукой злодейскою мне поднесенный яд.&lt;br /&gt;</w:t>
        <w:br/>
        <w:t>Спасай Плисфена жизнь, на жертву обреченнуг&lt;br /&gt;</w:t>
        <w:br/>
        <w:t>Несчастных наших уз несчастный он есть плод.&lt;br /&gt;</w:t>
        <w:br/>
        <w:t>Пусть некогда отцу на мысль он приведет&lt;br /&gt;</w:t>
        <w:br/>
        <w:t>Мать, за любовь к тебе злодейски умерщвленну".&lt;br /&gt;</w:t>
        <w:br/>
        <w:t>Суди ж, какой успех обет ее имел:&lt;br /&gt;</w:t>
        <w:br/>
        <w:t>Вдруг сына и письмо схватить я повелел...&lt;br /&gt;</w:t>
        <w:br/>
        <w:t>Я задушить хотел чудовище в рожденьи,&lt;br /&gt;</w:t>
        <w:br/>
        <w:t>Но я усыновил его в жестоком мщеньи.&lt;br /&gt;</w:t>
        <w:br/>
        <w:t>С тех пор, ужасный ков решась к концу привесть,&lt;br /&gt;</w:t>
        <w:br/>
        <w:t>Велел его в чертог мой тайно перенесть,&lt;br /&gt;</w:t>
        <w:br/>
        <w:t>Тогда ж от новые царицы сын родился&lt;br /&gt;</w:t>
        <w:br/>
        <w:t>И я, назвав его Плисфеном, ободрился.&lt;br /&gt;</w:t>
        <w:br/>
        <w:t>Мой точный сын был скрыт и ложным заменен,&lt;br /&gt;</w:t>
        <w:br/>
        <w:t>И после я его злым роком был лишен.&lt;br /&gt;</w:t>
        <w:br/>
        <w:t>Под сим-то именем он знаем у народа,&lt;br /&gt;</w:t>
        <w:br/>
        <w:t>И смерть постигла всех, кто корень знал в нем рода.&lt;br /&gt;</w:t>
        <w:br/>
        <w:t>Вверяя тайну ту богам лишь и себе,&lt;br /&gt;</w:t>
        <w:br/>
        <w:t>Я в первый раз открыл — и первому тебе.&lt;br /&gt;</w:t>
        <w:br/>
        <w:t>С сей тайной для тебя и цель та стала явна,&lt;br /&gt;</w:t>
        <w:br/>
        <w:t>К которой я веду Плисфена уж издавна;&lt;br /&gt;</w:t>
        <w:br/>
        <w:t>И если рок не спас его невинных дней,-&lt;br /&gt;</w:t>
        <w:br/>
        <w:t>То — знак, что должен он быть жертвою моей.</w:t>
      </w:r>
    </w:p>
    <w:p>
      <w:r>
        <w:br/>
        <w:t>Еврисфен&lt;br /&gt;</w:t>
        <w:br/>
        <w:t>Как, государь! чрез гнев, которому внимаешь,&lt;br /&gt;</w:t>
        <w:br/>
        <w:t>Отцеубийству ты Плисфена обрекаешь?</w:t>
      </w:r>
    </w:p>
    <w:p>
      <w:r>
        <w:br/>
        <w:t>Атрей&lt;br /&gt;</w:t>
        <w:br/>
        <w:t>Так, так; хочу, чтоб плод столь гнусной мне любви&lt;br /&gt;</w:t>
        <w:br/>
        <w:t>Мой гнев здесь потушил в изменничьей крови.&lt;br /&gt;</w:t>
        <w:br/>
        <w:t>Пускай сей мнимый сын моей полезной злобе&lt;br /&gt;</w:t>
        <w:br/>
        <w:t>Меч мщенья погрузит в родительской утробе,&lt;br /&gt;</w:t>
        <w:br/>
        <w:t>Пусть с смертию Фиест, узнав свою напасть,&lt;br /&gt;</w:t>
        <w:br/>
        <w:t>Узнает в ней свой плод, венчавший подлу страсть.&lt;br /&gt;</w:t>
        <w:br/>
        <w:t>Хочу, чтоб и Плисфен, пронзив сего злодея,&lt;br /&gt;</w:t>
        <w:br/>
        <w:t>Увидел в нем отца,— познал бы месть Атрея.&lt;br /&gt;</w:t>
        <w:br/>
        <w:t>И чтоб сыновня кровь, пролита после мной,&lt;br /&gt;</w:t>
        <w:br/>
        <w:t>Слилась с отцовскою дымящейся струей.&lt;br /&gt;</w:t>
        <w:br/>
        <w:t>Фиесту мстить само мне небо позволяет,&lt;br /&gt;</w:t>
        <w:br/>
        <w:t>Мой гнев его ж плодом распутств его карает:&lt;br /&gt;</w:t>
        <w:br/>
        <w:t>Злодейством был рожден сей князь несчастный в свете&lt;br /&gt;</w:t>
        <w:br/>
        <w:t>Так пусть злодейство же обоих жизнь прервет.&lt;br /&gt;</w:t>
        <w:br/>
        <w:t>Фиест в беспечности: он мнит, что ум Атрея&lt;br /&gt;</w:t>
        <w:br/>
        <w:t>Весь занят властию лишь острова Эвбеи.&lt;br /&gt;</w:t>
        <w:br/>
        <w:t>Нет, изверг!.. Я пристал к брегам сим для того,&lt;br /&gt;</w:t>
        <w:br/>
        <w:t>Чтоб лучше тайну скрыть от взора твоего.&lt;br /&gt;</w:t>
        <w:br/>
        <w:t>Все мщенью моему в Афинах уж послушно&lt;br /&gt;</w:t>
        <w:br/>
        <w:t>И действует давно со мной единодушно.&lt;br /&gt;</w:t>
        <w:br/>
        <w:t>Их царь, как раб, стращась свирепства моего,&lt;br /&gt;</w:t>
        <w:br/>
        <w:t>Лишь силится прикрыть честь сана своего.&lt;br /&gt;</w:t>
        <w:br/>
        <w:t>Как только у Афин мой грозный флаг повеет&lt;br /&gt;</w:t>
        <w:br/>
        <w:t>И варвара цепьми Атрей сковать успеет,&lt;br /&gt;</w:t>
        <w:br/>
        <w:t>Так мне обещано, мой флот мне в том залог,&lt;br /&gt;</w:t>
        <w:br/>
        <w:t>За сына ж смерть с отцом я сам поклясться мог.</w:t>
      </w:r>
    </w:p>
    <w:p>
      <w:r>
        <w:br/>
        <w:t>Еврисфен&lt;br /&gt;</w:t>
        <w:br/>
        <w:t>О царь мой! ах, карай ты в брате сем кичливость,&lt;br /&gt;</w:t>
        <w:br/>
        <w:t>Но в сыне пощади заслуги и невинность.</w:t>
      </w:r>
    </w:p>
    <w:p>
      <w:r>
        <w:br/>
        <w:t>Атрей&lt;br /&gt;</w:t>
        <w:br/>
        <w:t>Нет!.. сын сей крови, все привыкшей попирать,&lt;br /&gt;</w:t>
        <w:br/>
        <w:t>Не преминет свой род злодейством оправдать,&lt;br /&gt;</w:t>
        <w:br/>
        <w:t>И как теперь черты в нем матери блистают,&lt;br /&gt;</w:t>
        <w:br/>
        <w:t>Так некогда отца в нем буйства запылают.&lt;br /&gt;</w:t>
        <w:br/>
        <w:t>От кровосмесника какого ждать плода?..&lt;br /&gt;</w:t>
        <w:br/>
        <w:t>Я сам Фиеста чтил как брата иногда;&lt;br /&gt;</w:t>
        <w:br/>
        <w:t>Он обманул меня, обманет сын и боле.&lt;br /&gt;</w:t>
        <w:br/>
        <w:t>К тому ж, он мнит воссесть в Аргосе на престоле,&lt;br /&gt;</w:t>
        <w:br/>
        <w:t>Сыновние права вручают скиптр ему...&lt;br /&gt;</w:t>
        <w:br/>
        <w:t>И мне в нем отказать потомству моему!..&lt;br /&gt;</w:t>
        <w:br/>
        <w:t>Как?.. вместо мщения Фиесту за коварства,&lt;br /&gt;</w:t>
        <w:br/>
        <w:t>Его сын будет царь, мои ж сыны без царства!..&lt;br /&gt;</w:t>
        <w:br/>
        <w:t>Один мой гнев длит жизнь исчадия сего:&lt;br /&gt;</w:t>
        <w:br/>
        <w:t>Пора, чтоб сей же гнев пресек и дни его,&lt;br /&gt;</w:t>
        <w:br/>
        <w:t>Пора, чтоб кровь его, как жертва искупленья,&lt;br /&gt;</w:t>
        <w:br/>
        <w:t>Была ценою мне за дней его мгновенья.&lt;br /&gt;</w:t>
        <w:br/>
        <w:t>Пусть одобрят иль нет цель умышлений сих,&lt;br /&gt;</w:t>
        <w:br/>
        <w:t>Мне ж сладко кровь пролить соперников моих.&lt;br /&gt;</w:t>
        <w:br/>
        <w:t>[1818]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Атрей и Фиест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