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Астральний зойк</w:t>
      </w:r>
    </w:p>
    <w:p>
      <w:r>
        <w:br/>
        <w:t xml:space="preserve"> Добридень, люди! Вбитий на снігу,&lt;br /&gt;</w:t>
        <w:br/>
        <w:t>я спам'ятався в зоряній пустелі.&lt;br /&gt;</w:t>
        <w:br/>
        <w:t>І все, що має на землі вагу,&lt;br /&gt;</w:t>
        <w:br/>
        <w:t>осипалось, як мертві імортелі.&lt;br /&gt;</w:t>
        <w:br/>
        <w:t>Там, на землі, щось падало, цвіло,&lt;br /&gt;</w:t>
        <w:br/>
        <w:t>було рожеве, синє і зелене.&lt;br /&gt;</w:t>
        <w:br/>
        <w:t>Мені вітри позичили крило,&lt;br /&gt;</w:t>
        <w:br/>
        <w:t>я бачив землю за віки від мене.&lt;br /&gt;</w:t>
        <w:br/>
        <w:t>Я натомився жити без душі.&lt;br /&gt;</w:t>
        <w:br/>
        <w:t>Нема на чому записати строфи.&lt;br /&gt;</w:t>
        <w:br/>
        <w:t>Усі арапи-предки й гармаші&lt;br /&gt;</w:t>
        <w:br/>
        <w:t>Кричать в мені зігрітися хоч трохи.&lt;br /&gt;</w:t>
        <w:br/>
        <w:t>Я сам не знаю, скільки тут пробув.&lt;br /&gt;</w:t>
        <w:br/>
        <w:t>Не хочу я ні вічності, ні слави.&lt;br /&gt;</w:t>
        <w:br/>
        <w:t>В безсмерті холодно. Я хочу в Петербург.&lt;br /&gt;</w:t>
        <w:br/>
        <w:t>Вдягтися в тіло і напитись кави.&lt;br /&gt;</w:t>
        <w:br/>
        <w:t>Там, на столі, лежить моє перо.&lt;br /&gt;</w:t>
        <w:br/>
        <w:t>Воно лежить, воно давно не пише.&lt;br /&gt;</w:t>
        <w:br/>
        <w:t>Я хочу вірші написати про —&lt;br /&gt;</w:t>
        <w:br/>
        <w:t>Про те, як вітер гілочку колише.&lt;br /&gt;</w:t>
        <w:br/>
        <w:t>Я хочу встати вранці, на зорі.&lt;br /&gt;</w:t>
        <w:br/>
        <w:t>Любити жінку, ждать листа з Одеси.&lt;br /&gt;</w:t>
        <w:br/>
        <w:t>Я хочу волі, волі!.. А царі?&lt;br /&gt;</w:t>
        <w:br/>
        <w:t>Я хочу жити, жити!.. А Дантеси?&lt;br /&gt;</w:t>
        <w:br/>
        <w:t>Я сто поем ще маю на меті,&lt;br /&gt;</w:t>
        <w:br/>
        <w:t>а я дивлюсь у вічі пістолету...&lt;br /&gt;</w:t>
        <w:br/>
        <w:t>В безсмерті холодно. І холодно в житті.&lt;br /&gt;</w:t>
        <w:br/>
        <w:t>О Боже мій! Де дітися поету?!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Астральний зойк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