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Артистка</w:t>
      </w:r>
    </w:p>
    <w:p>
      <w:r>
        <w:br/>
        <w:t xml:space="preserve"> &lt;p&gt;І</w:t>
      </w:r>
    </w:p>
    <w:p>
      <w:r>
        <w:br/>
        <w:t>Печерський ринок. Уже майже порожній. Повертаюся од яток з повного сумкою. Назустріч бабуля ледь дибає. Замерзло нещасне, втомилося. Очі сльозяться, носом підшморгує. На плечі — отакенна в'язка цибулі.</w:t>
      </w:r>
    </w:p>
    <w:p>
      <w:r>
        <w:br/>
        <w:t>— Голубчику, беріть ось цибульку! Руки-ноги не держать! Оддам задарма.</w:t>
      </w:r>
    </w:p>
    <w:p>
      <w:r>
        <w:br/>
        <w:t>— Давненько торгуєте?</w:t>
      </w:r>
    </w:p>
    <w:p>
      <w:r>
        <w:br/>
        <w:t>— Та з самого ранку... Купуйте, не пожалієте. Цибулька як перемита... Руки-ноги не держать...</w:t>
      </w:r>
    </w:p>
    <w:p>
      <w:r>
        <w:br/>
        <w:t>Стислося серце, купив. Хоч наперед знав, що жінка лаятиметься. Три отакенні вінки вдома висять.</w:t>
      </w:r>
    </w:p>
    <w:p>
      <w:r>
        <w:br/>
        <w:t>— То, може, й часничок заберете? — ледь не ридає стара.— Руки-ноги не держать...</w:t>
      </w:r>
    </w:p>
    <w:p>
      <w:r>
        <w:br/>
        <w:t>Підійшла якраз якась жіночка. Уже вдвох із старою вмовили часник той купити.</w:t>
      </w:r>
    </w:p>
    <w:p>
      <w:r>
        <w:br/>
        <w:t>— Дай же вам, Боже, здоровлячка! Вік за вас Бога молитиму!</w:t>
      </w:r>
    </w:p>
    <w:p>
      <w:r>
        <w:br/>
        <w:t>II</w:t>
      </w:r>
    </w:p>
    <w:p>
      <w:r>
        <w:br/>
        <w:t>Згадав, що масла ще треба купити.</w:t>
      </w:r>
    </w:p>
    <w:p>
      <w:r>
        <w:br/>
        <w:t>Купив, повертаюся: бабуля знайома. Нещасне, згорблене, і отакенний разок цибулі через плече.</w:t>
      </w:r>
    </w:p>
    <w:p>
      <w:r>
        <w:br/>
        <w:t>— Мужчина, купіть цибулю!.. Руки-ноги не держать...</w:t>
      </w:r>
    </w:p>
    <w:p>
      <w:r>
        <w:br/>
        <w:t>— Ну, бабцю, ви ж і артистка! Вам тільки в драмтеатр та на сцену!</w:t>
      </w:r>
    </w:p>
    <w:p>
      <w:r>
        <w:br/>
        <w:t>Впізнала, очі молодо зблиснули:</w:t>
      </w:r>
    </w:p>
    <w:p>
      <w:r>
        <w:br/>
        <w:t>— А вас не обманиш — не продаси!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Артистка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