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Aria passionata</w:t>
      </w:r>
    </w:p>
    <w:p>
      <w:r>
        <w:br/>
        <w:t xml:space="preserve"> &lt;p&gt;Впали стрільчатії тіні на воду, місяць розлив свій напиток-отрую, дихання ночі пронеслося, й затремтіли у йому бажання…</w:t>
      </w:r>
    </w:p>
    <w:p>
      <w:r>
        <w:br/>
        <w:t>Сни прийшли до тих, хто спав, життя наступило для тих, хто хотів… Стомленим – сон, серцю – биття, радість – бажанню, вбогим – кайдани й пута…</w:t>
      </w:r>
    </w:p>
    <w:p>
      <w:r>
        <w:br/>
        <w:t>Не спиться їй… Душно…</w:t>
      </w:r>
    </w:p>
    <w:p>
      <w:r>
        <w:br/>
        <w:t>Підвелася і сіла.</w:t>
      </w:r>
    </w:p>
    <w:p>
      <w:r>
        <w:br/>
        <w:t>Нерівно й звабливо зіклалися зморшки тонкої, як павутиння, сорочки; вирізуване мереживо закрило груди і тільки місяць тонким хитрим промінням заглядав у очка дорогих мережанок.</w:t>
      </w:r>
    </w:p>
    <w:p>
      <w:r>
        <w:br/>
        <w:t>Руки впали на коліна, попустились виточені плечі, а голівка закинулась назад… очи закрились і в темряві бачили щось…</w:t>
      </w:r>
    </w:p>
    <w:p>
      <w:r>
        <w:br/>
        <w:t>По устах пробігав вираз скорботного жадання. Вони іноді журливо напіводкривались і вирізувався з-під них тоді рядок тонкого блиску якогось…</w:t>
      </w:r>
    </w:p>
    <w:p>
      <w:r>
        <w:br/>
        <w:t>Ох, як душно! Душно як!..</w:t>
      </w:r>
    </w:p>
    <w:p>
      <w:r>
        <w:br/>
        <w:t>Від білого ліжка мов полум’ям дише. Тихо в блакитно-темних кутках кімнати. Гострі тіні квіток пробігли від вікна геть по долівці й одна з них збігла на ніжку дівчині, круглий листок із стебельцем відмалювала на сніжно-білому тлі. Хитнеться нога – щезне листок, знов стане – і він, закоханий, знов припаде до того ж самого місця.</w:t>
      </w:r>
    </w:p>
    <w:p>
      <w:r>
        <w:br/>
        <w:t>Вона стала ніжками на долівку й злегка стрепенулась усім тілом. Ліниво ступаючи, підійшла до вікна, обіперлася на нього…</w:t>
      </w:r>
    </w:p>
    <w:p>
      <w:r>
        <w:br/>
        <w:t>Місяць усе своє світло кинув тільки на неї; залив, засріблив найменшу складочку сорочки, безліч разів і безліччю променів цілував усе тіло, кожний пальчик на ніжці, кожну пушинку оксамитових лиць…</w:t>
      </w:r>
    </w:p>
    <w:p>
      <w:r>
        <w:br/>
        <w:t>Ох, як живлюче ллється прохолода в пожадливі груди! Хвилями… Як без кінця, без кінця п’ється аромат ночі й одно зідхання попереджає друге!</w:t>
      </w:r>
    </w:p>
    <w:p>
      <w:r>
        <w:br/>
        <w:t>Солодко потягнулась вона усім тілом… Вигнулись гордою стрільчатою дугою груди; мов мокра, обмалювала їх сорочка, руки високо-високо уверх простяглися, – вся вона була стрілою до неба.</w:t>
      </w:r>
    </w:p>
    <w:p>
      <w:r>
        <w:br/>
        <w:t>А ніч, все шепочучи, манила до себе, тихо говорили листки у садку, падала крапля з трави й грала діямантом між промінням місяця…</w:t>
      </w:r>
    </w:p>
    <w:p>
      <w:r>
        <w:br/>
        <w:t>Тиха, тепла ніч… Тепла, тепла… Обіймає, обгортає все тіло ніжною втіхою і втомою… розніжує, підіймає очи, млосно й пожадливо тріпоче серцем…</w:t>
      </w:r>
    </w:p>
    <w:p>
      <w:r>
        <w:br/>
        <w:t>…І мов у півсні, мов заворожена, вся скоряючись одному якомусь всесильному бажанню, ступила вона на підвіконня й легенько зістрибнула в сад.</w:t>
      </w:r>
    </w:p>
    <w:p>
      <w:r>
        <w:br/>
        <w:t>Бузок бризнув на неї зо всіх своїх квіток холодними крапельками, – вона тільки радісно здригнулася й жартівлива, лукава усмішка промайнула у неї на пишних устах.</w:t>
      </w:r>
    </w:p>
    <w:p>
      <w:r>
        <w:br/>
        <w:t>Не ховаючись, розкішна, в білій сорочці йшла вона по росяній траві, хвилюючи станом. Увійшла у тінь верб і сховалася там…</w:t>
      </w:r>
    </w:p>
    <w:p>
      <w:r>
        <w:br/>
        <w:t>Тільки місяць заздро стежив за нею й ловив кожен момент, щоб обняти її промінням і грав на білому тлі сорочки плямами з світла і тіней.</w:t>
      </w:r>
    </w:p>
    <w:p>
      <w:r>
        <w:br/>
        <w:t>От ізнов вона вийшла з-під верб – і як похопливо блиснув місяць до неї, як радісно заблискав і засяв!</w:t>
      </w:r>
    </w:p>
    <w:p>
      <w:r>
        <w:br/>
        <w:t>Зігнулися й переломилися тіні від гілок і все бігли кудись назад…</w:t>
      </w:r>
    </w:p>
    <w:p>
      <w:r>
        <w:br/>
        <w:t>…Тихо над річкою…</w:t>
      </w:r>
    </w:p>
    <w:p>
      <w:r>
        <w:br/>
        <w:t>Прибігла хвиля, сказала щось до берега, до стеблини очерету і знов рухливо побігла; плещеться все підо дном човна і тихо його все хитає.</w:t>
      </w:r>
    </w:p>
    <w:p>
      <w:r>
        <w:br/>
        <w:t>Шепотіння таємні якісь носяться над берегом… темно і моторошно під вербами: мабуть, холодно там.</w:t>
      </w:r>
    </w:p>
    <w:p>
      <w:r>
        <w:br/>
        <w:t>А посередині річки, ввесь блискучий у сяйві кутої з срібла луски, простягся тонкий дракон. Далеко, аж у темряву комишів кинув він свій гострий і вузький хвіст.</w:t>
      </w:r>
    </w:p>
    <w:p>
      <w:r>
        <w:br/>
        <w:t>І лежить на хвилях, і тихо колишеться і тремтить блискучим пером…</w:t>
      </w:r>
    </w:p>
    <w:p>
      <w:r>
        <w:br/>
        <w:t>А викинеться десь із води безсонна риба, то ввесь стрепенеться дракон, зав’ється пристрасно-чудовими вигибами і суне все далі та далі свій хвіст у темноту берегової трави.</w:t>
      </w:r>
    </w:p>
    <w:p>
      <w:r>
        <w:br/>
        <w:t>А потім знову заспокоїться на свойому широко розісланому зірчастому плащі, і тільки іноді по ньому, як і по небу, повагом проповзе неспокійна хмаринка…</w:t>
      </w:r>
    </w:p>
    <w:p>
      <w:r>
        <w:br/>
        <w:t>О, як тихо! Як божественно тихо!..</w:t>
      </w:r>
    </w:p>
    <w:p>
      <w:r>
        <w:br/>
        <w:t>Плескоче, плескоче хвилька у човен одноманітним, дивно прекрасним звуком – і слухаєш довго її, а вона тільки плескоче, тільки говорить краплею до краплі…</w:t>
      </w:r>
    </w:p>
    <w:p>
      <w:r>
        <w:br/>
        <w:t>І під тихий акомпанемент того плескоту хвиль, в глибоких душевних акордах і мельодіях, не розкриваючи уст, заспівала вона гімн ночі…</w:t>
      </w:r>
    </w:p>
    <w:p>
      <w:r>
        <w:br/>
        <w:t>Солодко полився він палючим струмком з її душі, полетів над вербами і навіть срібний дракон серед річки перестав ворушитись і, припавши до хвилі, заслухався гімну того…</w:t>
      </w:r>
    </w:p>
    <w:p>
      <w:r>
        <w:br/>
        <w:t>Вона співала!</w:t>
      </w:r>
    </w:p>
    <w:p>
      <w:r>
        <w:br/>
        <w:t>О, фантастичная ніч, як люблю я тебе!</w:t>
      </w:r>
    </w:p>
    <w:p>
      <w:r>
        <w:br/>
        <w:t>Розвиваєш свій пишний стяг, малюєш дивне на ньому – й знову звиваєш його у велику-велику просторонь темряви.</w:t>
      </w:r>
    </w:p>
    <w:p>
      <w:r>
        <w:br/>
        <w:t>Вся одразу дишеш прохолодою, підіймаєш тим холодом груди, а потім… потім обпалиш безсердечно – і загориться кров, заб’ють, затуманяться її джерела.</w:t>
      </w:r>
    </w:p>
    <w:p>
      <w:r>
        <w:br/>
        <w:t>Дивовижні, невидані ніким і ніколи образи малюєш ти в своїх чарівних, стрільчастих тінях, в свойому невірному вибагливому світлі!</w:t>
      </w:r>
    </w:p>
    <w:p>
      <w:r>
        <w:br/>
        <w:t>Там, де звикло байдуже око бачити буденну, сіру площу, там, де сама найбистріша летюча фантазія не збудує ні одного достойного образу, – там в момент один твориш ти пишно-прекрасні чарівні фантоми, загадуєш загадки, що їх ніколи не розрішити пильному розумові – о, фантастичная ніч!..</w:t>
      </w:r>
    </w:p>
    <w:p>
      <w:r>
        <w:br/>
        <w:t>Ти, ти!.. Це ти кидаєш безліччю звуків у звикле лиш до гуркоту вухо і вражаєш його тисячею невідомих чар. Ми важимося – важимося розгадати твій символ таємний – і падаємо в безпоміччі!.. А ти знов смієшся і плачеш, знову здалека вієш тихим диханням, сиплеш астрологічні гієроґліфи – о, фантастичная ніч!..</w:t>
      </w:r>
    </w:p>
    <w:p>
      <w:r>
        <w:br/>
        <w:t>І міцно все засипляє в тобі, все сіре і мляве. А те, що живе – збуджується раптом і просить життя… Вогонь пристрасті бурхливим потоком ллється в істоті, пробігають блискавкою палючі жадання, і мозок безсилий кидає даремну боротьбу свою… І в буйних сплесках дикого танцю, орґіях скриків і звуків, божевільне тремтять і б’ються нерви… В тобі це, в тобі – о, фантастичная ніч!..</w:t>
      </w:r>
    </w:p>
    <w:p>
      <w:r>
        <w:br/>
        <w:t>А як блищать в тобі очи!</w:t>
      </w:r>
    </w:p>
    <w:p>
      <w:r>
        <w:br/>
        <w:t>А яким гарячим полум’ям дишуть уста – і немає тих холодів, що змогли б загасити вогонь той: він запалює навіть арктичні льоди.</w:t>
      </w:r>
    </w:p>
    <w:p>
      <w:r>
        <w:br/>
        <w:t>І в твою темряву, – о, фантастичная ніч, – в твої чорнії хвилі простягаються тремтячі руки, лоні пишно-палючо розкриваються назустріч… Припасти, припасти до них і висмоктать отруту тую, що влила ти туди, ти – о, фантастичная ніч!..</w:t>
      </w:r>
    </w:p>
    <w:p>
      <w:r>
        <w:br/>
        <w:t>І вся наповнена жадливою сумішшю всяких бажань з палаючим від таємних огнів обличчям, сідає вона в човен, бере весла й дужою, зміцнілою рукою відштовхується від берега.</w:t>
      </w:r>
    </w:p>
    <w:p>
      <w:r>
        <w:br/>
        <w:t>Зашепотів човник, сповзаючи з трави, хлюпнув дном на груди хвилі і швидко виплив на середину…</w:t>
      </w:r>
    </w:p>
    <w:p>
      <w:r>
        <w:br/>
        <w:t>Забилося, заграло, тремтячи, проміння місяця на воді, розтопленим сріблом зливалася з весел вода, гордо вирізувався човен з дивною, мармурово-білою фігурою на собі.</w:t>
      </w:r>
    </w:p>
    <w:p>
      <w:r>
        <w:br/>
        <w:t>Упаде весло на воду, замовчить під нею на мить, потім вискочить із звуком і з другим знов упаде, знов упаде.</w:t>
      </w:r>
    </w:p>
    <w:p>
      <w:r>
        <w:br/>
        <w:t>Іноді чорною підійметься з веслом цікава низка трави водяної, гляне понад хвилями раз у житті і знов навіки сховається в своє темнеє царство на дні.</w:t>
      </w:r>
    </w:p>
    <w:p>
      <w:r>
        <w:br/>
        <w:t>А за човном біжить і піниться вода і спішно-спішно гомонить щось…</w:t>
      </w:r>
    </w:p>
    <w:p>
      <w:r>
        <w:br/>
        <w:t>Що?.. Що говориш ти, холодная хвилько?</w:t>
      </w:r>
    </w:p>
    <w:p>
      <w:r>
        <w:br/>
        <w:t>Що знаєш ти?</w:t>
      </w:r>
    </w:p>
    <w:p>
      <w:r>
        <w:br/>
        <w:t>Чи палилась ти хоч один раз отак коли-небудь?</w:t>
      </w:r>
    </w:p>
    <w:p>
      <w:r>
        <w:br/>
        <w:t>Чи прилітало до тебе відкілясь незмірне полчище страшних і солодких якихось бажань і чи кидалось воно коли на тебе – і чи падала ти коли під тією вагою і натиском?</w:t>
      </w:r>
    </w:p>
    <w:p>
      <w:r>
        <w:br/>
        <w:t>Ох!.. Як палиться мозок і як горять вогнем лиця!</w:t>
      </w:r>
    </w:p>
    <w:p>
      <w:r>
        <w:br/>
        <w:t>І ти, о, недобрая ніч, навіть ти не дишеш і не обвиваєш прохолодою, а мов ще більше кидаєш розпаленого вугілля в гарячі виски…</w:t>
      </w:r>
    </w:p>
    <w:p>
      <w:r>
        <w:br/>
        <w:t>І дужче, дужче все б’ється серце, кудись виривається воно…</w:t>
      </w:r>
    </w:p>
    <w:p>
      <w:r>
        <w:br/>
        <w:t>А хтось міцний закоханий вже нахилився до неї, вже дише… і ворушиться волос на чолі у неї від гарячого дихання того…</w:t>
      </w:r>
    </w:p>
    <w:p>
      <w:r>
        <w:br/>
        <w:t>Близько-близько притулився він і глянув своїми бездонними очима їй у самую душу. І страшно дивитися у ті очи – і вічно дивитися хочеться, бо в кожний момент сиплеться з них щось нове, якісь вогні, образи, бажання…</w:t>
      </w:r>
    </w:p>
    <w:p>
      <w:r>
        <w:br/>
        <w:t>– Хто ти? Хто ти?.. – несміливо й тихо шепоче вона, кинувши весла, і тремтить у неї сорочка на грудях…</w:t>
      </w:r>
    </w:p>
    <w:p>
      <w:r>
        <w:br/>
        <w:t>Відкілясь із ніжок, з самих пальчиків на ніжках поповзло щось гаряче-гаряче і залило жаром усе тіло…</w:t>
      </w:r>
    </w:p>
    <w:p>
      <w:r>
        <w:br/>
        <w:t>Човен зашелестів осокою і торкнувся легко та тихо об берег…</w:t>
      </w:r>
    </w:p>
    <w:p>
      <w:r>
        <w:br/>
        <w:t>Вона здригнулась і… і щез кудись він. В лице їй ударила, мов жартуючи, китиця очерету, бризнуло крапельками аж за спину. Дихнула прохолода з берегової мряки.</w:t>
      </w:r>
    </w:p>
    <w:p>
      <w:r>
        <w:br/>
        <w:t>Сумно-сумно зідхнула вона, з болем узялася за весла і знов випливла на середину річки…</w:t>
      </w:r>
    </w:p>
    <w:p>
      <w:r>
        <w:br/>
        <w:t>Падають весла, хвилька говорить, дракон срібний хвилюється і вигинається спереду, очима тайни дивиться темний берег – а думи знов обсідають, летять звідусіль… Гонить їх хтось лихий на безсилу дівочу душу, панами приходять вони туди, женуть все супротивне…</w:t>
      </w:r>
    </w:p>
    <w:p>
      <w:r>
        <w:br/>
        <w:t>От ізнов кинуті весла притулились до човна і, зіклавши промінясті руки на колінах, схиливши голову, задумалась красуня… про нього вона задумалась…</w:t>
      </w:r>
    </w:p>
    <w:p>
      <w:r>
        <w:br/>
        <w:t>Хто він – не знає вона. Знає тільки, що мусить бути прекрасний, як ця ніч, як цей сніп тонкий світла від місяця над сонною річкою…</w:t>
      </w:r>
    </w:p>
    <w:p>
      <w:r>
        <w:br/>
        <w:t>Царевич молодий, ввесь у шитому золотом убранні, з пишними кучерями до плечей, ставний і гнучкий, мов промінь…</w:t>
      </w:r>
    </w:p>
    <w:p>
      <w:r>
        <w:br/>
        <w:t>Лицар дужий, в залізо закутий увесь, чесний до фанатизму оборонець і захисник краси. Прийде він, могутній, і схилить коліно і здійме шолом важкий, прикрашений струсовим пір’ям…</w:t>
      </w:r>
    </w:p>
    <w:p>
      <w:r>
        <w:br/>
        <w:t>Великий геній, що перед ним схилиться світ увесь, співаючи пісні й гімни прославні, геній з піднятим, як у бога, чолом і всесильним поглядом закоханих, чудово-глибоких очей…</w:t>
      </w:r>
    </w:p>
    <w:p>
      <w:r>
        <w:br/>
        <w:t>А може сам цар морський… ввесь обвішаний зеленими травами, дивовижними перлами, з сивою бородою і з жагою юнака… Він пестити як дитинку буде любку свою, убиратиме в коштовні діяманти, колихатиме на прозорих, дивно пахучих хвилях і примусить підвладних йому чарівливих сирен розважати кохану веселими співами…</w:t>
      </w:r>
    </w:p>
    <w:p>
      <w:r>
        <w:br/>
        <w:t>…А ніч все колише й колише величним покровом своїм, а хвилі все дзвенять срібними голосами під човном, безконечне щось розказують одна одній.</w:t>
      </w:r>
    </w:p>
    <w:p>
      <w:r>
        <w:br/>
        <w:t>Запитливо дивляться, зігнувшись над річкою, цікаві верби; іноді сердито, мов гад, вигляне з-під води чорний камінь, крикне спросоння й замовкне знов птиця в гілках, а комиш, сумний хранитель берегових таємниць, радиться про якусь новину…</w:t>
      </w:r>
    </w:p>
    <w:p>
      <w:r>
        <w:br/>
        <w:t>– Заспівати… заспівати…</w:t>
      </w:r>
    </w:p>
    <w:p>
      <w:r>
        <w:br/>
        <w:t>О, як хочеться голосно-голосно заспівати, всю далечінь наповнити звуками, одразу вилити ненаситиму, таємну жагу з глибини, виплиснуть гіркість сліз із душі…</w:t>
      </w:r>
    </w:p>
    <w:p>
      <w:r>
        <w:br/>
        <w:t>Може спів він учує і, прекрасний, світлий, жаданий, прилетить на поклик.</w:t>
      </w:r>
    </w:p>
    <w:p>
      <w:r>
        <w:br/>
        <w:t>Прилетить!.. О, він прилетить, коханець дорогий… дасть зрозуміти всю чарівну розкіш любові, і вони вкупі знесуться на верх буття… Туди… в вічно прекрасні сфери, в гармонію.</w:t>
      </w:r>
    </w:p>
    <w:p>
      <w:r>
        <w:br/>
        <w:t>– Прилинь!.. Прилинь!.. Ждуть тебе, щоб розкритися, пишні лоні мої… Губи рожеві чекають уст твоїх… Ще нікого, нікого не цілували вони… Всі скарби дорогоцінні, вони берегли для тебе і тільки для тебе… Ніхто не осквернив ще моїх очей своїм палким зором, ніхто не держав ще за руку мене і вона не тремтіла ще в жодній руці… На тебе, на тебе чекають усі розкоші і сили й принади… Прилинь!.. О, прилинь!.. О, жаданий і милий, і милий…</w:t>
      </w:r>
    </w:p>
    <w:p>
      <w:r>
        <w:br/>
        <w:t>І простерла вона до небес тонкі руки свої, мов відти чекала коханця.</w:t>
      </w:r>
    </w:p>
    <w:p>
      <w:r>
        <w:br/>
        <w:t>Широкі рукава округлим рухом ізсунулись на плечі і лінії мармурових, виточених рук забились, запалали промінням.</w:t>
      </w:r>
    </w:p>
    <w:p>
      <w:r>
        <w:br/>
        <w:t>Закинулась голова, вискочив гребінь, розсипались свавільно коси…</w:t>
      </w:r>
    </w:p>
    <w:p>
      <w:r>
        <w:br/>
        <w:t>Груди скоро-скоро підіймались, тріпотіли – і вся вона, розкрита, зворушена, поклик жаги кидала в просторонь, в далеке зірчастеє небо:</w:t>
      </w:r>
    </w:p>
    <w:p>
      <w:r>
        <w:br/>
        <w:t>– Хто ти?! Хто ти?!</w:t>
      </w:r>
    </w:p>
    <w:p>
      <w:r>
        <w:br/>
        <w:t>І… ніхто, окрім комишу, не відгукувався на поклик жахливий той…</w:t>
      </w:r>
    </w:p>
    <w:p>
      <w:r>
        <w:br/>
        <w:t>І ніхто, окрім місяця, не цілував її гордо-піднятих грудей і палаючого лиця…</w:t>
      </w:r>
    </w:p>
    <w:p>
      <w:r>
        <w:br/>
        <w:t>Холодно відбивала вода свою глибину і загадувала таємну загадку…</w:t>
      </w:r>
    </w:p>
    <w:p>
      <w:r>
        <w:br/>
        <w:t>І з розпачем крикнувши аж до хмар: "Хто б не був ти! Хто б не був ти!" – впала вона, ридаючи, на дно човна… Човен загойдався, загомоніли незадоволено весла, хвилька бризнула вбоки – і знов через момент все також тихо і таємно заговорила, несучись все вперед і вперед…</w:t>
      </w:r>
    </w:p>
    <w:p>
      <w:r>
        <w:br/>
        <w:t>Впали стрільчастії тіні на воду… Місяць розлив свій напиток-отрую, дихання ночі пронеслося, і затремтіли у ньому бажання… Сни прийшли до тих, хто спав, життя наступило для тих, хто хотів… Стомленим – сон, серцю – биття, радість – бажанню, вбогим – кайдани і пута.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Aria passionata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