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Анкета</w:t>
      </w:r>
    </w:p>
    <w:p>
      <w:r>
        <w:br/>
        <w:t xml:space="preserve"> &lt;p&gt;I</w:t>
      </w:r>
    </w:p>
    <w:p>
      <w:r>
        <w:br/>
        <w:t>Чорнобривий паровоз закашляв десь далеко колесами, несміло засвистів у степу, i замурзані села виглянули із-за горбів здивовано, а Половецьке назустріч аж поклонилося, наче хотіло сказати: "Добридень вам!" Але засіяв сіянець дощ, заїмжилося, i село не поздоровкалося…</w:t>
      </w:r>
    </w:p>
    <w:p>
      <w:r>
        <w:br/>
        <w:t>А на тихий кашель паровоза пiдвiвся з полу в своїй хаті Антон Родіонович Собачка i, потягаючись, голосно сказав до жінки:</w:t>
      </w:r>
    </w:p>
    <w:p>
      <w:r>
        <w:br/>
        <w:t>— Не люблю, коли бандит сниться. Секретний агент по бе-бе, а мені цілу ніч, сволоч! сволоч!</w:t>
      </w:r>
    </w:p>
    <w:p>
      <w:r>
        <w:br/>
        <w:t>Розпатлана жінка, з підсиненим оком, спала поруч; він штовхнув її грубо під бік i в’їдливо, ляскаючи в долоні, гукав:</w:t>
      </w:r>
    </w:p>
    <w:p>
      <w:r>
        <w:br/>
        <w:t>— Хазяйка!.. Слава Богу, вже день, а ти й досі сонька виводиш... Пора, стара!</w:t>
      </w:r>
    </w:p>
    <w:p>
      <w:r>
        <w:br/>
        <w:t>Галька, обсіяна ластовинням та великими чорними бровами, злякано подивилась на свою долю — заспокоїлась, а спалені, смутні очі засміялися до Собачки:</w:t>
      </w:r>
    </w:p>
    <w:p>
      <w:r>
        <w:br/>
        <w:t>— З ким діло маєш, то той i верзеться...</w:t>
      </w:r>
    </w:p>
    <w:p>
      <w:r>
        <w:br/>
        <w:t>— Нє, ти, бра, послухай: вчора ми поймали на лузі Гарячого, а сю ніч — наче горять копиці сіна, якісь чорні свині лізуть у піч, за ними наші заложники… дядьки танцюють коло вогню i п’ють котъолками самогон...</w:t>
      </w:r>
    </w:p>
    <w:p>
      <w:r>
        <w:br/>
        <w:t>— Я розгоняю їх із Чабанюком, а Бугаєць Дмитровський (у мене сексотом работає...) під ніс мені котьолок: "Пий, кров-душа, разом з нами!" І, главне, Гарячий на рижому коні — прямо на мене, командую: "Револьвери!" — сіна горять, а села почорніли, як самогонні апарати...</w:t>
      </w:r>
    </w:p>
    <w:p>
      <w:r>
        <w:br/>
        <w:t>Галька погладила сонну голівку Палажки, закрила настільником ноги розпаленого на припічку хлопчика і важно зітхнула:</w:t>
      </w:r>
    </w:p>
    <w:p>
      <w:r>
        <w:br/>
        <w:t>— Бо п’єш... Отак десь гулятимеш, гулятимеш, а банда застукає та й...</w:t>
      </w:r>
    </w:p>
    <w:p>
      <w:r>
        <w:br/>
        <w:t>Антон Родіонович сплюнув додолу, розтер чоботом, трохи зблід i, скривлений схожий на змерзлого пса, промовив:</w:t>
      </w:r>
    </w:p>
    <w:p>
      <w:r>
        <w:br/>
        <w:t>— Горілий самогон, говорив тов. Джемс, вредно пить...</w:t>
      </w:r>
    </w:p>
    <w:p>
      <w:r>
        <w:br/>
        <w:t>Він почав лащитись до жінки:</w:t>
      </w:r>
    </w:p>
    <w:p>
      <w:r>
        <w:br/>
        <w:t>— Дурочка ти, да ти знаєш, що таке твій Антон Родіонович? Думаєш, отак без рукавиць і на той бік пошлеш... го, го! О, я можу ще тепер зжити декого, хай не гавкають — "бандит був — бандит зостався..." О! Ну, от... знов своєї: "Надоїв людям — услід плюють..." Плювать мені на людей, знаєш це? Ет! Правду говорить про женщину тов. Джемс...</w:t>
      </w:r>
    </w:p>
    <w:p>
      <w:r>
        <w:br/>
        <w:t>От серед цього саме місця Антон Родіонович натяг лівий чобіт на ногу i змінив свою думку:</w:t>
      </w:r>
    </w:p>
    <w:p>
      <w:r>
        <w:br/>
        <w:t>— Готуй снідання, а Палажка хай катне до комнезаму за підводою... Сьогодні говорю учителям, хе, контрреволюціонери, промову... Ми только лучшего хатiм... — І далі різко гукнув на всю хату: — Снiдать — раз, онучу без рубців знайти — два i чарку до снідання — три!</w:t>
      </w:r>
    </w:p>
    <w:p>
      <w:r>
        <w:br/>
        <w:t>Галька:</w:t>
      </w:r>
    </w:p>
    <w:p>
      <w:r>
        <w:br/>
        <w:t>— Уже стерявся...</w:t>
      </w:r>
    </w:p>
    <w:p>
      <w:r>
        <w:br/>
        <w:t>І Антон Родіонович почав снiдать; жінка підносила, а заспані діти попрокидались i, злякані, поглядали з печі на батька i мовчали; правда, iнодi падало на прилавок, до матері, якесь необережне дитяче слово: "Мамо, а нам сальця", але батько протирав тоді заплакане вікно і незадоволено їв із салом своє слово:</w:t>
      </w:r>
    </w:p>
    <w:p>
      <w:r>
        <w:br/>
        <w:t>— Азiяти.</w:t>
      </w:r>
    </w:p>
    <w:p>
      <w:r>
        <w:br/>
        <w:t>...На печі шепотіла осокою дітям баба Оксана:</w:t>
      </w:r>
    </w:p>
    <w:p>
      <w:r>
        <w:br/>
        <w:t>— Ваш батько виписує душі, як у граматку, а потім п’є та матір б’є...</w:t>
      </w:r>
    </w:p>
    <w:p>
      <w:r>
        <w:br/>
        <w:t>І діти боялися батька: коли настане вечір, він уздечку з кілочка та до матері п’яний кричить:</w:t>
      </w:r>
    </w:p>
    <w:p>
      <w:r>
        <w:br/>
        <w:t>— Ти проти властi йдьош? Уб’ю гадюку!</w:t>
      </w:r>
    </w:p>
    <w:p>
      <w:r>
        <w:br/>
        <w:t>П’яний падав на долівку, бив лобом пiднiжку столу, блював... а мати слала долі куль соломи, кожух — клала спать, i сама бігла замикати двері — боялася...</w:t>
      </w:r>
    </w:p>
    <w:p>
      <w:r>
        <w:br/>
        <w:t>"…І виписує душі, як у граматку, а потім п’є та матір б’є..."</w:t>
      </w:r>
    </w:p>
    <w:p>
      <w:r>
        <w:br/>
        <w:t>Собачка надів порепану од сонця кожану куртку, накинув дощовика, засунув за пояса револьвер, грюкнув дверима i вийшов. Аж до самих Смутних горбів Антон Родіонович думав:</w:t>
      </w:r>
    </w:p>
    <w:p>
      <w:r>
        <w:br/>
        <w:t>"Що казав тов. Джемс про женщину? Женщина i проiзводство..." Він засміявся сам до себе i сплюнув:</w:t>
      </w:r>
    </w:p>
    <w:p>
      <w:r>
        <w:br/>
        <w:t>— Хіба з таким жлобом, як моя жінка, може бути проiзводство? Культури ніякої, неграмотна, а політики совершенно не понiмає... Ех, свєт!..— Останні слова були вже із термінології самого лише Собачки.</w:t>
      </w:r>
    </w:p>
    <w:p>
      <w:r>
        <w:br/>
        <w:t>— Но, но, но-о... Оддиш трохи, не смикайся,— приказував під горбом якийсь клiщуватий, з рижою борідкою дядько до коня; побачив Собачку, обтер повагом мокре обличчя i влесливо, хитро засміявся:</w:t>
      </w:r>
    </w:p>
    <w:p>
      <w:r>
        <w:br/>
        <w:t>— Антону Родіоновичу привіт...</w:t>
      </w:r>
    </w:p>
    <w:p>
      <w:r>
        <w:br/>
        <w:t>А Антон Родіонович тільки одно слово:</w:t>
      </w:r>
    </w:p>
    <w:p>
      <w:r>
        <w:br/>
        <w:t>— Здрастуй,— тихо.— А продналог! — голосно, і паче в серце голкою клiщуватого — "не везе!", одкотив комір дощовика і пішов.</w:t>
      </w:r>
    </w:p>
    <w:p>
      <w:r>
        <w:br/>
        <w:t>Дядько скривився:</w:t>
      </w:r>
    </w:p>
    <w:p>
      <w:r>
        <w:br/>
        <w:t>— Пролог... Н-но!</w:t>
      </w:r>
    </w:p>
    <w:p>
      <w:r>
        <w:br/>
        <w:t>Ударив коня, засвистіла під колесами грязь, і віз спинився; дядько кинув услід Собачки слинявого матюка, сіпнув за віжку і люто запитав голу вербу:</w:t>
      </w:r>
    </w:p>
    <w:p>
      <w:r>
        <w:br/>
        <w:t>— Га? Пролог, каже, а! В банді крутився i тут крутиться,— міркує кліщуватий.— А... но! Стала слухать, гадова душа!</w:t>
      </w:r>
    </w:p>
    <w:p>
      <w:r>
        <w:br/>
        <w:t>Повернув пужално, із усієї сили ударив коняку — сіпнула, а він підклав плече під полудрабок, i побичувались на гору.</w:t>
      </w:r>
    </w:p>
    <w:p>
      <w:r>
        <w:br/>
        <w:t>І Половецьке ранком було таке убоге... обсмикана скотиною стріха на повітках, голе обчухране дерево, а через дорогу од колодязя пройшла з повними вiдрами боса, у кропив’яній, з мiшкiв, спiдницi дівчина і хлюпнула коло воріт водою...</w:t>
      </w:r>
    </w:p>
    <w:p>
      <w:r>
        <w:br/>
        <w:t>Грязь, дощі...</w:t>
      </w:r>
    </w:p>
    <w:p>
      <w:r>
        <w:br/>
        <w:t>— Спасибі, хоч дорогу з повними відрами перейшла,— подумав дядько i тугіше підперезав пасок шинелі.</w:t>
      </w:r>
    </w:p>
    <w:p>
      <w:r>
        <w:br/>
        <w:t>ІІ</w:t>
      </w:r>
    </w:p>
    <w:p>
      <w:r>
        <w:br/>
        <w:t>Волость, перемальована на виконком, нагадує стару миколаївську троячку, залиту олією, що блищить сірою осугою, а кінчики покусані часом,— так от кулі покусали бляшану покрівлю волості, у вікнах — тонка шалівка, а підлога — пізно заоране поле... З’їзд.</w:t>
      </w:r>
    </w:p>
    <w:p>
      <w:r>
        <w:br/>
        <w:t>І коли розтрушує городняком учитель Матвiєць, здається, засіває поле; це нічого, що в кутку, де була колись ікона пам’яті Олександра III, стоїть тепер бюст Шевченка, а над ним плакати:</w:t>
      </w:r>
    </w:p>
    <w:p>
      <w:r>
        <w:br/>
        <w:t>"Бей по Колчаку! — звал Октябрь.—</w:t>
      </w:r>
    </w:p>
    <w:p>
      <w:r>
        <w:br/>
        <w:t>Бей по Деникину! —</w:t>
      </w:r>
    </w:p>
    <w:p>
      <w:r>
        <w:br/>
        <w:t>Бей по Петлюре!" —</w:t>
      </w:r>
    </w:p>
    <w:p>
      <w:r>
        <w:br/>
        <w:t>а хтось, голодний на папір, одiрвав цигарок на три i неграмотно дописав: "Бей бандитов — эксплоататоров народной крови".</w:t>
      </w:r>
    </w:p>
    <w:p>
      <w:r>
        <w:br/>
        <w:t>Матвiєць на все це дивиться косо, обережно, а сміх його — тоненький, їдкий i сковзається на обличчі учителя Черевички, i радо ловлять у дверях його очі обпалений вітром вид Одарки Костянтинівни... Він показує на газетні рядки і голосно, щоб чули учителі, що крешуть коло вікон огонь, читає газету...</w:t>
      </w:r>
    </w:p>
    <w:p>
      <w:r>
        <w:br/>
        <w:t>— Прикурюємо... з’їзд так з’їзд — Антон Родіонович слово скажуть...</w:t>
      </w:r>
    </w:p>
    <w:p>
      <w:r>
        <w:br/>
        <w:t>— Ша, Чечевичко...</w:t>
      </w:r>
    </w:p>
    <w:p>
      <w:r>
        <w:br/>
        <w:t>"Революційна Європа. По радіо з Науена нас (хi-хi) повідомляють: Європа в революцiйнiй небезпеці: в Англії, Америці, Франції перепродукція товарів досягла... безробіття грізною хвилею..."</w:t>
      </w:r>
    </w:p>
    <w:p>
      <w:r>
        <w:br/>
        <w:t>І кидає на стіл газету. Одарка Костянтинівна хiхiкає: її лисиче обличчя, коли зустрічає розумні Матвiйцевi очі, робиться кокетливо-пишним, серйозним, а слова його вона вичитує сама,— але до розмови встряє отак собі, за здрастуйте, розхристана бурсацька постать Чечевички, i на хвилину робиться смішно:</w:t>
      </w:r>
    </w:p>
    <w:p>
      <w:r>
        <w:br/>
        <w:t>— Я так думаю, хай там собі безробіття, а нам аби кращий пайок давали, або хоч би консерви... ги, ги! — Він дурнувато оглядає своїх товаришів по школі i підходить до Матвiйця: — Правду говорю чи нi? — запитує Чечевичка і безцеремонно простягає руку до капшучка з тютюном.</w:t>
      </w:r>
    </w:p>
    <w:p>
      <w:r>
        <w:br/>
        <w:t>Одарка ніжно торкає Матвiйцеву руку, випростовується і сумно зітхає, отак, наче хоче вимовити гаряче "ех!..", i раптом перебиває його мислі:</w:t>
      </w:r>
    </w:p>
    <w:p>
      <w:r>
        <w:br/>
        <w:t>— Я чула,— тихо починає вона,— що ваш зятьок над сестрою знущається, чого ви мовчите?</w:t>
      </w:r>
    </w:p>
    <w:p>
      <w:r>
        <w:br/>
        <w:t>У Матвiйця нервово тремтить брова:</w:t>
      </w:r>
    </w:p>
    <w:p>
      <w:r>
        <w:br/>
        <w:t>— Собачка — бандитський намул, ім’я якому смерть, але не я, я не можу, хтось поклав до мого серця жаль... нi.</w:t>
      </w:r>
    </w:p>
    <w:p>
      <w:r>
        <w:br/>
        <w:t>І шумить сива шапка Чечевички:</w:t>
      </w:r>
    </w:p>
    <w:p>
      <w:r>
        <w:br/>
        <w:t>— Ану, гайда до школи: Джемс, Антон Родіонович — всі, треба починати...</w:t>
      </w:r>
    </w:p>
    <w:p>
      <w:r>
        <w:br/>
        <w:t>— Антон Родіонович... бідна ж моя сестра...— сумно проказує Матвієць, кидає недокурок i перепускає до дверей Одарку Костянтинівну.</w:t>
      </w:r>
    </w:p>
    <w:p>
      <w:r>
        <w:br/>
        <w:t>— Ох-х i яблучко да революція,</w:t>
      </w:r>
    </w:p>
    <w:p>
      <w:r>
        <w:br/>
        <w:t>А бандитським дядькам да контрибуція… —</w:t>
      </w:r>
    </w:p>
    <w:p>
      <w:r>
        <w:br/>
        <w:t>випльовує в осінню грязь гармонія продбатальйону, затихає, а Матвiєць чогось думає про устілку, що промокла в правому чоботі, i стомлено сміється.</w:t>
      </w:r>
    </w:p>
    <w:p>
      <w:r>
        <w:br/>
        <w:t>Шкільні двері, коли одчиняються, позіхають од холоду — не топлено, але по шибках цвіте тютюновий димок, i гаряча пара вилітає у делегатів з’їзду i стелеться по шкільних лавах, де на плямах чорнила синіє, гусне...</w:t>
      </w:r>
    </w:p>
    <w:p>
      <w:r>
        <w:br/>
        <w:t>До столу підбігає підтюпцем тов. Джемс, маленький, з подзьобаним віспою обличчям, винувато просить (він начмiлiцiї) пробачити, але інструктора з центру не буде:</w:t>
      </w:r>
    </w:p>
    <w:p>
      <w:r>
        <w:br/>
        <w:t>— Начiнайтє, товарiщi, самi, а докладчiк сдєлаєт Антон Родіонович,— тихо додає він i сідає кінець столу.</w:t>
      </w:r>
    </w:p>
    <w:p>
      <w:r>
        <w:br/>
        <w:t>Антон Родіонович поправляє кобуру револьвера, вирівнюється i торжественно виходить, наче общипаний гусак, в австрійському галіфе до учительської кафедри.</w:t>
      </w:r>
    </w:p>
    <w:p>
      <w:r>
        <w:br/>
        <w:t>Матвiєць спльовує додолу i закурює; делегати, зачувши ім’я Антона Родіоновича, боязко оглядаються до дверей, притихають, i зала хутко німіє.</w:t>
      </w:r>
    </w:p>
    <w:p>
      <w:r>
        <w:br/>
        <w:t>— Товариші інтелігенція i селянство! — починає, пильно вдивляючись в обличчя делегатів, Собачка.— Вам iзвестно, хто я такой? Я — бивший бандит Зеленого, которий перейшов чесно к Совєтской властi, i говорю вам: ми знаєм iмперiалiзму буржуазной Германії й прочих стран, онi на наших шкурах создают красноє, огненноє кольцо, но онi глибоко ошибаються, уже в могилу пошли тi, хто подривал знутрi Совєтскую власть... Я сам, как ізвєсно, половецький куркуль, но за правду всiгда умру, i больно смотреть на сельскую iнтелiгенцiю, которая не може принiмать участія по збору продналога. Напримєр, що такоє релігія? Само обман! Нєт, ти докажи дядьку, що ето действительно самообман, i не нужно нiкакiх iкон — ето картинка, а не Бог... Помещики i капитал строiлi не школи, а марнопольку, спрашується, для чого ето? Затемнять народ, жаждущiй знанiя i свєта; буржуї сознавали, що когда настанет соцiалiзм Совєтской властi,— онi погибнуть, i вони погибли, но йде жестокая борьба, рєками проливається кров, i експлоататори народной кровi — бандити, напримєр, поймали курiнного третього куреня, котрий перейшов, как i я, чесно, i повiсили на стовпi разом iз собакою, а хто ж, сознательний, не согласиться, що ето звєрство? І когда йдьоть борьба не на жизнь, а на смерть, тогда нужно акуратно здать продналог:</w:t>
      </w:r>
    </w:p>
    <w:p>
      <w:r>
        <w:br/>
        <w:t>не думайте, що я не сознаю, какая ето трудность, да, наш дядько покiль не загремить, не перехреститься, но время не жде, дорога тепер плоха, значить, пiдвозить треба скорiше...</w:t>
      </w:r>
    </w:p>
    <w:p>
      <w:r>
        <w:br/>
        <w:t>Раз ти здав продналог, тогда не будеш нарiкать, що Антон Родіонович не дає дихать, нет, я тебе пальцем не трону... потому ти чесний гражданин, а не бандит. Не помагай iмперiалiзму, которий здавив железной рукой красную винтовку, хоче потопить в кровi революцiю, а здавай продналог. Правильно говорю iлi нет? Ето важний вопрос, i я ставлю руба: хто проти? Я окончив...</w:t>
      </w:r>
    </w:p>
    <w:p>
      <w:r>
        <w:br/>
        <w:t>Чечевичка ляскає в долоні i розгублено бігає очима по делегатських обличчях, тоді посеред школи вимальовується у синьому диму подзьобане віспою лице тов. Джемса — винувате, з розломленою від здивування бровою, що починає підскакувати в такт його промови:</w:t>
      </w:r>
    </w:p>
    <w:p>
      <w:r>
        <w:br/>
        <w:t>— ...Нужно, наконец, сознать,— шекеряючи каже Джемс,— за что ми, рабочiє, прiшлi на село... Знаєм, к нам много прiмазалось грязних рук, но ето будет потом — вияснiм, но я променял станок на вiнтовку не для себя, а для всех рабочiх i крестьян. Думаю, товарiщi, ми скопом пойдьом за революцiєю... Я не умею красно говорiть, как Антон Родiоновiч,— іронічна посмішка застигає на татарському обличчі тов. Джемса. Він, не скінчивши промови, думає: "Нужно узнать поблiже Собачку: гноячку прiдьотся разрєзать... Завтра достану єго анкету".</w:t>
      </w:r>
    </w:p>
    <w:p>
      <w:r>
        <w:br/>
        <w:t>Чечевичка схвильовано нахиляється до Матвiйця i шепче на вухо:</w:t>
      </w:r>
    </w:p>
    <w:p>
      <w:r>
        <w:br/>
        <w:t>— Чудак, їй-Богу, тут вопрос о пайках стоїть, а він революцію смалить...</w:t>
      </w:r>
    </w:p>
    <w:p>
      <w:r>
        <w:br/>
        <w:t>Матвiєць не вiдповiдає й думає майже вслух:</w:t>
      </w:r>
    </w:p>
    <w:p>
      <w:r>
        <w:br/>
        <w:t>— Чечевичка — копія Антона Родіоновича...</w:t>
      </w:r>
    </w:p>
    <w:p>
      <w:r>
        <w:br/>
        <w:t>— Прєдлагаю, товарiщi, пропєть "Iнтернацiонал",— закінчує несподівано своє слово Джемс, i з’їзд, наче зимою школярі, встає, тупає ногами i несміливо починає співати...</w:t>
      </w:r>
    </w:p>
    <w:p>
      <w:r>
        <w:br/>
        <w:t>—"Яка осіння туга!" — зціпивши міцно зуби, продовжу думати Матвiєць, а коли кінчають співати, серйозно вiдповiдає Чечевичцi:</w:t>
      </w:r>
    </w:p>
    <w:p>
      <w:r>
        <w:br/>
        <w:t>— Не безпокойтесь, пiсля з’їзду, здається, кожному дадуть пару білизни...</w:t>
      </w:r>
    </w:p>
    <w:p>
      <w:r>
        <w:br/>
        <w:t>— Невже? — радісно вихоплюється у Чечевички, але Матвiєць каже тільки:</w:t>
      </w:r>
    </w:p>
    <w:p>
      <w:r>
        <w:br/>
        <w:t>— Ах, яка грязь надворі...</w:t>
      </w:r>
    </w:p>
    <w:p>
      <w:r>
        <w:br/>
        <w:t>ІІІ</w:t>
      </w:r>
    </w:p>
    <w:p>
      <w:r>
        <w:br/>
        <w:t>Антон Родіонович повертається додому по-старому, напідпитку... I коли доходить до Половецького, знімає з плеча винтовку, закладає п’ять броневих куль i цілиться в перехресну дуплинясту вербу, де повісили повстанці його товариша, i б’є...</w:t>
      </w:r>
    </w:p>
    <w:p>
      <w:r>
        <w:br/>
        <w:t>Постріл долітає до селянських осель i десь цюкає у старий присішок, а луна глухо лягає на озимину, i після цього ще густіше сіє дощ, i поспішає, сковзається у чорній свиті осінній вечір, i снує над селами тумани...</w:t>
      </w:r>
    </w:p>
    <w:p>
      <w:r>
        <w:br/>
        <w:t>Разом з ним ковзається Собачка i голосно, наче його слухають учителі на з’їзді, заявляє:</w:t>
      </w:r>
    </w:p>
    <w:p>
      <w:r>
        <w:br/>
        <w:t>— Ну, от ти — бог,— він додає до цього соромну лайку,— а стій зараз коло верби — i шльопну, брат, тільки блиснеш!.. Бог, гм,— картинка, а когда-нiбудь прикажуть тобі — не пускай дощу, i не пускай, сволоч!.. Природа i скопленiє хмар... ето не важно,— продовжує розмовляти Антон Родіонович,— а главне — приходиш додому i пиши анкету: жлоб лягає коло жінки спать, а за доноси я віддячу... а то ще самого вiзьмуть за же — да в конверт, i будеш, братiку, не агент по бе-бе, а кукальщик... Не служба — ответственность...</w:t>
      </w:r>
    </w:p>
    <w:p>
      <w:r>
        <w:br/>
        <w:t>Да, говорять інтелігенти... поїду до Риги, чи не поїду?</w:t>
      </w:r>
    </w:p>
    <w:p>
      <w:r>
        <w:br/>
        <w:t>Жена моя бариня,</w:t>
      </w:r>
    </w:p>
    <w:p>
      <w:r>
        <w:br/>
        <w:t>Отєць капiтан... Отєць капiтан...</w:t>
      </w:r>
    </w:p>
    <w:p>
      <w:r>
        <w:br/>
        <w:t>Антон Родіонович гикає, i пригадавши історичну вербу, починає твердіше ступати:</w:t>
      </w:r>
    </w:p>
    <w:p>
      <w:r>
        <w:br/>
        <w:t>— Капітан не капітан, а ми: плюнеш, а потім повернешся і — дозвольте витерти.</w:t>
      </w:r>
    </w:p>
    <w:p>
      <w:r>
        <w:br/>
        <w:t>З туману запирхала коняка, i Собачка, прищуливши голову, гукнув</w:t>
      </w:r>
    </w:p>
    <w:p>
      <w:r>
        <w:br/>
        <w:t>— Хто їде? Стій!</w:t>
      </w:r>
    </w:p>
    <w:p>
      <w:r>
        <w:br/>
        <w:t>Коняка на крик оступилась із шляху i різко смикнула воза.</w:t>
      </w:r>
    </w:p>
    <w:p>
      <w:r>
        <w:br/>
        <w:t>— Стріляю, стій!</w:t>
      </w:r>
    </w:p>
    <w:p>
      <w:r>
        <w:br/>
        <w:t>— Це я, продналог возив... "Тре сірку добре",— подумав клiщуватий i незадоволено пробубонів: — Спокійніше буде, не гавкатимуть, а то який чорт не прийде — не покладе, а візьме. Петлюра — вози, Денiкiн — вози... Сідайте, підвезу. Десь добре клюкнули? — безцеремонно поспитав він i стьобнув батогом коняку.</w:t>
      </w:r>
    </w:p>
    <w:p>
      <w:r>
        <w:br/>
        <w:t>Собачка, скакаючи на воза, спіткнувся:</w:t>
      </w:r>
    </w:p>
    <w:p>
      <w:r>
        <w:br/>
        <w:t>— Клюкнув,—_ сказав він,— бо служба така... От ти підвозиш мене, а сам, мабуть, думаєш: "Чого ніхто не прислідить оце клишоноге бе-бе, щоб на той бік, га?"</w:t>
      </w:r>
    </w:p>
    <w:p>
      <w:r>
        <w:br/>
        <w:t>— Я чоловік тихий,— одказує єхидно дядько,— не трогай мене — повік не зачеплю... Задощилося,-.— мiняє кліщуватий тему,— прямо день у день дощі, дощі... Хоч би морози підскочили, в газетах, Антоне Родіоновичу, новинок ніяких? Я чув — правда чи брешуть,— Нiколай Нiколаєвич Одес зайняв?</w:t>
      </w:r>
    </w:p>
    <w:p>
      <w:r>
        <w:br/>
        <w:t>— Брехня,— впевнено одказує Собачка,— ето контрреволюціонери, а хто тобі говорив?..</w:t>
      </w:r>
    </w:p>
    <w:p>
      <w:r>
        <w:br/>
        <w:t>— Так… на базарі балачки велися... — i маленьке дядькове око пильно вдивляється в обличчя Собачки.</w:t>
      </w:r>
    </w:p>
    <w:p>
      <w:r>
        <w:br/>
        <w:t>На конячий тупіт вискочив з однієї хати веселий огонь, перевернувся у калюжі, одбив зморене обличчя клiщуватого i плигнув на зелену дугу...</w:t>
      </w:r>
    </w:p>
    <w:p>
      <w:r>
        <w:br/>
        <w:t>— Млинці печуть,— плямкнув апетитно Собачка,— а я, мабуть, борщ буду доїдать...</w:t>
      </w:r>
    </w:p>
    <w:p>
      <w:r>
        <w:br/>
        <w:t>— Шуткуєте…— одказав дядько.— Хіба при ваших достатках закашлявся,— Еге, це, правда, на селі дейкали, що ви, Антоне Родіоновичу, благословення жінчине спалили… Тепер люди бачать, як у тебе кришка з столу впаде,— додав він i нетерпляче ждав відповіді Собачки.</w:t>
      </w:r>
    </w:p>
    <w:p>
      <w:r>
        <w:br/>
        <w:t>— Достатки… Які в мене достатки?.. Дураки! Кажеш, картинки попалив? Нєт, ще висять, але спалю, докажи мені, що iмєєш власть — не буду палить, а раз для самообману... Спини коня, треба випить води — пече, брат, горілка!..</w:t>
      </w:r>
    </w:p>
    <w:p>
      <w:r>
        <w:br/>
        <w:t>"Кого пече, а в кого шкура лопається",— хотів сказати клiщуватий i не насмів, побоявся.</w:t>
      </w:r>
    </w:p>
    <w:p>
      <w:r>
        <w:br/>
        <w:t>...У хаті Антона Родіоновича, коли він підійшов до вікна, ще світилося: жінка латала його чорне галіфе, розірване на якомусь весіллі, а Палажка читала матері пісню про трьох сестер, що неоднакову долю мали... І бігли тоді, як дощ із дикої груші під їхнім вікном, материні сльози: "І голки за сльозами не втягнеш, і нитки не бачиш за кулаками..."</w:t>
      </w:r>
    </w:p>
    <w:p>
      <w:r>
        <w:br/>
        <w:t>— Якби не твоє ластовине щебетання, дочко, давно б уже твій батько молоду жінку мав,— приказувала Галька і, зітхаючи, підводила голову до ікони Матері Божої, ковтала сльози. Нахилилась до столу, втерла лице настільником: — Читай, дочко…</w:t>
      </w:r>
    </w:p>
    <w:p>
      <w:r>
        <w:br/>
        <w:t>— Плачемо? — скригнув зубами коло вікна Собачка i постукав прикладом у двері. Галька схопилася з подушечки, де сиділа, і вискочила до сіней впускати чоловіка, на порозі стала:</w:t>
      </w:r>
    </w:p>
    <w:p>
      <w:r>
        <w:br/>
        <w:t>— Оце, мабуть, моя смерть іде...</w:t>
      </w:r>
    </w:p>
    <w:p>
      <w:r>
        <w:br/>
        <w:t>Палажка побіліла, затрусилася і була схожа на підстрелене каченя: сіра спідничина, синя стрічка та ясні очі з пухкими бровами…</w:t>
      </w:r>
    </w:p>
    <w:p>
      <w:r>
        <w:br/>
        <w:t>— Ждала?!</w:t>
      </w:r>
    </w:p>
    <w:p>
      <w:r>
        <w:br/>
        <w:t>I дзвінкий лящ засвистів у сінях i важко ліг на змучене лице Гальки, а мокрий дощовик Собачка кинув додолу, поклав револьвера на стіл і скомандував у повітря:</w:t>
      </w:r>
    </w:p>
    <w:p>
      <w:r>
        <w:br/>
        <w:t>— Роздягай, чого стала?</w:t>
      </w:r>
    </w:p>
    <w:p>
      <w:r>
        <w:br/>
        <w:t>Галька роздягла… Листки з піснею про трьох сестер зайнялися перед її очима, захлинулась десь на припічку гарячими сльозами Палажка, — випали…</w:t>
      </w:r>
    </w:p>
    <w:p>
      <w:r>
        <w:br/>
        <w:t>— Вечерять єсть?</w:t>
      </w:r>
    </w:p>
    <w:p>
      <w:r>
        <w:br/>
        <w:t>— Ушки з ряжанкою, я думала ви не прийдете...</w:t>
      </w:r>
    </w:p>
    <w:p>
      <w:r>
        <w:br/>
        <w:t>— Давай! Не могла полатать удень? Розсвітилася — досвіток хочеться... у-у, жлоби нещасні!..</w:t>
      </w:r>
    </w:p>
    <w:p>
      <w:r>
        <w:br/>
        <w:t>Миску з ряжанкою Антон Родіонович кинув жінці під ноги, сам сів на покуті й гукнув:</w:t>
      </w:r>
    </w:p>
    <w:p>
      <w:r>
        <w:br/>
        <w:t>— Дайош служебную папку!.. Бачиш,— звертається Собачка до Гальки,— всякий жлоб лягає спать, а ти за його, гада, анкету пиши, какоє настроєнiє... чого ти хлипаєш, пошла спать...— гидка лайка випльовується на долівку, і в хаті тихо шелестить старечий голос баби Оксани:</w:t>
      </w:r>
    </w:p>
    <w:p>
      <w:r>
        <w:br/>
        <w:t>— Не плач, дочко, не ти перша, не ти — остання...</w:t>
      </w:r>
    </w:p>
    <w:p>
      <w:r>
        <w:br/>
        <w:t>До вікна заглядає сліпа осіння ніч і слухає безпорадні слова старечі:</w:t>
      </w:r>
    </w:p>
    <w:p>
      <w:r>
        <w:br/>
        <w:t>— Молися... Хай пише людські душі в граматку, хай записує людську кров... Молися...</w:t>
      </w:r>
    </w:p>
    <w:p>
      <w:r>
        <w:br/>
        <w:t>Антон Родіонович розгортає анкету "секретних свєдєнiй по борьбе с бандiтiзмом", довго дивиться на велику, наче соняшник-пустоцвiт, печатку, де на ободочку переломлюються літери "особоуполномочєнний на...", осміхається, потім слинить чорно-синій олівець і напівголосно приказує — пише:</w:t>
      </w:r>
    </w:p>
    <w:p>
      <w:r>
        <w:br/>
        <w:t>— Ну, і посажу... побачу, як твоя Одарка Костянтинівна прийде пропуск просить... ха, побачу.</w:t>
      </w:r>
    </w:p>
    <w:p>
      <w:r>
        <w:br/>
        <w:t>— Давно лі работаєте по бе-бе? — делікатно запитує Собачка анкета.— Партійні лі, соціальноє положенiє i нацiоналъность…</w:t>
      </w:r>
    </w:p>
    <w:p>
      <w:r>
        <w:br/>
        <w:t>"Безпартєйний,— старанно виводить рука Антона Родіоновича,— но чесно перейшов iз банди Зеленого к Совєткой властi, когда сидiв 4 мiсяцi в особом отдєлi (і як я тільки спас свою шкуру. От обдурив, а мені тепер однаково, хоч чорту служитиму), бо,— рука Собачки труситься, він єхидно сміється й розгонисто пише, — бо тогда єще не укрипилась в мойом районi соввласть, а був полний наш бандитизм, которий iскоринявся, i продолжається мною скореняться, но честь iмєю донести товаришу особоуполномоченному".</w:t>
      </w:r>
    </w:p>
    <w:p>
      <w:r>
        <w:br/>
        <w:t>— Хотів би я знать, який це гад сдєлав на мене донос за рядна i настільники бандитов...—— запитує сам себе Собачка і вiдповiдає: — за пунктом національності:</w:t>
      </w:r>
    </w:p>
    <w:p>
      <w:r>
        <w:br/>
        <w:t>"Настільники і рядна я представив по описі разом з хлопцями, коли сопровождав бандита Ярового, а що не оказалось — не знаю, по всей верояті думаю, що пропали в дорозі, при сопровожденії, бо,— ставляє крапку Собачка.— Не всі ще явилися на амністію, а єсть нєкоторi в Гудимовому лiсi, котрих не вияснив, з яких сел, а на подозренії в мене учитель Матвiєць — зв’язок, i Костюченкова Мокрина, котора гонить самогонку..."</w:t>
      </w:r>
    </w:p>
    <w:p>
      <w:r>
        <w:br/>
        <w:t>Перед очима Антона Родіоновича перебігає п. 27 анкети:</w:t>
      </w:r>
    </w:p>
    <w:p>
      <w:r>
        <w:br/>
        <w:t>"Отношенiє мєстного насєлєнiя к релiгії?"</w:t>
      </w:r>
    </w:p>
    <w:p>
      <w:r>
        <w:br/>
        <w:t>…"Отношенiя никакого пока сдєлать нiззя, бо всі ходять до церкви — каждоє воскресєнiє, особенно старики й баби, а вред от етого я поясняю й на сходах, i так, у балачках..."</w:t>
      </w:r>
    </w:p>
    <w:p>
      <w:r>
        <w:br/>
        <w:t>Він кладе на стіл олівця i, щось пригадуючи, важко підводить голову до темних, у павутинні з васильками, ікон i мовчки тягне, скригаючи зубами, рушник,— а коли зривається з дерев’яного кілочка (у нього ще дідівська хата) жінчине благословення — Мати Божа з Христом на руках, кидає додолу й дико, скажено б’є чобітьми...</w:t>
      </w:r>
    </w:p>
    <w:p>
      <w:r>
        <w:br/>
        <w:t>— На, на, на! — божевільно кричить Собачка.— докажи мені, що ти не картинка? Ану, докажи... — Наступивши ногою на образ Христа, запінений, він ловить перелякані од жаху очі Гальки, хватає й за коси, валяє додолу i — знущається: — Цілуйся з своїм Богом... Цілуйся, бо сьогодні я тебе рішу...</w:t>
      </w:r>
    </w:p>
    <w:p>
      <w:r>
        <w:br/>
        <w:t>Палажка:</w:t>
      </w:r>
    </w:p>
    <w:p>
      <w:r>
        <w:br/>
        <w:t>— Тату, попалили ікони — мати мовчали, не вбивайте їх та не сиротіть нас...</w:t>
      </w:r>
    </w:p>
    <w:p>
      <w:r>
        <w:br/>
        <w:t>Собачка сидить на лаві, i захеканий од бійки, спльовує додолу із прикушеної губи кров i тупо дивиться на суворий портрет Шевченка в шапці; перед ним стоїть на колінах Палажка i обмиває сльозами чобіт.</w:t>
      </w:r>
    </w:p>
    <w:p>
      <w:r>
        <w:br/>
        <w:t>— Хай не повстає проти мене... Понімаєш? Правда, Тарасе Григоровичу? — звертається він до Шевченка.— Не повставай, палю — знаю: мене спалять гади... Е, ти тоже гайдамацька нацiя... — мляво, стомлено закінчує Антон Родіонович і п’є воду.</w:t>
      </w:r>
    </w:p>
    <w:p>
      <w:r>
        <w:br/>
        <w:t>I побита, замкнена в коморі, лежить на голому помості Галька; до неї доносить дика вулиця Половецького якісь шматки пісень чудних та кривавих.</w:t>
      </w:r>
    </w:p>
    <w:p>
      <w:r>
        <w:br/>
        <w:t>Лєтєла пуля через гору</w:t>
      </w:r>
    </w:p>
    <w:p>
      <w:r>
        <w:br/>
        <w:t>да i прострєлiла грудь бєлу мою...</w:t>
      </w:r>
    </w:p>
    <w:p>
      <w:r>
        <w:br/>
        <w:t>У піснях парубоцьких дівоцтво та заміжжя Гальчине біжить у степу темне та невиразне, як осіння ніч...</w:t>
      </w:r>
    </w:p>
    <w:p>
      <w:r>
        <w:br/>
        <w:t>Тоді глухо кашляє десь чорнобривий паровоз, кашляють колеса, а Галька одкашлює на помост кров i шепче страшні слова:</w:t>
      </w:r>
    </w:p>
    <w:p>
      <w:r>
        <w:br/>
        <w:t>— Однаково, чи там вмирати, чи тут, однаково...</w:t>
      </w:r>
    </w:p>
    <w:p>
      <w:r>
        <w:br/>
        <w:t>ЇЇ очі світяться, горять, вона хоче підвестися i непритомна падає на засік з чужою пшеницею i, прислухаючись до свого голосу, каже:</w:t>
      </w:r>
    </w:p>
    <w:p>
      <w:r>
        <w:br/>
        <w:t>— Уб’ю...</w:t>
      </w:r>
    </w:p>
    <w:p>
      <w:r>
        <w:br/>
        <w:t>Собачка гасить каганець, кладе на долівку подушку, поруч рушницю і з лайкою виводить останні слова анкети:</w:t>
      </w:r>
    </w:p>
    <w:p>
      <w:r>
        <w:br/>
        <w:t>"Для примера сам спалив ікони..." Перевертається на лівий бік, підсовує під голову рушницю і хоче заснути, але підводить голову — і перед ним нерозгаданий стоїть після з’їзду Джемс: "Для чого йому моя анкета? Хіба, може, знову хоче посадити до "дідової" хати? А він, здається, може? Голова стомлено падає на крайок подушки, і по хаті починає метушитись сонний горілчаний дух. Собачка спить.</w:t>
      </w:r>
    </w:p>
    <w:p>
      <w:r>
        <w:br/>
        <w:t>До хати Антона Родіоновича підходить забрьохана, сліпа осіння ніч, заглядає у вікно, сідає на причілку, коло собаки, i жде.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Анкета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