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Анкета</w:t>
      </w:r>
    </w:p>
    <w:p>
      <w:r>
        <w:br/>
        <w:t xml:space="preserve"> &lt;p&gt;І</w:t>
      </w:r>
    </w:p>
    <w:p>
      <w:r>
        <w:br/>
        <w:t>Я закохався в Юлю. Безтямно, безоглядно. Як закохалася більшість чоловіків України.</w:t>
      </w:r>
    </w:p>
    <w:p>
      <w:r>
        <w:br/>
        <w:t>Залізна Леді! Жанна Д'Арк! Якій Бог судив порятувать Україну. Уособлення жіночності з елегантною косою довкруж голівки.</w:t>
      </w:r>
    </w:p>
    <w:p>
      <w:r>
        <w:br/>
        <w:t>Недарма ж хтось із славетних астрологів (чи не Глоба?) прорік, що Україну порятує жінка. Лише жінка. І ніхто, окрім жінки.</w:t>
      </w:r>
    </w:p>
    <w:p>
      <w:r>
        <w:br/>
        <w:t>Я давно розчарувався в чоловіках, що очолювали нашу державу. Якісь вони всі безхребетні. Недороблені. "Недоколихані",— як сказала Галя-сусідка.</w:t>
      </w:r>
    </w:p>
    <w:p>
      <w:r>
        <w:br/>
        <w:t>А от Юля!!!</w:t>
      </w:r>
    </w:p>
    <w:p>
      <w:r>
        <w:br/>
        <w:t>День і ніч марив Юлею. Та й домарився до того, що вирішив написати про неї повість. Не виборчу агітку, наспіх нашкрябану журналістською братією, що забудеться одразу ж по виборах, а повноцінну художню повість. За якою читачі стояли б у чергах. Щоб, розкривши першу сторінку, не могли одірватися до сторінки останньої.</w:t>
      </w:r>
    </w:p>
    <w:p>
      <w:r>
        <w:br/>
        <w:t>Але як зустрітися з Юлею? Як її вмовити виділити час для сповіді про власне життя? З усіма плюсами й мінусами, без яких не обходяться навіть генії.</w:t>
      </w:r>
    </w:p>
    <w:p>
      <w:r>
        <w:br/>
        <w:t>Як?</w:t>
      </w:r>
    </w:p>
    <w:p>
      <w:r>
        <w:br/>
        <w:t>І тут на допомогу прийшла моя дружина: вона навчала студентку, яка нині працювала у виборчому блоці Юлі.</w:t>
      </w:r>
    </w:p>
    <w:p>
      <w:r>
        <w:br/>
        <w:t>Домовились, прийшли. Там нас радо зустріли, сказали, що організувати зустріч їм "без проблем". Тим більше що Юлія Володимирівна нині поверхом вище, в республіканському штабі. Збігали наверх і принесли... довжелецький сувій паперу.</w:t>
      </w:r>
    </w:p>
    <w:p>
      <w:r>
        <w:br/>
        <w:t>— Що це?</w:t>
      </w:r>
    </w:p>
    <w:p>
      <w:r>
        <w:br/>
        <w:t>— Анкета. Заповніть, не оминувши жодного питання.</w:t>
      </w:r>
    </w:p>
    <w:p>
      <w:r>
        <w:br/>
        <w:t>— Анкета?..— Я ще не вірив, що переді мною диявольський витвір часів деспота Сталіна. Пам'ятаєте оте: "Чи були на окупованій території?" Густі запитання цілились у мою душу отруйними списами.</w:t>
      </w:r>
    </w:p>
    <w:p>
      <w:r>
        <w:br/>
        <w:t>Хотів звестись і піти... Але ж повість! Повість!!!</w:t>
      </w:r>
    </w:p>
    <w:p>
      <w:r>
        <w:br/>
        <w:t>Гаразд, ми не горді. Проковтнемо й це. От тільки цікаво, чи і в молодості хлопці, які упадали за Юлею, змушені були заповнювати анкети?.. Зціпивши зуби, заповнив.</w:t>
      </w:r>
    </w:p>
    <w:p>
      <w:r>
        <w:br/>
        <w:t>— Зачекайте хвилинку. Зараз вас покличуть.</w:t>
      </w:r>
    </w:p>
    <w:p>
      <w:r>
        <w:br/>
        <w:t>А мені чомусь розхотілося стрічатися з Юлею.</w:t>
      </w:r>
    </w:p>
    <w:p>
      <w:r>
        <w:br/>
        <w:t>Але ж повість! Повість!</w:t>
      </w:r>
    </w:p>
    <w:p>
      <w:r>
        <w:br/>
        <w:t>Повернулись як у воду опущені:</w:t>
      </w:r>
    </w:p>
    <w:p>
      <w:r>
        <w:br/>
        <w:t>— Ви пробачте, але Юлія Володимирівна вас зараз прийняти не може. Коли зможе — подзвонять.</w:t>
      </w:r>
    </w:p>
    <w:p>
      <w:r>
        <w:br/>
        <w:t>II</w:t>
      </w:r>
    </w:p>
    <w:p>
      <w:r>
        <w:br/>
        <w:t>Повертався додому з таким відчуттям, наче мене добряче виваляли в болоті. Ще й натикали мордою в грязь: "Знай своє місце, смерде!"</w:t>
      </w:r>
    </w:p>
    <w:p>
      <w:r>
        <w:br/>
        <w:t>III</w:t>
      </w:r>
    </w:p>
    <w:p>
      <w:r>
        <w:br/>
        <w:t>Минув день... другий... третій... Минув тиждень... другий минув... Од Юлі ні слуху ні духу.</w:t>
      </w:r>
    </w:p>
    <w:p>
      <w:r>
        <w:br/>
        <w:t>Повість майбутня згасала, все рідше з'являлася в снах. Частіше снилося, що я заповнюю, будь вони не ладні, анкети.</w:t>
      </w:r>
    </w:p>
    <w:p>
      <w:r>
        <w:br/>
        <w:t>Повість уже тліла жариною.</w:t>
      </w:r>
    </w:p>
    <w:p>
      <w:r>
        <w:br/>
        <w:t>Аж через місяць — дзвінок:</w:t>
      </w:r>
    </w:p>
    <w:p>
      <w:r>
        <w:br/>
        <w:t>— Юлія Володимирівна прийме вас сьогодні о вісімнадцятій.</w:t>
      </w:r>
    </w:p>
    <w:p>
      <w:r>
        <w:br/>
        <w:t>— Передайте Юлії Володимирівні,— відповів я якомога спокійніше,— що я рівно о вісімнадцятій жду її у себе вдома. Хай подивиться, як живуть сучасні письменники. До речі,— не витримав (от же клятий язик!),— передайте, хай не боїться. Я її не зґвалтую.</w:t>
      </w:r>
    </w:p>
    <w:p>
      <w:r>
        <w:br/>
        <w:t>IV</w:t>
      </w:r>
    </w:p>
    <w:p>
      <w:r>
        <w:br/>
        <w:t>Не прийшла.</w:t>
      </w:r>
    </w:p>
    <w:p>
      <w:r>
        <w:br/>
        <w:t>Невже побоялась?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