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Андре Шеньє</w:t>
      </w:r>
    </w:p>
    <w:p>
      <w:r>
        <w:br/>
        <w:t xml:space="preserve"> Присвячено М. М. Раєвському&lt;br /&gt;</w:t>
        <w:br/>
        <w:t>Ainsi, triste et captif, ma&lt;br /&gt;</w:t>
        <w:br/>
        <w:t>lyre toutefons s'&amp;#233;veillait...*</w:t>
      </w:r>
    </w:p>
    <w:p>
      <w:r>
        <w:br/>
        <w:t>В той час, як світу, мов кумир,&lt;br /&gt;</w:t>
        <w:br/>
        <w:t>Гробниця Байрона сіяє&lt;br /&gt;</w:t>
        <w:br/>
        <w:t>І хору європейських лір&lt;br /&gt;</w:t>
        <w:br/>
        <w:t>Близ Данте тінь його вчуває,</w:t>
      </w:r>
    </w:p>
    <w:p>
      <w:r>
        <w:br/>
        <w:t>Мене хвилює інша тінь,&lt;br /&gt;</w:t>
        <w:br/>
        <w:t>Що без пісень і без ридання&lt;br /&gt;</w:t>
        <w:br/>
        <w:t>Із ешафота в дні страждання&lt;br /&gt;</w:t>
        <w:br/>
        <w:t>В могильну канула глибінь.</w:t>
      </w:r>
    </w:p>
    <w:p>
      <w:r>
        <w:br/>
        <w:t>Співцю дібров, любові й миру&lt;br /&gt;</w:t>
        <w:br/>
        <w:t>Я хочу квіти принести,&lt;br /&gt;</w:t>
        <w:br/>
        <w:t>Незнану оживити ліру,&lt;br /&gt;</w:t>
        <w:br/>
        <w:t>Співаю. Чує він і ти.</w:t>
      </w:r>
    </w:p>
    <w:p>
      <w:r>
        <w:br/>
        <w:t>Знов піднялась натомлена сокира&lt;br /&gt;</w:t>
        <w:br/>
        <w:t>І кличе жертву чергову.&lt;br /&gt;</w:t>
        <w:br/>
        <w:t>Співець готов; його мрійлива ліра&lt;br /&gt;</w:t>
        <w:br/>
        <w:t>Востаннє пісню ллє нову.</w:t>
      </w:r>
    </w:p>
    <w:p>
      <w:r>
        <w:br/>
        <w:t>Уранці страта, втіха для народу;&lt;br /&gt;</w:t>
        <w:br/>
        <w:t>Та ліра юного співця&lt;br /&gt;</w:t>
        <w:br/>
        <w:t>Про що співа? Співає про свободу:&lt;br /&gt;</w:t>
        <w:br/>
        <w:t>Не відмінилась до кінця!</w:t>
      </w:r>
    </w:p>
    <w:p>
      <w:r>
        <w:br/>
        <w:t>"Вітаю я тебе, моє світило!&lt;br /&gt;</w:t>
        <w:br/>
        <w:t>Твій лик небесний я вславляв,&lt;br /&gt;</w:t>
        <w:br/>
        <w:t>Коли він з іскри запалав,&lt;br /&gt;</w:t>
        <w:br/>
        <w:t>Коли ти в бурі заясніло.</w:t>
      </w:r>
    </w:p>
    <w:p>
      <w:r>
        <w:br/>
        <w:t>Я славив твій священний грім.&lt;br /&gt;</w:t>
        <w:br/>
        <w:t>Коли він розметав зганьбовану твердиню&lt;br /&gt;</w:t>
        <w:br/>
        <w:t>І влади древньої гординю&lt;br /&gt;</w:t>
        <w:br/>
        <w:t>Пустив у полум'я і дим;&lt;br /&gt;</w:t>
        <w:br/>
        <w:t>Я бачив громадян, синів твоїх одвагу,&lt;br /&gt;</w:t>
        <w:br/>
        <w:t>Я чув їх братський заповіт,&lt;br /&gt;</w:t>
        <w:br/>
        <w:t>Великодушну їх присягу&lt;br /&gt;</w:t>
        <w:br/>
        <w:t>І самовладності безтрепетний одвіт.&lt;br /&gt;</w:t>
        <w:br/>
        <w:t>Я бачив, як вали могутні&lt;br /&gt;</w:t>
        <w:br/>
        <w:t>Усе крушили в бурній млі,&lt;br /&gt;</w:t>
        <w:br/>
        <w:t>І вогняний трибун прорік часи майбутні,&lt;br /&gt;</w:t>
        <w:br/>
        <w:t>Нове народження землі.&lt;br /&gt;</w:t>
        <w:br/>
        <w:t>Вже цвів твій геній в благостині,&lt;br /&gt;</w:t>
        <w:br/>
        <w:t>Уже в безсмертний Пантеон&lt;br /&gt;</w:t>
        <w:br/>
        <w:t>Вигнанців-страдників ішли священні тіні,&lt;br /&gt;</w:t>
        <w:br/>
        <w:t>Покрови лжі спадали тлінні&lt;br /&gt;</w:t>
        <w:br/>
        <w:t>І оголявся ветхий трон;&lt;br /&gt;</w:t>
        <w:br/>
        <w:t>Кайдани рвалися. Закон,&lt;br /&gt;</w:t>
        <w:br/>
        <w:t>На волю спершися, проголосив братання,&lt;br /&gt;</w:t>
        <w:br/>
        <w:t>І ми гукнули: Раювання!&lt;br /&gt;</w:t>
        <w:br/>
        <w:t>О горе! о безумний сон!&lt;br /&gt;</w:t>
        <w:br/>
        <w:t>Де вільність і закон? Над нами&lt;br /&gt;</w:t>
        <w:br/>
        <w:t>Сокира — владарка одна.&lt;br /&gt;</w:t>
        <w:br/>
        <w:t>Ми скинули царів. Убивцю із катами&lt;br /&gt;</w:t>
        <w:br/>
        <w:t>Обрали ми в царі. Ганьба яка страшна!&lt;br /&gt;</w:t>
        <w:br/>
        <w:t>Але не винна ти, свободо,&lt;br /&gt;</w:t>
        <w:br/>
        <w:t>Богине чиста, ні — вини не маєш ти&lt;br /&gt;</w:t>
        <w:br/>
        <w:t>В поривах буйних сліпоти,&lt;br /&gt;</w:t>
        <w:br/>
        <w:t>В шаленстві темному народу;&lt;br /&gt;</w:t>
        <w:br/>
        <w:t>Сховалась ти від нас: твою високу путь&lt;br /&gt;</w:t>
        <w:br/>
        <w:t>Закрили марева криваві;&lt;br /&gt;</w:t>
        <w:br/>
        <w:t>Але ти прийдеш знов із помстою, у славі,—&lt;br /&gt;</w:t>
        <w:br/>
        <w:t>І вороги твої впадуть;&lt;br /&gt;</w:t>
        <w:br/>
        <w:t>Народ, що скуштував твій нектар, повний сили,&lt;br /&gt;</w:t>
        <w:br/>
        <w:t>Все хоче знов упитись ним;&lt;br /&gt;</w:t>
        <w:br/>
        <w:t>Немов од Вакха роз'ярілий,&lt;br /&gt;</w:t>
        <w:br/>
        <w:t>Він бродить в прагненні тяжкім.&lt;br /&gt;</w:t>
        <w:br/>
        <w:t>Так— він найде тебе. Під рівності покровом&lt;br /&gt;</w:t>
        <w:br/>
        <w:t>Спочине солодко в обіймах він твоїх;&lt;br /&gt;</w:t>
        <w:br/>
        <w:t>Кінець настане днів страшних!&lt;br /&gt;</w:t>
        <w:br/>
        <w:t>Та вже не втішусь я тим сяєвом чудовим,&lt;br /&gt;</w:t>
        <w:br/>
        <w:t>На плаху я піду, що знала стільки страт.&lt;br /&gt;</w:t>
        <w:br/>
        <w:t>Уранці смерть моя. Кривавою рукою&lt;br /&gt;</w:t>
        <w:br/>
        <w:t>Відтяту голову підійме завтра кат&lt;br /&gt;</w:t>
        <w:br/>
        <w:t>Понад байдужого юрбою.&lt;br /&gt;</w:t>
        <w:br/>
        <w:t>Прощайте, о брата! Мій безпритульний прах&lt;br /&gt;</w:t>
        <w:br/>
        <w:t>Не буде спочивать в саду, де пробували&lt;br /&gt;</w:t>
        <w:br/>
        <w:t>Ми в безтурботності, в бенкетах і трудах&lt;br /&gt;</w:t>
        <w:br/>
        <w:t>І місце наших урн зарання визначали.&lt;br /&gt;</w:t>
        <w:br/>
        <w:t>Та, милі друзі,— по мені&lt;br /&gt;</w:t>
        <w:br/>
        <w:t>Як будете ви сумувати,&lt;br /&gt;</w:t>
        <w:br/>
        <w:t>Прошу мій заповіт останній пам'ятати:&lt;br /&gt;</w:t>
        <w:br/>
        <w:t>Оплачте жереб мій у тайні, в тишині;&lt;br /&gt;</w:t>
        <w:br/>
        <w:t>Підозру викликать ви можете сльозами;&lt;br /&gt;</w:t>
        <w:br/>
        <w:t>В наш вік є злочином і сльози над мерцями:&lt;br /&gt;</w:t>
        <w:br/>
        <w:t>По братові тужить не сміє нині брат.&lt;br /&gt;</w:t>
        <w:br/>
        <w:t>Благання ще одно: ви слухали стократ&lt;br /&gt;</w:t>
        <w:br/>
        <w:t>Пісні, летючих дум породження недбалі,&lt;br /&gt;</w:t>
        <w:br/>
        <w:t>Стобарвні вицвіти і радості й печалі&lt;br /&gt;</w:t>
        <w:br/>
        <w:t>Моїх весняних днів. Надії чисті там;&lt;br /&gt;</w:t>
        <w:br/>
        <w:t>І сльози, і любов віддав я тим листкам,&lt;br /&gt;</w:t>
        <w:br/>
        <w:t>Усе життя моє. У Авеля, у Фанні,&lt;br /&gt;</w:t>
        <w:br/>
        <w:t>Молю, найдіть ви їх; ясної музи дані&lt;br /&gt;</w:t>
        <w:br/>
        <w:t>Зберіть. Суворий світ і поголос людський&lt;br /&gt;</w:t>
        <w:br/>
        <w:t>Не будуть знати їх. Покину шлях земний&lt;br /&gt;</w:t>
        <w:br/>
        <w:t>Дочасно, друзі, я: мій геній недозрілий&lt;br /&gt;</w:t>
        <w:br/>
        <w:t>Для слави не дійшов ні зросту, ані сили.&lt;br /&gt;</w:t>
        <w:br/>
        <w:t>Умру. Як тужите ви щиро по мені,—&lt;br /&gt;</w:t>
        <w:br/>
        <w:t>Для себе збережіть оті мої пісні!&lt;br /&gt;</w:t>
        <w:br/>
        <w:t>Коли гроза мине, в своїй громаді мирній&lt;br /&gt;</w:t>
        <w:br/>
        <w:t>Збирайтесь іноді читать писання вірні,&lt;br /&gt;</w:t>
        <w:br/>
        <w:t>І довго слухавши, промовте: так, це він;&lt;br /&gt;</w:t>
        <w:br/>
        <w:t>Це спів його. А я, переборовши тлін,&lt;br /&gt;</w:t>
        <w:br/>
        <w:t>Незримо увійду і сяду поміж вами,&lt;br /&gt;</w:t>
        <w:br/>
        <w:t>І сам заслухаюсь, і вашими сльозами&lt;br /&gt;</w:t>
        <w:br/>
        <w:t>Уп'юся... Може, знов кохання втіху я&lt;br /&gt;</w:t>
        <w:br/>
        <w:t>Зустріну,.. Може, знов Ув'язнена моя,&lt;br /&gt;</w:t>
        <w:br/>
        <w:t>Бліда й засмучена, моє почувши слово..."&lt;br /&gt;</w:t>
        <w:br/>
        <w:t>Та, повну ніжності нараз урвавши мову,&lt;br /&gt;</w:t>
        <w:br/>
        <w:t>Співець поник чолом прекрасним, молодим,&lt;br /&gt;</w:t>
        <w:br/>
        <w:t>Пора весни його промчалась перед ним&lt;br /&gt;</w:t>
        <w:br/>
        <w:t>З любов'ю, з тугою. Красунь імлисті очі,&lt;br /&gt;</w:t>
        <w:br/>
        <w:t>Бенкети і пісні, і полум'яні ночі,&lt;br /&gt;</w:t>
        <w:br/>
        <w:t>Все разом ожило; і серце зайнялось,&lt;br /&gt;</w:t>
        <w:br/>
        <w:t>І віршування знов потоком полилось:&lt;br /&gt;</w:t>
        <w:br/>
        <w:t>"Куди, куди мене завів недобрий геній?&lt;br /&gt;</w:t>
        <w:br/>
        <w:t>Народжений, щоб жить у тишині священній,&lt;br /&gt;</w:t>
        <w:br/>
        <w:t>Чому безвісності я кинув мирну тінь&lt;br /&gt;</w:t>
        <w:br/>
        <w:t>І друзів, і любов, мою свободу й лінь?&lt;br /&gt;</w:t>
        <w:br/>
        <w:t>Я долі пестощів зазнав у юні літа,&lt;br /&gt;</w:t>
        <w:br/>
        <w:t>Дорога радості була мені відкрита,&lt;br /&gt;</w:t>
        <w:br/>
        <w:t>Цвіла поезія в душі, як світлий луг.&lt;br /&gt;</w:t>
        <w:br/>
        <w:t>На буйних вечорах, для друзів любий друг,&lt;br /&gt;</w:t>
        <w:br/>
        <w:t>Я дзвінко звеселяв і сміхом, і піснями&lt;br /&gt;</w:t>
        <w:br/>
        <w:t>Куток, бережений домашніми богами.&lt;br /&gt;</w:t>
        <w:br/>
        <w:t>Коли ж я, стомлений у Вакховім огні,&lt;br /&gt;</w:t>
        <w:br/>
        <w:t>Чув полум'я нове в сердечній глибині&lt;br /&gt;</w:t>
        <w:br/>
        <w:t>І вранці обійнять приходив милу діву,&lt;br /&gt;</w:t>
        <w:br/>
        <w:t>І заставав її в риданнях, повну гніву;&lt;br /&gt;</w:t>
        <w:br/>
        <w:t>Коли, з погрозами, зі слізьми на очах&lt;br /&gt;</w:t>
        <w:br/>
        <w:t>Вона кляла мене за мій безумний шлях,&lt;br /&gt;</w:t>
        <w:br/>
        <w:t>Відгонила мене, корила і прощала,—&lt;br /&gt;</w:t>
        <w:br/>
        <w:t>О як ріка життя чудесно протікала!&lt;br /&gt;</w:t>
        <w:br/>
        <w:t>Навіщо це життя, і просте, і ясне,&lt;br /&gt;</w:t>
        <w:br/>
        <w:t>Змінив на бурі я, на море те страшне,&lt;br /&gt;</w:t>
        <w:br/>
        <w:t>Де дикі пристрасті, невігласи жахливі,&lt;br /&gt;</w:t>
        <w:br/>
        <w:t>Злоба й зажерливість? Надії чарівливі.&lt;br /&gt;</w:t>
        <w:br/>
        <w:t>Куди ви завели! Що діяти я мав,&lt;br /&gt;</w:t>
        <w:br/>
        <w:t>Той, хто в душі любов і голос муз плекав,&lt;br /&gt;</w:t>
        <w:br/>
        <w:t>На поприщі низькім з безчесними бійцями?&lt;br /&gt;</w:t>
        <w:br/>
        <w:t>Чи кіньми правити, що сповнені нестями,&lt;br /&gt;</w:t>
        <w:br/>
        <w:t>Я міг жорстокістю сталевої вузди?&lt;br /&gt;</w:t>
        <w:br/>
        <w:t>І що ж я залишу? Занедбані сліди&lt;br /&gt;</w:t>
        <w:br/>
        <w:t>Безумних ревнощів, нікчемного дерзання.&lt;br /&gt;</w:t>
        <w:br/>
        <w:t>Хай згине голос мій, хай прийде мить остання&lt;br /&gt;</w:t>
        <w:br/>
        <w:t>Моєму співові...&lt;br /&gt;</w:t>
        <w:br/>
        <w:t>О ні!&lt;br /&gt;</w:t>
        <w:br/>
        <w:t>Хай змовкне ремство малодушне!&lt;br /&gt;</w:t>
        <w:br/>
        <w:t>Поете, не умруть пісні!&lt;br /&gt;</w:t>
        <w:br/>
        <w:t>Ганьбі, неначе раб послушний,&lt;br /&gt;</w:t>
        <w:br/>
        <w:t>Ти не клонився в чорні дні;&lt;br /&gt;</w:t>
        <w:br/>
        <w:t>Ти не скорився лиходію;&lt;br /&gt;</w:t>
        <w:br/>
        <w:t>Стояв ти в бурю, у завію,&lt;br /&gt;</w:t>
        <w:br/>
        <w:t>Твій грізний світоч осявав&lt;br /&gt;</w:t>
        <w:br/>
        <w:t>Юрбу правителів безславних;&lt;br /&gt;</w:t>
        <w:br/>
        <w:t>Твій бич нещадно їх карав,&lt;br /&gt;</w:t>
        <w:br/>
        <w:t>Отих катів самодержавних;&lt;br /&gt;</w:t>
        <w:br/>
        <w:t>Громив ти деспотизму храм;&lt;br /&gt;</w:t>
        <w:br/>
        <w:t>Ти закликав до помсти Немезіду,&lt;br /&gt;</w:t>
        <w:br/>
        <w:t>Віщав Маратовим жерцям&lt;br /&gt;</w:t>
        <w:br/>
        <w:t>Кинджал і діву Евменіду!&lt;br /&gt;</w:t>
        <w:br/>
        <w:t>Коли святий старик від плахи відривав&lt;br /&gt;</w:t>
        <w:br/>
        <w:t>Вінчанну голову холодною рукою.&lt;br /&gt;</w:t>
        <w:br/>
        <w:t>Ти сміливо обом їм руку дав,&lt;br /&gt;</w:t>
        <w:br/>
        <w:t>І перед вами трепетав&lt;br /&gt;</w:t>
        <w:br/>
        <w:t>Їх суд, немов перед грозою.&lt;br /&gt;</w:t>
        <w:br/>
        <w:t>Тож гордий будь, співець. Ти ж, звірю-кровожер,&lt;br /&gt;</w:t>
        <w:br/>
        <w:t>Стинай цю голову тепер,&lt;br /&gt;</w:t>
        <w:br/>
        <w:t>У пазурах твоїх вона. Та знай, неситий.&lt;br /&gt;</w:t>
        <w:br/>
        <w:t>Мій крик, мій ярий сміх загрожують тобі.&lt;br /&gt;</w:t>
        <w:br/>
        <w:t>Пий нашу кров, живи в злобі:&lt;br /&gt;</w:t>
        <w:br/>
        <w:t>Ти все пігмей, і розчавити&lt;br /&gt;</w:t>
        <w:br/>
        <w:t>Тебе настане час... Вже недалекий він.&lt;br /&gt;</w:t>
        <w:br/>
        <w:t>Падеш, тиране! Грізний фатум&lt;br /&gt;</w:t>
        <w:br/>
        <w:t>Ударить над чолом, вітчизною проклятим,&lt;br /&gt;</w:t>
        <w:br/>
        <w:t>І гряне помсти правий дзвін.&lt;br /&gt;</w:t>
        <w:br/>
        <w:t>Тепер іду... пора... і ти рушай за мною;&lt;br /&gt;</w:t>
        <w:br/>
        <w:t>Я жду тебе".&lt;br /&gt;</w:t>
        <w:br/>
        <w:t>Скінчив захоплений поет,&lt;br /&gt;</w:t>
        <w:br/>
        <w:t>І все покоїлось. Небес блідий намет&lt;br /&gt;</w:t>
        <w:br/>
        <w:t>Зорею запалав ясною,&lt;br /&gt;</w:t>
        <w:br/>
        <w:t>І ранком віяло в темницю. І співець&lt;br /&gt;</w:t>
        <w:br/>
        <w:t>Підняв до ґрат поважні зори...&lt;br /&gt;</w:t>
        <w:br/>
        <w:t>Враз шум. Прийшли, зовуть. Вони! Настав кінець!&lt;br /&gt;</w:t>
        <w:br/>
        <w:t>Гримлять ключі, замки, запори.&lt;br /&gt;</w:t>
        <w:br/>
        <w:t>Зовуть... Стривай, стривай; день, тільки день один —&lt;br /&gt;</w:t>
        <w:br/>
        <w:t>І буде, славлячи свободу,&lt;br /&gt;</w:t>
        <w:br/>
        <w:t>Великий жить громадянин&lt;br /&gt;</w:t>
        <w:br/>
        <w:t>Серед великого народу.&lt;br /&gt;</w:t>
        <w:br/>
        <w:t>Ідуть. Не чують. Жде страшний рубач.&lt;br /&gt;</w:t>
        <w:br/>
        <w:t>Та дружба смертну путь поета зачарує.&lt;br /&gt;</w:t>
        <w:br/>
        <w:t>От плаха. Він зійшов. Він славу іменує...&lt;br /&gt;</w:t>
        <w:br/>
        <w:t>Плач, музо, плач!</w:t>
      </w:r>
    </w:p>
    <w:p>
      <w:r>
        <w:br/>
        <w:t>----------------------------&lt;br /&gt;</w:t>
        <w:br/>
        <w:t>* Так, коли я був сумний і ув'язнений, ліра моя, проте,&lt;br /&gt;</w:t>
        <w:br/>
        <w:t>прокидалась (франц.).—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Андре Шеньє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