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Анатомічний жених</w:t>
      </w:r>
    </w:p>
    <w:p>
      <w:r>
        <w:br/>
        <w:t xml:space="preserve"> &lt;p&gt;Олександр БЄЛЯЄВ</w:t>
      </w:r>
    </w:p>
    <w:p>
      <w:r>
        <w:br/>
        <w:t>АНАТОМІЧНИЙ ЖЕНИХ</w:t>
      </w:r>
    </w:p>
    <w:p>
      <w:r>
        <w:br/>
        <w:t>З Джоном Сіддонсом трапилось велике нещастя: він закохався в Мері Дельтон.</w:t>
      </w:r>
    </w:p>
    <w:p>
      <w:r>
        <w:br/>
        <w:t>У Мері були такі очі, волосся, ніс, руки, ноги, фігура, які могли бути тільки в неї і більше ні в кого. Цього досить, щоб закохатись, не тямлячи себе.</w:t>
      </w:r>
    </w:p>
    <w:p>
      <w:r>
        <w:br/>
        <w:t>Ось як це сталося.</w:t>
      </w:r>
    </w:p>
    <w:p>
      <w:r>
        <w:br/>
        <w:t>Джон був у перукарні. Понурий перукар, переставши клацати ножицями і сопти в тім'я, зняв із Джона простирадло. Сіддонс рушив до виходу. І тут на його дорозі постало біле видіння. Незабаром, закоханий до нестями, він освідчився, і це було сприйнято прихильно.</w:t>
      </w:r>
    </w:p>
    <w:p>
      <w:r>
        <w:br/>
        <w:t>Джон став женихом і найнещаснішою людиною в світі.</w:t>
      </w:r>
    </w:p>
    <w:p>
      <w:r>
        <w:br/>
        <w:t>Любов посварила серце Джона з його розумом. Нетерпеливе серце наказувало негайно одружитись. Холодний розум не схвалював цього: сім'я — нашіптував розум — комерційне підприємство, яке має тільки видаткову частину і завжди пасивне сальдо. Мері ледве зводить кінці з кінцями. Сам Сіддонс всього-на-всього рахівник у фірмі Кін і К° — ґудзики "Ідеал". Його заробітку ледве вистачає на існування. Весілля можна справити якнайскромніше. Але ж треба обзавестись хоч маленькою сімейною квартирою, купити на виплату меблі, посуд, білизну... А діти? Якщо підуть діти, Мері напевно лишиться без роботи, витрати збільшаться.</w:t>
      </w:r>
    </w:p>
    <w:p>
      <w:r>
        <w:br/>
        <w:t>Виходить, щастя Сіддонсу не по кишені. Щоб володіти Мері, треба за всяку ціну збільшити свій заробіток. Але як?.. Ці думки не залишали Джона навіть на роботі.</w:t>
      </w:r>
    </w:p>
    <w:p>
      <w:r>
        <w:br/>
        <w:t>Сіддонс працював у великій вузькій кімнаті разом з трьома десятками інших службовців. Столи було поставлено так, що головний бухгалтер, який сидів у кінці кімнати за скляною перегородкою, міг бачити всіх, і горе було тому, хто кидав роботу хоч на хвилину.</w:t>
      </w:r>
    </w:p>
    <w:p>
      <w:r>
        <w:br/>
        <w:t>В канцелярії стояв неймовірний гамір: скреготіли арифмометри, тріщали контометри і друкарські машинки. Було незрозуміло, як люди могли працювати в такому звуковому кошмарі. Під кінець довгого робочого дня Джон буквально чманів. Нічого було й думати про понаднормовий заробіток або якусь роботу вдома: тріск і скрегіт стояли в його голові до ранку. Змінити професію? Неможливо. Становище здавалося безвихідним.</w:t>
      </w:r>
    </w:p>
    <w:p>
      <w:r>
        <w:br/>
        <w:t>Вечорами, хоч очі злипалися від утоми, він переглядав газетні оголошення і знаходив лише нескінченні пропозиції своїх послуг. Та бувають же випадки, коли кінофабрика запрошує бажаючих за солідну винагороду кинутись у Ніагарський водопад або плигнути з поїзда на ходу! Джон був готовий і на це.</w:t>
      </w:r>
    </w:p>
    <w:p>
      <w:r>
        <w:br/>
        <w:t>Одначе кінотрюкачі, видно, знаходились і без оголошень. Джон уже втрачав надію на щасливий випадок, а все ж газети читав, і одного разу натрапив на досить загадкове оголошення: "Потрібен здоровий юнак для наукового експерименту.</w:t>
      </w:r>
    </w:p>
    <w:p>
      <w:r>
        <w:br/>
        <w:t>Професор Аббінгтон. 2-е авеню, 36/127. Від 21 до 23 год.".</w:t>
      </w:r>
    </w:p>
    <w:p>
      <w:r>
        <w:br/>
        <w:t>У Джона куди й поділася соннота. Він подивився на годинник і, нашвидку одягшись, побіг до найближчої станції підземної дороги.</w:t>
      </w:r>
    </w:p>
    <w:p>
      <w:r>
        <w:br/>
        <w:t>Професор Аббінгтон критично оглянув Джона і коротко сказав про свої умови. В нагороду за риск обіцяв кругленьку суму. Джон мав дати розписку про те, що він добровільно погоджується на експеримент над ним і надалі не матиме з цього приводу ніяких претензій.</w:t>
      </w:r>
    </w:p>
    <w:p>
      <w:r>
        <w:br/>
        <w:t>— Ви можете мені сказати, наскільки великий риск і в чому він полягає? — спитав Джон.</w:t>
      </w:r>
    </w:p>
    <w:p>
      <w:r>
        <w:br/>
        <w:t>— Спроба для того й робиться, щоб відповісти на це питання, — пояснив учений. — Можу тільки сказати, що експерименти на тваринах були успішні. Кролики і морські свинки лишились живі й здорові. Але важко передбачити всі побічні явища, до яких може призвести експеримент у людському організмі.</w:t>
      </w:r>
    </w:p>
    <w:p>
      <w:r>
        <w:br/>
        <w:t>— А в чому полягає експеримент?</w:t>
      </w:r>
    </w:p>
    <w:p>
      <w:r>
        <w:br/>
        <w:t>— Навряд чи ви зрозумієте мої пояснення.</w:t>
      </w:r>
    </w:p>
    <w:p>
      <w:r>
        <w:br/>
        <w:t>— Але ж я мушу знати принаймні, пектимете ви мене на вогні, натиратимете мазями чи набиватимете порошками.</w:t>
      </w:r>
    </w:p>
    <w:p>
      <w:r>
        <w:br/>
        <w:t>— Для того щоб підвищити продуктивність фізичної і розумової праці людини, щоб боротися з хворобами, старістю, дегенерацією, боротися з повсякчасним гнітом утоми, яка викликає потребу в сні, а отже, щоб знищити саму потребу спати і сприяти розквіту всіх життєвих функцій, я розроблю режими і дозування потенціювання — зміцнення організму радіометалами. Заряджений радіоелементами організм стає немовби потужним генератором променевої енергії.</w:t>
      </w:r>
    </w:p>
    <w:p>
      <w:r>
        <w:br/>
        <w:t>— І я зможу набагато довше працювати, не стомлюючись і не відчуваючи потреби в сні? — зацікавлено спитав Джон.</w:t>
      </w:r>
    </w:p>
    <w:p>
      <w:r>
        <w:br/>
        <w:t>— Сподіваюсь, так. Але мені треба уточнити метод, встановити дозування, досягти того, щоб потенціювання організму стало цілком безпечною процедурою.</w:t>
      </w:r>
    </w:p>
    <w:p>
      <w:r>
        <w:br/>
        <w:t>— Що ж зі мною може скоїтись у найгіршому випадку?</w:t>
      </w:r>
    </w:p>
    <w:p>
      <w:r>
        <w:br/>
        <w:t>— Життю експеримент не загрожує, а щодо всього іншого — я сам не знаю.</w:t>
      </w:r>
    </w:p>
    <w:p>
      <w:r>
        <w:br/>
        <w:t>Джон замислився: рискнути чи ні? З передпокою долинув дзвінок. Джон здригнувся і промовив:</w:t>
      </w:r>
    </w:p>
    <w:p>
      <w:r>
        <w:br/>
        <w:t>— Згоден!</w:t>
      </w:r>
    </w:p>
    <w:p>
      <w:r>
        <w:br/>
        <w:t>Аббінгтон мовчки кивнув головою і провів Джона в кабінет. Весь експеримент забрав лише кілька хвилин. Учений оглянув Джона і звелів йому взяти в руки електроди, обгорнуті мокрими салфетками. Задзижчав апарат, по тілу Джона пробігли мурашки слабкого електричного струму.</w:t>
      </w:r>
    </w:p>
    <w:p>
      <w:r>
        <w:br/>
        <w:t>— От і все, — сказав Аббінгтон і вимкнув струм. — Приходьте до мене через три дні, я перевірю наслідки. Підпишіться під договором і візьміть гроші.</w:t>
      </w:r>
    </w:p>
    <w:p>
      <w:r>
        <w:br/>
        <w:t>Коли Джон виходив, у передпокої вже товпились люди.</w:t>
      </w:r>
    </w:p>
    <w:p>
      <w:r>
        <w:br/>
        <w:t>"Спізнились!" — подумав Джон і вибіг на вулицю.</w:t>
      </w:r>
    </w:p>
    <w:p>
      <w:r>
        <w:br/>
        <w:t>Сіддонс відчував незвичайну легкість у всьому тілі і ясність думки. Утоми й сліду не було. Навіть уранці він ніколи не приходив на роботу таким бадьорим. І ніякої сонливості. Чудово! Коли так піде й далі, він зможе працювати вночі. Вдень — у Кіна, а вночі — в іншому місці. Тепер Мері скоро стане його дружиною... Тільки коли ж втішатися сімейним щастям, якщо працювати цілу добу? Джон зітхнув. Нічого, залишаться неділі. Зате він з більшим нетерпінням чекатиме їх.</w:t>
      </w:r>
    </w:p>
    <w:p>
      <w:r>
        <w:br/>
        <w:t>Повернувшись у свою кімнату, Джон швидко роздягся, погасив світло і ліг спати. Але йому не спалось. У густій темряві мріяв про те, як завтра ввечері зустрінеться з Мері і порадує її несподіваною удачею. Тепер вони зможуть одружитись! У найближчу неділю підуть підшукувати квартиру і купувати меблі... Джон навіть не полічив грошей, які йому дав Аббінгтон. Професор не обдурить, а все-таки...</w:t>
      </w:r>
    </w:p>
    <w:p>
      <w:r>
        <w:br/>
        <w:t>І йому захотілося ще раз пересвідчитись, що він так несподівано розбагатів. Вискочив з ліжка і в потемках почав шукати піджак, у кишені якого лежали гроші.</w:t>
      </w:r>
    </w:p>
    <w:p>
      <w:r>
        <w:br/>
        <w:t>Йому здалося, що зліва від нього блимнуло тьмяне світло, ніби блідо-зелена хмарка.</w:t>
      </w:r>
    </w:p>
    <w:p>
      <w:r>
        <w:br/>
        <w:t>Джон придивився і скрикнув од здивування. Перед ним на туалетному столику стояло овальне дзеркало, а в ньому — слабо світилося відображення його самого.</w:t>
      </w:r>
    </w:p>
    <w:p>
      <w:r>
        <w:br/>
        <w:t>Не вірячи своїм очам, Джон простиг руку і побачив,</w:t>
      </w:r>
    </w:p>
    <w:p>
      <w:r>
        <w:br/>
        <w:t>що рука світиться, мов світлячок. Сяяли руки, голова, груди — все тіло. І в міру того, як очі звикали до темряви, світло посилювалось.</w:t>
      </w:r>
    </w:p>
    <w:p>
      <w:r>
        <w:br/>
        <w:t>Джон знову подивився в дзеркало, і від баченого у нього волосся заворушилося на голові. Крізь сорочку тіло фосфоресціювало і стало ніби прозорим. Чітко вимальовувалися ребра, хребці, було видно, як б'ється серце, скорочується шлунок, розширюються і стискаються легені. Нирки, селезінка, кровоносні судини просвічувалися краще, ніж на екрані рентгенівського апарата. Він бачив, як калатало його схвильоване серце.</w:t>
      </w:r>
    </w:p>
    <w:p>
      <w:r>
        <w:br/>
        <w:t>— Що ж це таке? — прохрипів переляканий Джон. Увімкнув електричне світло. Тіло вже не мерехтіло фосфоричним сяйвом і внутрішні органи не просвічувались. Але уважніше придивившись, він помітив чіткі контури.</w:t>
      </w:r>
    </w:p>
    <w:p>
      <w:r>
        <w:br/>
        <w:t>У Джона трусилися руки, коли він надівав піджак, пальто, накидав на себе ковдру. Марно. Світло проходило крізь усі перешкоди, вимальовуючи кістяк, серце, легені.</w:t>
      </w:r>
    </w:p>
    <w:p>
      <w:r>
        <w:br/>
        <w:t>— Як же мені тепер жити?..</w:t>
      </w:r>
    </w:p>
    <w:p>
      <w:r>
        <w:br/>
        <w:t>Джон важко сів на стілець біля дзеркала. Йому хотілося плакати. Потім його охопила злість на Аббінгтона. Піти оце і набити його, витрясти з нього душу, якщо не поверне тілу нормального вигляду!.. А хіба Джон не видав розписку в тому, що не матиме до Аббінгтона ніяких претензій? Хіба не за риск заплатив йому Аббінгтон? І як піти, та ще вночі, коли тіло світиться, мов той ліхтар?</w:t>
      </w:r>
    </w:p>
    <w:p>
      <w:r>
        <w:br/>
        <w:t>— Нещасний я, нещасний! — бурмотів Джон. — Краще б ногу зламати, плигаючи з автомобіля!</w:t>
      </w:r>
    </w:p>
    <w:p>
      <w:r>
        <w:br/>
        <w:t>Джон ходив по кімнаті, то гасив, то вмикав світло, заглядав у дзеркало. Пробував підкладати під сорочку газети, клейонку, затулявся, мов щитом, тазом, підносом, — світиться. Прокляття! Що скаже Мері, коли побачить його? А він так хотів порадувати її...</w:t>
      </w:r>
    </w:p>
    <w:p>
      <w:r>
        <w:br/>
        <w:t>Займалося на світ. Наставав день. Треба було збиратись на роботу. Джон умився, причесався перед дзеркалом, — брр! Приготував сніданок. Доїдаючи бутерброд, не міг утриматись, щоб не заглянути в дзеркало... Він сам собі здавався бридким, мов живий мрець.</w:t>
      </w:r>
    </w:p>
    <w:p>
      <w:r>
        <w:br/>
        <w:t>На роботу, однак, треба йти. Надів тепле пальто, хоч було літо, насунув на лоба капелюха і вийшов.</w:t>
      </w:r>
    </w:p>
    <w:p>
      <w:r>
        <w:br/>
        <w:t>Джон готовий був до всього, і все ж не міг уявити, що своїм виглядом викличе таку сенсацію.</w:t>
      </w:r>
    </w:p>
    <w:p>
      <w:r>
        <w:br/>
        <w:t>Вже у вестибюлі будинку його побачила дружина портьє, істерично завищала і, майнувши в свою комірку під сходами, грюкнула дверима.</w:t>
      </w:r>
    </w:p>
    <w:p>
      <w:r>
        <w:br/>
        <w:t>На вулиці круг Джона враз виріс натовп.</w:t>
      </w:r>
    </w:p>
    <w:p>
      <w:r>
        <w:br/>
        <w:t>— Примара! Скелет у шубі! Живий труп! Скляна людина! — лунали голоси.</w:t>
      </w:r>
    </w:p>
    <w:p>
      <w:r>
        <w:br/>
        <w:t>Хлопчаки сміялися, свистіли, хоробріші смикали Джона за поли. Забачивши вуличні безпорядки, збігалися полісмени. І Джон кинувся тікати, щоб сховатись у підземці</w:t>
      </w:r>
    </w:p>
    <w:p>
      <w:r>
        <w:br/>
        <w:t>Там було темніше, ніж на вулиці, і він світився ще ефектніше. Кондукторка зацокотіла зубами; публіка схвилювалася; у жінок почалися істерики; пасажири обурювались і вимагали "зсадити це неподобство". Джон бачив, що всі його цураються, і почував себе прокаженим.</w:t>
      </w:r>
    </w:p>
    <w:p>
      <w:r>
        <w:br/>
        <w:t>Змучений, він зовсім занепав духом. Сяк-так дістався до контори, до смерті налякав старого швейцара, який, узявши його пальто, так і сів на підлогу, — потім ввійшов у бухгалтерію.</w:t>
      </w:r>
    </w:p>
    <w:p>
      <w:r>
        <w:br/>
        <w:t>Він пробирався до свого стола і ніби гасив по дорозі всі звуки. Стихло стрекотання машинок, перестали дзижчати арифмометри. Настала глибока тиша. Тільки одна машиністка, що сиділа поряд із столом Джона, тріскотіла клавішами, з головою поринувши в роботу. Але незвична тиша дійшла і до її свідомості. Вона підвела голову, глянула на Джона, завищала, мов сирена, хроматичною гамою на дві октави і зомліла.</w:t>
      </w:r>
    </w:p>
    <w:p>
      <w:r>
        <w:br/>
        <w:t>У конторі знову загули, зашуміли, але це вже був шум бурі, катастрофи, стихійного лиха. Службовці посхоплювалися з своїх місць, кричали, розмахували руками. Жінки повтікали, чоловіки несміливо обступили Джона.</w:t>
      </w:r>
    </w:p>
    <w:p>
      <w:r>
        <w:br/>
        <w:t>— Містер Сіддонс! — пролунав громовий голос бухгалтера.</w:t>
      </w:r>
    </w:p>
    <w:p>
      <w:r>
        <w:br/>
        <w:t>Джон, почуваючи себе так, ніби він голий, пройшов за скляну перегородку.</w:t>
      </w:r>
    </w:p>
    <w:p>
      <w:r>
        <w:br/>
        <w:t>Бухгалтер довго й уважно розглядав легені і серце Джона, потім сказав:</w:t>
      </w:r>
    </w:p>
    <w:p>
      <w:r>
        <w:br/>
        <w:t>— Прошу пояснити, що означає цей... цей... я не підберу слова... цей незвичайний маскарад?</w:t>
      </w:r>
    </w:p>
    <w:p>
      <w:r>
        <w:br/>
        <w:t>— Пробачте, містер... це не маскарад, а скоріше нещасливий випадок, — белькотів Джон. — Наслідки одного невдалого експерименту... лікування...</w:t>
      </w:r>
    </w:p>
    <w:p>
      <w:r>
        <w:br/>
        <w:t>Фатальне слово було сказане.</w:t>
      </w:r>
    </w:p>
    <w:p>
      <w:r>
        <w:br/>
        <w:t>— Лікування? — вигукнув бухгалтер. — Так ви хворі? І до того ж така... непристойна хвороба? Чого ж ви прийшли? Тут не клініка і не анатомічний музей.</w:t>
      </w:r>
    </w:p>
    <w:p>
      <w:r>
        <w:br/>
        <w:t>— Але, запевняю вас, я здоровий... я зовсім здоровий... Я хотів тільки сказати, що експеримент провадився для того, щоб лікувати хворих...</w:t>
      </w:r>
    </w:p>
    <w:p>
      <w:r>
        <w:br/>
        <w:t>— Хіба здорові люди просвічуються, наче графин, і безсоромно виставляють напоказ свої селезінки? Ви самі бачите, що працювати у вашій присутності немислимо. Прошу підійти до касира і взяти розрахунок. Ви більше в нас не служите, містер Сіддонс.</w:t>
      </w:r>
    </w:p>
    <w:p>
      <w:r>
        <w:br/>
        <w:t>— То, може, за ширмою... — почав Джон і безнадійно махнув рукою. Від цього проклятого проміння не захистить ніяка ширма.</w:t>
      </w:r>
    </w:p>
    <w:p>
      <w:r>
        <w:br/>
        <w:t>Похиливши голову, поплентався він до касира. Той завив, коли побачив кістяк у світному тілі, довго не міг отямитись і, нарешті, тремтячими руками відлічив гроші.</w:t>
      </w:r>
    </w:p>
    <w:p>
      <w:r>
        <w:br/>
        <w:t>З торговим домом було покінчено. І з усім на світі покінчено. Іншої роботи йому не знайти, про Мері — нічого й думати...</w:t>
      </w:r>
    </w:p>
    <w:p>
      <w:r>
        <w:br/>
        <w:t>Джон збирався відлупцювати Аббінгтона, але нещастя, яке на нього звалилося, так його приголомшило, що навіть злість щезла, зостався тільки безнадійний смуток. І коли Сіддонс прийшов до вченого, то лише гірко вигукнув:</w:t>
      </w:r>
    </w:p>
    <w:p>
      <w:r>
        <w:br/>
        <w:t>— Що ви зі мною зробили, містер Аббінгтон? Професор уважно оглянув Джона і був у захвати — Прекрасно! Чудово! — радів він, повертаючи</w:t>
      </w:r>
    </w:p>
    <w:p>
      <w:r>
        <w:br/>
        <w:t>Джона. — Дихайте. Не дихайте. Дивовижно! Цього я не чекав.</w:t>
      </w:r>
    </w:p>
    <w:p>
      <w:r>
        <w:br/>
        <w:t>— Коли б я цього чекав, то відмовився б навіть од мільйона, — відказав Джон.</w:t>
      </w:r>
    </w:p>
    <w:p>
      <w:r>
        <w:br/>
        <w:t>— Ваші легені в цілковитому порядку, — захоплювався Аббінгтон, не слухаючи Джона. — Ні найменшого затемнення. І серце не збільшене. Нирки на місці. Ви цілком здоровий, містер...</w:t>
      </w:r>
    </w:p>
    <w:p>
      <w:r>
        <w:br/>
        <w:t>— Здоровий! — зітхнув Сіддонс. — Що мені з такого здоров'я! Краще було б повне затемнення, ніж таке просвічування. Я втратив роботу і не можу показатись на вулиці.</w:t>
      </w:r>
    </w:p>
    <w:p>
      <w:r>
        <w:br/>
        <w:t>— Зате як зручно для лікарів і для вас самого! Якщо ви захворієте, то навіть зовсім недосвідчений лікар безпомилково поставить діагноз.</w:t>
      </w:r>
    </w:p>
    <w:p>
      <w:r>
        <w:br/>
        <w:t>— Багато мені допоможе ваш діагноз! — розсердився Джон. — Замість того щоб дивитись, чи на місці в мене печінка, ви б подивились на шлунок!</w:t>
      </w:r>
    </w:p>
    <w:p>
      <w:r>
        <w:br/>
        <w:t>— А-а. Подивимось. Цілком нормальний. Ніяких натяків на виразки...</w:t>
      </w:r>
    </w:p>
    <w:p>
      <w:r>
        <w:br/>
        <w:t>— І ніяких натяків на їжу!</w:t>
      </w:r>
    </w:p>
    <w:p>
      <w:r>
        <w:br/>
        <w:t>— Справді. Шлунок зовсім порожній. Ну, цій біді можна зарадити. З голоду ви не вмрете, не турбуйтеся. Ви тепер становите виключний інтерес для науки. Я влаштую вас при медичному інституті. Ви показуватимете, себе вченим і студентам. Оце і вся робота. Платня невелика, але, мабуть, стільки, скільки ви одержували як рахівник, одержите. Гаразд? А як ви себе почуваєте?</w:t>
      </w:r>
    </w:p>
    <w:p>
      <w:r>
        <w:br/>
        <w:t>— Препогано!</w:t>
      </w:r>
    </w:p>
    <w:p>
      <w:r>
        <w:br/>
        <w:t>— Я питаю не про ваш настрій. Чи відчуваєте ви. втому? Чи спите?</w:t>
      </w:r>
    </w:p>
    <w:p>
      <w:r>
        <w:br/>
        <w:t>— Втоми ніякісінької не відчуваю. Міг би працювати за трьох, тільки хто мене візьме?</w:t>
      </w:r>
    </w:p>
    <w:p>
      <w:r>
        <w:br/>
        <w:t>— Я вже казав, що у вас буде робота. А сон?</w:t>
      </w:r>
    </w:p>
    <w:p>
      <w:r>
        <w:br/>
        <w:t>— Зовсім не сплю. Але думаю, що на моєму місці і ви б не спали.</w:t>
      </w:r>
    </w:p>
    <w:p>
      <w:r>
        <w:br/>
        <w:t>— Прекрасно! Сон переможено! Це чудове відкриття! З вашим свіченням вийшов маленький недогляд. Але ж це тільки експеримент. Ви бачите, я дбаю про вас більше ніж обіцяв. До свого незвичайного вигляду звикнете, безробіття вам не загрожує. Чого ж вам іще бракує? Повірте, є багато, дуже багато таких, що позаздрили б вашому становищу.</w:t>
      </w:r>
    </w:p>
    <w:p>
      <w:r>
        <w:br/>
        <w:t>— Чого мені ще треба? Містер Аббінгтон! — вигукнув Джон. — Невже ви не розумієте? Адже я живий, молодий, здоровий. І... не самим хлібом живе людина...</w:t>
      </w:r>
    </w:p>
    <w:p>
      <w:r>
        <w:br/>
        <w:t>— Здається, я починаю догадуватись...</w:t>
      </w:r>
    </w:p>
    <w:p>
      <w:r>
        <w:br/>
        <w:t>— Догадатись неважко. Я кохаю дівчину. Вона моя наречена.</w:t>
      </w:r>
    </w:p>
    <w:p>
      <w:r>
        <w:br/>
        <w:t>— Це справді деяке ускладнення, — усміхнувся Аббінгтон. — Але якщо наречена вас любить, вона не відмовиться од вас. Хіба не в кожного з нас є серце, легені, нирки? Ви їй так і скажіть. А звикнути можна до всього.</w:t>
      </w:r>
    </w:p>
    <w:p>
      <w:r>
        <w:br/>
        <w:t>— Звикнути! Я сам не можу до себе звикнути.</w:t>
      </w:r>
    </w:p>
    <w:p>
      <w:r>
        <w:br/>
        <w:t>— Вона бачила вас? — поцікавився Аббінгтон.</w:t>
      </w:r>
    </w:p>
    <w:p>
      <w:r>
        <w:br/>
        <w:t>— Ні. Я не наважувався. Написав листа, нібито поїхав у справах. Містер Аббінгтон! Поверніть мені нормальний вигляд! Благаю вас!</w:t>
      </w:r>
    </w:p>
    <w:p>
      <w:r>
        <w:br/>
        <w:t>— Цього я не можу зробити. Ви будете прозорим доти, поки радіоактивний елемент, введений у ваше тіло, не розпадеться.</w:t>
      </w:r>
    </w:p>
    <w:p>
      <w:r>
        <w:br/>
        <w:t>— А довго мені ждати цього розпаду?</w:t>
      </w:r>
    </w:p>
    <w:p>
      <w:r>
        <w:br/>
        <w:t>— Тривалість життя радія дві тисячі двісті вісімдесят років...</w:t>
      </w:r>
    </w:p>
    <w:p>
      <w:r>
        <w:br/>
        <w:t>У Джона підломилися коліна. — Тисячі! — вигукнув він.</w:t>
      </w:r>
    </w:p>
    <w:p>
      <w:r>
        <w:br/>
        <w:t>— Так, але вам на втіху можу сказати, що у ваш організм я ввів штучні радіометали. А вони існують від часток секунди до десяти років. Зокрема — радіокобальт...</w:t>
      </w:r>
    </w:p>
    <w:p>
      <w:r>
        <w:br/>
        <w:t>— Містер Аббінгтон! То невже немає ніякого засобу, щоб сховати від людей свічення мого тіла?</w:t>
      </w:r>
    </w:p>
    <w:p>
      <w:r>
        <w:br/>
        <w:t>— Тільки свинцеві екрани.</w:t>
      </w:r>
    </w:p>
    <w:p>
      <w:r>
        <w:br/>
        <w:t>— Тоді, може, свинцевий плащ...</w:t>
      </w:r>
    </w:p>
    <w:p>
      <w:r>
        <w:br/>
        <w:t>— Свинцеві штани, свинцевий капюшон? Навряд, щоб такий костюм був зручний для вас. Та й навіщо? Не журіться, містер Сіддонс. Я вас влаштую в інституті, це справа вирішена. Ми захистимо вас від пустої цікавості. Там ви і житимете. Приходьте до мене завтра вранці.</w:t>
      </w:r>
    </w:p>
    <w:p>
      <w:r>
        <w:br/>
        <w:t>Повернувшись додому, Джон застав коло своїх дверей товстенького присадкуватого чоловіка, поважного і разом з тим пронозуватого.</w:t>
      </w:r>
    </w:p>
    <w:p>
      <w:r>
        <w:br/>
        <w:t>— Містер Сіддонс?</w:t>
      </w:r>
    </w:p>
    <w:p>
      <w:r>
        <w:br/>
        <w:t>— До ваших послуг.</w:t>
      </w:r>
    </w:p>
    <w:p>
      <w:r>
        <w:br/>
        <w:t>— Ви не знаєте мене, я ніколи не бачив вас, але не помиляюсь, що ви — містер Сіддонс. Я до вас у справі, якщо дозволите...</w:t>
      </w:r>
    </w:p>
    <w:p>
      <w:r>
        <w:br/>
        <w:t>— Будь ласка. — Джон відчинив двері кімнати і впустив відвідувача.</w:t>
      </w:r>
    </w:p>
    <w:p>
      <w:r>
        <w:br/>
        <w:t>— Моє прізвище Наайт. Джером Наайт. Дозвольте з вами ближче познайомитись. — І Наайт заходився безцеремонно розглядати Джона, обходячи з усіх боків і примовляючи: — Ефектно! Сенсаційно! Оригінальніше, ніж я думав. Оце, мабуть, серце? Ач, як колотиться! Я не знав, що воно таке велике. І зовсім не схоже на ті серця, які зображують проткнутими стрілою або на картах червової масті. А це що? Печінка чи селезінка? А де ж нирки? — Він так захопився, що почав вертіти Джона. — Лікарі кажуть, що в мене нирки не в порядку. Цікаво подивитись, які вони. А чого у вас мозок такий зморщений? У телячому мозку...</w:t>
      </w:r>
    </w:p>
    <w:p>
      <w:r>
        <w:br/>
        <w:t>— Чого вам треба? — не стерпів Джон.</w:t>
      </w:r>
    </w:p>
    <w:p>
      <w:r>
        <w:br/>
        <w:t>Містер Наайт запропонував Джону сигару, закурив сам і сказав про мету свого візиту.</w:t>
      </w:r>
    </w:p>
    <w:p>
      <w:r>
        <w:br/>
        <w:t>Про містера Сіддонса уже говорить усе місто, пишуть газети. Тисячі людей прагнуть побачити феноменальну прозору людину. І містер Наайт, маючи добре серце, вирішив взяти на себе клопіт задовольнити це бажання, якщо на те дасть згоду містер Сіддонс. Витрати по організації публічних сеансів дуже великі, і тому Наайт не може запропонувати містеру Сіддонсу великої суми за виступи, але сподівається, щодо розміру винагороди вони дійдуть згоди.</w:t>
      </w:r>
    </w:p>
    <w:p>
      <w:r>
        <w:br/>
        <w:t>Джон рішуче відмовився. Цього ще не вистачало! Його виставлятимуть напоказ, мов крокодила або сіамських близнят!</w:t>
      </w:r>
    </w:p>
    <w:p>
      <w:r>
        <w:br/>
        <w:t>Наайт думав, що Сіддонс просто хоче набити ціну, і почав швидко збільшувати її. Джон не погоджувався. Наайт усе набавляв, і Джон завагався. Він згадав про Мері. Аббінгтон подав надію, що прозорість тіла може зникнути. Він перестане бути живим анатомічним об'єктом, і вони зможуть побратися з Мері. Непогано б заробити на перше обзаведення. Удень — в інституті, ввечері — у Наайта. Спати йому не треба, втоми він ніколи не відчуває. Чому б і не пристати на це?</w:t>
      </w:r>
    </w:p>
    <w:p>
      <w:r>
        <w:br/>
        <w:t>Тепер уже Джон навмисно набивав ціну і, коли побачив, що більше з Наайта не витягнеш, дав згоду.</w:t>
      </w:r>
    </w:p>
    <w:p>
      <w:r>
        <w:br/>
        <w:t>Для Джона почалося нове життя. Він був сливе задоволений ним: добре заробляв без будь-якого зусилля, фізично почував себе прекрасно. Йому навіть почала подобатися роль феномена, який викликає сенсацію. Одне турбувало Джона — його відносини з Мері. Під всякими приводами він відкладав побачення з нею, писав їй листи, говорив по телефону. Мері відповідала. В її листах бриніли докори і скарги. Чого він уникає її?</w:t>
      </w:r>
    </w:p>
    <w:p>
      <w:r>
        <w:br/>
        <w:t>Може, розлюбив? З газет вона вже знає, що з ним скоїлося. Але її любов незрадлива, і даремно він ховається, якщо справа тільки в цьому. "Гора не йде до Магомета, то Магомет прийде до гори", — закінчила вона свого останнього листа.</w:t>
      </w:r>
    </w:p>
    <w:p>
      <w:r>
        <w:br/>
        <w:t>Коли ввечері "скляна людина", світове чудо — містер Сіддонс виступив у темному залі перед публікою, випромінюючи фосфоричне світло і сяючи всіма нутрощами, в залі пролунав істеричний жіночий крик. На сеансах це нерідко траплялося, але Джон здригнувся, голос здався йому знайомим.</w:t>
      </w:r>
    </w:p>
    <w:p>
      <w:r>
        <w:br/>
        <w:t>— Жінка зомліла! Увімкніть світло! — вигукнув хтось. Спалахнули лампи. Джон заглянув у зал для глядачів і ахнув. Це була вона, його Мері! Джон наказав перенести дівчину в його кімнату і разом з лікарем почав приводити її до пам'яті.</w:t>
      </w:r>
    </w:p>
    <w:p>
      <w:r>
        <w:br/>
        <w:t>Мері розплющила очі, з жахом подивилася на Джона і закричала:</w:t>
      </w:r>
    </w:p>
    <w:p>
      <w:r>
        <w:br/>
        <w:t>— Іди геть! Геть! Це жахливо! Я не можу тебе бачити!</w:t>
      </w:r>
    </w:p>
    <w:p>
      <w:r>
        <w:br/>
        <w:t>— Мері, люба, заспокойся! Невже я такий страшний? Адже в кожної людини є кістяк, і серце, і селезінка, — згадав він слова Аббінгтона. — Тільки в інших не видно, а в мене видно. Ти ж сама писала, як мене любиш...</w:t>
      </w:r>
    </w:p>
    <w:p>
      <w:r>
        <w:br/>
        <w:t>— Так, але я не думала... я не могла уявити... Ні, ні! Не приторкайся до мене! Я не можу, не хочу бути твоєю дружиною. Пусти! Ай! — вона враз вирвалась із рук Джона і побігла. Сіддонс погнався за нею, але спіткнувся. Містер Наайт схопив його за руку і крикнув у вухо:</w:t>
      </w:r>
    </w:p>
    <w:p>
      <w:r>
        <w:br/>
        <w:t>— Опам'ятайтесь! Публіка хвилюється, вимагає повернути гроші. Прошу продовжувати сеанс!</w:t>
      </w:r>
    </w:p>
    <w:p>
      <w:r>
        <w:br/>
        <w:t>І він вивів Джона на сцену. Світло знову погасили.</w:t>
      </w:r>
    </w:p>
    <w:p>
      <w:r>
        <w:br/>
        <w:t>Тіло Джона засвітилося — і враз померкло.</w:t>
      </w:r>
    </w:p>
    <w:p>
      <w:r>
        <w:br/>
        <w:t>Почулися обурені викрики публіки! А Джон стояв розгублений посеред темної сцени, ще не розуміючи, що з ним сталося. Недовгочасний штучний радіоелемент розпався. Джон раптом відчув страшенну втому, захотілося спати. Його довелося відвести в костюмерну, де він упав на кушетку і захропів.</w:t>
      </w:r>
    </w:p>
    <w:p>
      <w:r>
        <w:br/>
        <w:t>Прокинувся він уже в своїй кімнаті. Подивився на руки. Кістки не просвічувались. Подивився в дзеркало. Ні ребер, ні серця не було видно. Його тіло мало звичайний вигляд.</w:t>
      </w:r>
    </w:p>
    <w:p>
      <w:r>
        <w:br/>
        <w:t>Побіг у коридор, де був телефон, викликав Мері. Задихаючись від хвилювання, сказав їй про зміну в собі.</w:t>
      </w:r>
    </w:p>
    <w:p>
      <w:r>
        <w:br/>
        <w:t>— Ні, ні і ні! — почувся в телефоні голос Мері. — Я не можу забути вигляду вашого серця!</w:t>
      </w:r>
    </w:p>
    <w:p>
      <w:r>
        <w:br/>
        <w:t>— Тоді шукайте собі жениха зовсім без серця! — роздратовано крикнув Джон і повісив трубку.</w:t>
      </w:r>
    </w:p>
    <w:p>
      <w:r>
        <w:br/>
        <w:t>© БЄЛЯЄВ О. Р. Небесний гість: Повість та оповідання. — К.: Молодь, 1963. — 256 с. — (Пригоди. Подорожі. Наукова фантастика).</w:t>
      </w:r>
    </w:p>
    <w:p>
      <w:r>
        <w:br/>
        <w:t>© СВЄЧНИКОВА Н. І., переклад з російської, 1963.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Анатомічний жених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