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Amores</w:t>
      </w:r>
    </w:p>
    <w:p>
      <w:r>
        <w:br/>
        <w:t xml:space="preserve"> 1.</w:t>
      </w:r>
    </w:p>
    <w:p>
      <w:r>
        <w:br/>
        <w:t>твій малесенький голос</w:t>
      </w:r>
    </w:p>
    <w:p>
      <w:r>
        <w:br/>
        <w:t>Прийшов на його ескапади</w:t>
      </w:r>
    </w:p>
    <w:p>
      <w:r>
        <w:br/>
        <w:t>і захмелів&lt;br /&gt;</w:t>
        <w:br/>
        <w:t>раптово</w:t>
      </w:r>
    </w:p>
    <w:p>
      <w:r>
        <w:br/>
        <w:t>З гамором і веселощами квітно</w:t>
      </w:r>
    </w:p>
    <w:p>
      <w:r>
        <w:br/>
        <w:t>Твій голос немов перестрибував через вогнище&lt;br /&gt;</w:t>
        <w:br/>
        <w:t>Граційно перед моїми очима</w:t>
      </w:r>
    </w:p>
    <w:p>
      <w:r>
        <w:br/>
        <w:t>Або ж миготливо обабіч</w:t>
      </w:r>
    </w:p>
    <w:p>
      <w:r>
        <w:br/>
        <w:t>Глянула&lt;br /&gt;</w:t>
        <w:br/>
        <w:t>нахабно і витончено&lt;br /&gt;</w:t>
        <w:br/>
        <w:t>плаваючими долонями доторкнулась мене&lt;br /&gt;</w:t>
        <w:br/>
        <w:t>Спопелила мене закружляла в яскравому танці&lt;br /&gt;</w:t>
        <w:br/>
        <w:t>над&lt;br /&gt;</w:t>
        <w:br/>
        <w:t>Над&lt;br /&gt;</w:t>
        <w:br/>
        <w:t>Бліде самолюбство</w:t>
      </w:r>
    </w:p>
    <w:p>
      <w:r>
        <w:br/>
        <w:t>зірок і Усміхнений</w:t>
      </w:r>
    </w:p>
    <w:p>
      <w:r>
        <w:br/>
        <w:t>місяць</w:t>
      </w:r>
    </w:p>
    <w:p>
      <w:r>
        <w:br/>
        <w:t>о дівчино&lt;br /&gt;</w:t>
        <w:br/>
        <w:t>Яким я був дурнем як плакав як серце</w:t>
      </w:r>
    </w:p>
    <w:p>
      <w:r>
        <w:br/>
        <w:t>упало</w:t>
      </w:r>
    </w:p>
    <w:p>
      <w:r>
        <w:br/>
        <w:t>і чисто і смерть&lt;br /&gt;</w:t>
        <w:br/>
        <w:t>ескапади&lt;br /&gt;</w:t>
        <w:br/>
        <w:t>Солодкий</w:t>
      </w:r>
    </w:p>
    <w:p>
      <w:r>
        <w:br/>
        <w:t>твій голос</w:t>
      </w:r>
    </w:p>
    <w:p>
      <w:r>
        <w:br/>
        <w:t>2.</w:t>
      </w:r>
    </w:p>
    <w:p>
      <w:r>
        <w:br/>
        <w:t>темнавим&lt;br /&gt;</w:t>
        <w:br/>
        <w:t>дощем, призахідним&lt;br /&gt;</w:t>
        <w:br/>
        <w:t>сонцем сиджу я і&lt;br /&gt;</w:t>
        <w:br/>
        <w:t>думаю тебе</w:t>
      </w:r>
    </w:p>
    <w:p>
      <w:r>
        <w:br/>
        <w:t>праведне&lt;br /&gt;</w:t>
        <w:br/>
        <w:t>місто твого обличчя&lt;br /&gt;</w:t>
        <w:br/>
        <w:t>маленькі вулиці твоїх щік&lt;br /&gt;</w:t>
        <w:br/>
        <w:t>сміються</w:t>
      </w:r>
    </w:p>
    <w:p>
      <w:r>
        <w:br/>
        <w:t>і ці очі трішки&lt;br /&gt;</w:t>
        <w:br/>
        <w:t>дрозда&lt;br /&gt;</w:t>
        <w:br/>
        <w:t>трішки янгола і ці сонні&lt;br /&gt;</w:t>
        <w:br/>
        <w:t>губи де плавають квіти цілунків</w:t>
      </w:r>
    </w:p>
    <w:p>
      <w:r>
        <w:br/>
        <w:t>і&lt;br /&gt;</w:t>
        <w:br/>
        <w:t>ці солодкі лякливі піруети&lt;br /&gt;</w:t>
        <w:br/>
        <w:t>твого волосся&lt;br /&gt;</w:t>
        <w:br/>
        <w:t>і ці</w:t>
      </w:r>
    </w:p>
    <w:p>
      <w:r>
        <w:br/>
        <w:t>твої танцеспіви&lt;br /&gt;</w:t>
        <w:br/>
        <w:t>душі. і зірки&lt;br /&gt;</w:t>
        <w:br/>
        <w:t>що опадають&lt;br /&gt;</w:t>
        <w:br/>
        <w:t>досконалі,і я</w:t>
      </w:r>
    </w:p>
    <w:p>
      <w:r>
        <w:br/>
        <w:t>думаю</w:t>
      </w:r>
    </w:p>
    <w:p>
      <w:r>
        <w:br/>
        <w:t>тебе</w:t>
      </w:r>
    </w:p>
    <w:p>
      <w:r>
        <w:br/>
        <w:t>3.</w:t>
      </w:r>
    </w:p>
    <w:p>
      <w:r>
        <w:br/>
        <w:t>п'ята&lt;br /&gt;</w:t>
        <w:br/>
        <w:t>місяця&lt;br /&gt;</w:t>
        <w:br/>
        <w:t>в синьому&lt;br /&gt;</w:t>
        <w:br/>
        <w:t>небі</w:t>
      </w:r>
    </w:p>
    <w:p>
      <w:r>
        <w:br/>
        <w:t>кохання води</w:t>
      </w:r>
    </w:p>
    <w:p>
      <w:r>
        <w:br/>
        <w:t>тремтливе&lt;br /&gt;</w:t>
        <w:br/>
        <w:t>засліплене з мовчання&lt;br /&gt;</w:t>
        <w:br/>
        <w:t>небесних хвиль де</w:t>
      </w:r>
    </w:p>
    <w:p>
      <w:r>
        <w:br/>
        <w:t>в тягучім беззір'ї&lt;br /&gt;</w:t>
        <w:br/>
        <w:t>натирається жаром&lt;br /&gt;</w:t>
        <w:br/>
        <w:t>жовтий коханець</w:t>
      </w:r>
    </w:p>
    <w:p>
      <w:r>
        <w:br/>
        <w:t>стою в темноті&lt;br /&gt;</w:t>
        <w:br/>
        <w:t>стрункій&lt;br /&gt;</w:t>
        <w:br/>
        <w:t>і&lt;br /&gt;</w:t>
        <w:br/>
        <w:t>нагальній</w:t>
      </w:r>
    </w:p>
    <w:p>
      <w:r>
        <w:br/>
        <w:t>(знову</w:t>
      </w:r>
    </w:p>
    <w:p>
      <w:r>
        <w:br/>
        <w:t>я повільно кохана&lt;br /&gt;</w:t>
        <w:br/>
        <w:t>зриваю&lt;br /&gt;</w:t>
        <w:br/>
        <w:t>твого обережного рота</w:t>
      </w:r>
    </w:p>
    <w:p>
      <w:r>
        <w:br/>
        <w:t>збуджену квітку)</w:t>
      </w:r>
    </w:p>
    <w:p>
      <w:r>
        <w:br/>
        <w:t>4.</w:t>
      </w:r>
    </w:p>
    <w:p>
      <w:r>
        <w:br/>
        <w:t>істиннО&lt;br /&gt;</w:t>
        <w:br/>
        <w:t>жінко це&lt;br /&gt;</w:t>
        <w:br/>
        <w:t>моє тіло.&lt;br /&gt;</w:t>
        <w:br/>
        <w:t>воно</w:t>
      </w:r>
    </w:p>
    <w:p>
      <w:r>
        <w:br/>
        <w:t>лежить&lt;br /&gt;</w:t>
        <w:br/>
        <w:t>саме&lt;br /&gt;</w:t>
        <w:br/>
        <w:t>на височенній горі&lt;br /&gt;</w:t>
        <w:br/>
        <w:t>снить тобою,</w:t>
      </w:r>
    </w:p>
    <w:p>
      <w:r>
        <w:br/>
        <w:t>прикуте до&lt;br /&gt;</w:t>
        <w:br/>
        <w:t>одержимих&lt;br /&gt;</w:t>
        <w:br/>
        <w:t>очей&lt;br /&gt;</w:t>
        <w:br/>
        <w:t>приречених бачити</w:t>
      </w:r>
    </w:p>
    <w:p>
      <w:r>
        <w:br/>
        <w:t>німий карнавал ночі&lt;br /&gt;</w:t>
        <w:br/>
        <w:t>темноту&lt;br /&gt;</w:t>
        <w:br/>
        <w:t>намальовану&lt;br /&gt;</w:t>
        <w:br/>
        <w:t>метеорами</w:t>
      </w:r>
    </w:p>
    <w:p>
      <w:r>
        <w:br/>
        <w:t>грайливий потік&lt;br /&gt;</w:t>
        <w:br/>
        <w:t>віковічних рук&lt;br /&gt;</w:t>
        <w:br/>
        <w:t>що вибухає&lt;br /&gt;</w:t>
        <w:br/>
        <w:t>відлунням зір</w:t>
      </w:r>
    </w:p>
    <w:p>
      <w:r>
        <w:br/>
        <w:t>(прийшовши ти&lt;br /&gt;</w:t>
        <w:br/>
        <w:t>запам'ятаєш цю ніч цей кайф цей&lt;br /&gt;</w:t>
        <w:br/>
        <w:t>екстаз повільно,&lt;br /&gt;</w:t>
        <w:br/>
        <w:t>перенасичено</w:t>
      </w:r>
    </w:p>
    <w:p>
      <w:r>
        <w:br/>
        <w:t>серце зміліле&lt;br /&gt;</w:t>
        <w:br/>
        <w:t>квіткожахливо&lt;br /&gt;</w:t>
        <w:br/>
        <w:t>пам'ятати&lt;br /&gt;</w:t>
        <w:br/>
        <w:t>буде</w:t>
      </w:r>
    </w:p>
    <w:p>
      <w:r>
        <w:br/>
        <w:t>підніматись, повільно&lt;br /&gt;</w:t>
        <w:br/>
        <w:t>повертатися до</w:t>
      </w:r>
    </w:p>
    <w:p>
      <w:r>
        <w:br/>
        <w:t>червоних обранців губ</w:t>
      </w:r>
    </w:p>
    <w:p>
      <w:r>
        <w:br/>
        <w:t>омріяних)</w:t>
      </w:r>
    </w:p>
    <w:p>
      <w:r>
        <w:br/>
        <w:t>5.</w:t>
      </w:r>
    </w:p>
    <w:p>
      <w:r>
        <w:br/>
        <w:t>як дивовижне море&lt;br /&gt;</w:t>
        <w:br/>
        <w:t>із божих&lt;br /&gt;</w:t>
        <w:br/>
        <w:t>долонь зійшла вона&lt;br /&gt;</w:t>
        <w:br/>
        <w:t>заснути у світ</w:t>
      </w:r>
    </w:p>
    <w:p>
      <w:r>
        <w:br/>
        <w:t>і земля зів'яла&lt;br /&gt;</w:t>
        <w:br/>
        <w:t>місяць викришився&lt;br /&gt;</w:t>
        <w:br/>
        <w:t>одна по одній&lt;br /&gt;</w:t>
        <w:br/>
        <w:t>зірки обернулися в пил</w:t>
      </w:r>
    </w:p>
    <w:p>
      <w:r>
        <w:br/>
        <w:t>але море&lt;br /&gt;</w:t>
        <w:br/>
        <w:t>не змінилося&lt;br /&gt;</w:t>
        <w:br/>
        <w:t>і вона зійшла з долонь і&lt;br /&gt;</w:t>
        <w:br/>
        <w:t>вернулась в долоні</w:t>
      </w:r>
    </w:p>
    <w:p>
      <w:r>
        <w:br/>
        <w:t>і суща в сні…</w:t>
      </w:r>
    </w:p>
    <w:p>
      <w:r>
        <w:br/>
        <w:t>кохання,</w:t>
      </w:r>
    </w:p>
    <w:p>
      <w:r>
        <w:br/>
        <w:t>ламання</w:t>
      </w:r>
    </w:p>
    <w:p>
      <w:r>
        <w:br/>
        <w:t>твоєї</w:t>
      </w:r>
    </w:p>
    <w:p>
      <w:r>
        <w:br/>
        <w:t>душі&lt;br /&gt;</w:t>
        <w:br/>
        <w:t>в мої</w:t>
      </w:r>
    </w:p>
    <w:p>
      <w:r>
        <w:br/>
        <w:t>губи</w:t>
      </w:r>
    </w:p>
    <w:p>
      <w:r>
        <w:br/>
        <w:t>6.</w:t>
      </w:r>
    </w:p>
    <w:p>
      <w:r>
        <w:br/>
        <w:t>всередині зрушення&lt;br /&gt;</w:t>
        <w:br/>
        <w:t>небо напру&lt;br /&gt;</w:t>
        <w:br/>
        <w:t>жене&lt;br /&gt;</w:t>
        <w:br/>
        <w:t>мінить</w:t>
      </w:r>
    </w:p>
    <w:p>
      <w:r>
        <w:br/>
        <w:t>ся&lt;br /&gt;</w:t>
        <w:br/>
        <w:t>де&lt;br /&gt;</w:t>
        <w:br/>
        <w:t>рево губи</w:t>
      </w:r>
    </w:p>
    <w:p>
      <w:r>
        <w:br/>
        <w:t>пожорсткли загострились</w:t>
      </w:r>
    </w:p>
    <w:p>
      <w:r>
        <w:br/>
        <w:t>я&lt;br /&gt;</w:t>
        <w:br/>
        <w:t>чекаю солодкого&lt;br /&gt;</w:t>
        <w:br/>
        <w:t>знищення потуг&lt;br /&gt;</w:t>
        <w:br/>
        <w:t>м'яса</w:t>
      </w:r>
    </w:p>
    <w:p>
      <w:r>
        <w:br/>
        <w:t>я суворішаю&lt;br /&gt;</w:t>
        <w:br/>
        <w:t>твоєю чарівною силою</w:t>
      </w:r>
    </w:p>
    <w:p>
      <w:r>
        <w:br/>
        <w:t>О квапливе</w:t>
      </w:r>
    </w:p>
    <w:p>
      <w:r>
        <w:br/>
        <w:t>нищення</w:t>
      </w:r>
    </w:p>
    <w:p>
      <w:r>
        <w:br/>
        <w:t>моїх пожадань тебе чарівна&lt;br /&gt;</w:t>
        <w:br/>
        <w:t>утікачко</w:t>
      </w:r>
    </w:p>
    <w:p>
      <w:r>
        <w:br/>
        <w:t>7.</w:t>
      </w:r>
    </w:p>
    <w:p>
      <w:r>
        <w:br/>
        <w:t>якщо я вірю&lt;br /&gt;</w:t>
        <w:br/>
        <w:t>в смерть&lt;br /&gt;</w:t>
        <w:br/>
        <w:t>то вона дійсно&lt;br /&gt;</w:t>
        <w:br/>
        <w:t>існує</w:t>
      </w:r>
    </w:p>
    <w:p>
      <w:r>
        <w:br/>
        <w:t>юо ви любили мене,&lt;br /&gt;</w:t>
        <w:br/>
        <w:t>місяць і сонце&lt;br /&gt;</w:t>
        <w:br/>
        <w:t>зорі і квіти&lt;br /&gt;</w:t>
        <w:br/>
        <w:t>золоте крещендо і срібну тишу</w:t>
      </w:r>
    </w:p>
    <w:p>
      <w:r>
        <w:br/>
        <w:t>морських припливів&lt;br /&gt;</w:t>
        <w:br/>
        <w:t>яким я не довіряв,</w:t>
      </w:r>
    </w:p>
    <w:p>
      <w:r>
        <w:br/>
        <w:t>якось вночі</w:t>
      </w:r>
    </w:p>
    <w:p>
      <w:r>
        <w:br/>
        <w:t>коли в мої долоні</w:t>
      </w:r>
    </w:p>
    <w:p>
      <w:r>
        <w:br/>
        <w:t>опустилося ваше сяюче тіло&lt;br /&gt;</w:t>
        <w:br/>
        <w:t>коли моє серце&lt;br /&gt;</w:t>
        <w:br/>
        <w:t>співало поміж ваших досконалих&lt;br /&gt;</w:t>
        <w:br/>
        <w:t>грудей</w:t>
      </w:r>
    </w:p>
    <w:p>
      <w:r>
        <w:br/>
        <w:t>темнаво красиві зорі&lt;br /&gt;</w:t>
        <w:br/>
        <w:t>на моїх вустах пелюстки танцю&lt;br /&gt;</w:t>
        <w:br/>
        <w:t>і очей&lt;br /&gt;</w:t>
        <w:br/>
        <w:t>відплив</w:t>
      </w:r>
    </w:p>
    <w:p>
      <w:r>
        <w:br/>
        <w:t>співи протяжні&lt;br /&gt;</w:t>
        <w:br/>
        <w:t>моєї душі&lt;br /&gt;</w:t>
        <w:br/>
        <w:t>мова&lt;br /&gt;</w:t>
        <w:br/>
        <w:t>зелено-</w:t>
      </w:r>
    </w:p>
    <w:p>
      <w:r>
        <w:br/>
        <w:t>привітна бліде&lt;br /&gt;</w:t>
        <w:br/>
        <w:t>відпливання бехповоротного&lt;br /&gt;</w:t>
        <w:br/>
        <w:t>моря&lt;br /&gt;</w:t>
        <w:br/>
        <w:t>я пізнав твою смерть</w:t>
      </w:r>
    </w:p>
    <w:p>
      <w:r>
        <w:br/>
        <w:t>і коли</w:t>
      </w:r>
    </w:p>
    <w:p>
      <w:r>
        <w:br/>
        <w:t>я випробував запахи кожної&lt;br /&gt;</w:t>
        <w:br/>
        <w:t>ночі, коли всі мої дні&lt;br /&gt;</w:t>
        <w:br/>
        <w:t>означені наперед</w:t>
      </w:r>
    </w:p>
    <w:p>
      <w:r>
        <w:br/>
        <w:t>обличчя стає&lt;br /&gt;</w:t>
        <w:br/>
        <w:t>лише&lt;br /&gt;</w:t>
        <w:br/>
        <w:t>білим&lt;br /&gt;</w:t>
        <w:br/>
        <w:t>ароматом,</w:t>
      </w:r>
    </w:p>
    <w:p>
      <w:r>
        <w:br/>
        <w:t>з попелу</w:t>
      </w:r>
    </w:p>
    <w:p>
      <w:r>
        <w:br/>
        <w:t>тоді&lt;br /&gt;</w:t>
        <w:br/>
        <w:t>ти востаєш ти&lt;br /&gt;</w:t>
        <w:br/>
        <w:t>приходиш до неї виймаєш</w:t>
      </w:r>
    </w:p>
    <w:p>
      <w:r>
        <w:br/>
        <w:t>скелі з її очей і складки&lt;br /&gt;</w:t>
        <w:br/>
        <w:t>її&lt;br /&gt;</w:t>
        <w:br/>
        <w:t>губ&lt;br /&gt;</w:t>
        <w:br/>
        <w:t>заквітчуєш</w:t>
      </w:r>
    </w:p>
    <w:p>
      <w:r>
        <w:br/>
        <w:t>своїми неймовірними&lt;br /&gt;</w:t>
        <w:br/>
        <w:t>крилами, напоєними живим подихом&lt;br /&gt;</w:t>
        <w:br/>
        <w:t>усіх впертих зірок</w:t>
      </w:r>
    </w:p>
    <w:p>
      <w:r>
        <w:br/>
        <w:t>8.</w:t>
      </w:r>
    </w:p>
    <w:p>
      <w:r>
        <w:br/>
        <w:t>слава це останній&lt;br /&gt;</w:t>
        <w:br/>
        <w:t>гріх віковічних небес&lt;br /&gt;</w:t>
        <w:br/>
        <w:t>а листок&lt;br /&gt;</w:t>
        <w:br/>
        <w:t>це</w:t>
      </w:r>
    </w:p>
    <w:p>
      <w:r>
        <w:br/>
        <w:t>смерть і золотий&lt;br /&gt;</w:t>
        <w:br/>
        <w:t>вік&lt;br /&gt;</w:t>
        <w:br/>
        <w:t>самодержавних судорог&lt;br /&gt;</w:t>
        <w:br/>
        <w:t>поміж</w:t>
      </w:r>
    </w:p>
    <w:p>
      <w:r>
        <w:br/>
        <w:t>праху&lt;br /&gt;</w:t>
        <w:br/>
        <w:t>це випадкове осяяння&lt;br /&gt;</w:t>
        <w:br/>
        <w:t>тому ми так&lt;br /&gt;</w:t>
        <w:br/>
        <w:t>толерантно</w:t>
      </w:r>
    </w:p>
    <w:p>
      <w:r>
        <w:br/>
        <w:t>сприймаємо&lt;br /&gt;</w:t>
        <w:br/>
        <w:t>землю, О дозволь&lt;br /&gt;</w:t>
        <w:br/>
        <w:t>нам&lt;br /&gt;</w:t>
        <w:br/>
        <w:t>зійти з небес</w:t>
      </w:r>
    </w:p>
    <w:p>
      <w:r>
        <w:br/>
        <w:t>до цього&lt;br /&gt;</w:t>
        <w:br/>
        <w:t>мінливого вітру&lt;br /&gt;</w:t>
        <w:br/>
        <w:t>чия тендітна розкіш&lt;br /&gt;</w:t>
        <w:br/>
        <w:t>злущила з нас усі накипи</w:t>
      </w:r>
    </w:p>
    <w:p>
      <w:r>
        <w:br/>
        <w:t>увійти в твій подих&lt;br /&gt;</w:t>
        <w:br/>
        <w:t>у безвість&lt;br /&gt;</w:t>
        <w:br/>
        <w:t>де ми&lt;br /&gt;</w:t>
        <w:br/>
        <w:t>заночуємо</w:t>
      </w:r>
    </w:p>
    <w:p>
      <w:r>
        <w:br/>
        <w:t>це випадкове осяяння&lt;br /&gt;</w:t>
        <w:br/>
        <w:t>не зупинятися не по&lt;br /&gt;</w:t>
        <w:br/>
        <w:t>вертатися бути&lt;br /&gt;</w:t>
        <w:br/>
        <w:t>собою О</w:t>
      </w:r>
    </w:p>
    <w:p>
      <w:r>
        <w:br/>
        <w:t>душе, чесно&lt;br /&gt;</w:t>
        <w:br/>
        <w:t>і радо переступи страх смерті&lt;br /&gt;</w:t>
        <w:br/>
        <w:t>і оповиті славою&lt;br /&gt;</w:t>
        <w:br/>
        <w:t>лиця</w:t>
      </w:r>
    </w:p>
    <w:p>
      <w:r>
        <w:br/>
        <w:t>введи&lt;br /&gt;</w:t>
        <w:br/>
        <w:t>нас&lt;br /&gt;</w:t>
        <w:br/>
        <w:t>у&lt;br /&gt;</w:t>
        <w:br/>
        <w:t>прірву</w:t>
      </w:r>
    </w:p>
    <w:p>
      <w:r>
        <w:br/>
        <w:t>темнаву</w:t>
      </w:r>
    </w:p>
    <w:p>
      <w:r>
        <w:br/>
        <w:t>9.</w:t>
      </w:r>
    </w:p>
    <w:p>
      <w:r>
        <w:br/>
        <w:t>мені подобається&lt;br /&gt;</w:t>
        <w:br/>
        <w:t>думати про&lt;br /&gt;</w:t>
        <w:br/>
        <w:t>квітку що залишилась після нашого&lt;br /&gt;</w:t>
        <w:br/>
        <w:t>кохання</w:t>
      </w:r>
    </w:p>
    <w:p>
      <w:r>
        <w:br/>
        <w:t>відда</w:t>
      </w:r>
    </w:p>
    <w:p>
      <w:r>
        <w:br/>
        <w:t>лені губи солод&lt;br /&gt;</w:t>
        <w:br/>
        <w:t>кі побачення.</w:t>
      </w:r>
    </w:p>
    <w:p>
      <w:r>
        <w:br/>
        <w:t>якщо цей дивак</w:t>
      </w:r>
    </w:p>
    <w:p>
      <w:r>
        <w:br/>
        <w:t>побачить спрагу моїх губ&lt;br /&gt;</w:t>
        <w:br/>
        <w:t>поміж мертвих думок&lt;br /&gt;</w:t>
        <w:br/>
        <w:t>я вчитиму його ні&lt;br /&gt;</w:t>
        <w:br/>
        <w:t>моту стати</w:t>
      </w:r>
    </w:p>
    <w:p>
      <w:r>
        <w:br/>
        <w:t>пошуком&lt;br /&gt;</w:t>
        <w:br/>
        <w:t>твого обличчя</w:t>
      </w:r>
    </w:p>
    <w:p>
      <w:r>
        <w:br/>
        <w:t>і</w:t>
      </w:r>
    </w:p>
    <w:p>
      <w:r>
        <w:br/>
        <w:t>благатиму, о ідіотська досконалосте</w:t>
      </w:r>
    </w:p>
    <w:p>
      <w:r>
        <w:br/>
        <w:t>часу</w:t>
      </w:r>
    </w:p>
    <w:p>
      <w:r>
        <w:br/>
        <w:t>смерті,</w:t>
      </w:r>
    </w:p>
    <w:p>
      <w:r>
        <w:br/>
        <w:t>якщо він прийде&lt;br /&gt;</w:t>
        <w:br/>
        <w:t>коханцем твого розкіш&lt;br /&gt;</w:t>
        <w:br/>
        <w:t>ного буття</w:t>
      </w:r>
    </w:p>
    <w:p>
      <w:r>
        <w:br/>
        <w:t>добре</w:t>
      </w:r>
    </w:p>
    <w:p>
      <w:r>
        <w:br/>
        <w:t>бо я довіряю йому</w:t>
      </w:r>
    </w:p>
    <w:p>
      <w:r>
        <w:br/>
        <w:t>твою грацію,і відпускаю тебе&lt;br /&gt;</w:t>
        <w:br/>
        <w:t>в його землю</w:t>
      </w:r>
    </w:p>
    <w:p>
      <w:r>
        <w:br/>
        <w:t>бо смерть він</w:t>
      </w:r>
    </w:p>
    <w:p>
      <w:r>
        <w:br/>
        <w:t>10.</w:t>
      </w:r>
    </w:p>
    <w:p>
      <w:r>
        <w:br/>
        <w:t>після п'ятої ранку&lt;br /&gt;</w:t>
        <w:br/>
        <w:t>поезія&lt;br /&gt;</w:t>
        <w:br/>
        <w:t>твого спогаду&lt;br /&gt;</w:t>
        <w:br/>
        <w:t>дивується зі стриманої</w:t>
      </w:r>
    </w:p>
    <w:p>
      <w:r>
        <w:br/>
        <w:t>абсурдності літа&lt;br /&gt;</w:t>
        <w:br/>
        <w:t>небайдужого&lt;br /&gt;</w:t>
        <w:br/>
        <w:t>до заскорузлих доріг&lt;br /&gt;</w:t>
        <w:br/>
        <w:t>якими моє тіло обертається довкруж</w:t>
      </w:r>
    </w:p>
    <w:p>
      <w:r>
        <w:br/>
        <w:t>тебе&lt;br /&gt;</w:t>
        <w:br/>
        <w:t>знову зорі закін&lt;br /&gt;</w:t>
        <w:br/>
        <w:t>чуються в благородних деревах і&lt;br /&gt;</w:t>
        <w:br/>
        <w:t>мова відходу повторюється</w:t>
      </w:r>
    </w:p>
    <w:p>
      <w:r>
        <w:br/>
        <w:t>досконало&lt;br /&gt;</w:t>
        <w:br/>
        <w:t>і коли сонце бризне&lt;br /&gt;</w:t>
        <w:br/>
        <w:t>я лежатиму,дихатиму&lt;br /&gt;</w:t>
        <w:br/>
        <w:t>причинивши очі&lt;br /&gt;</w:t>
        <w:br/>
        <w:t>солодка земля в якій ти єси</w:t>
      </w:r>
    </w:p>
    <w:p>
      <w:r>
        <w:br/>
        <w:t>11.</w:t>
      </w:r>
    </w:p>
    <w:p>
      <w:r>
        <w:br/>
        <w:t>О Неповторна&lt;br /&gt;</w:t>
        <w:br/>
        <w:t>Леді мого розхристаного поклоніння&lt;br /&gt;</w:t>
        <w:br/>
        <w:t>якщо я спроможуся&lt;br /&gt;</w:t>
        <w:br/>
        <w:t>на тендітну</w:t>
      </w:r>
    </w:p>
    <w:p>
      <w:r>
        <w:br/>
        <w:t>пісню під вікном твоєї душі&lt;br /&gt;</w:t>
        <w:br/>
        <w:t>жодна інша її не доскочить&lt;br /&gt;</w:t>
        <w:br/>
        <w:t>(інші співці&lt;br /&gt;</w:t>
        <w:br/>
        <w:t>придворні</w:t>
      </w:r>
    </w:p>
    <w:p>
      <w:r>
        <w:br/>
        <w:t>численних думок про&lt;br /&gt;</w:t>
        <w:br/>
        <w:t>смерть&lt;br /&gt;</w:t>
        <w:br/>
        <w:t>моя ж пісня це&lt;br /&gt;</w:t>
        <w:br/>
        <w:t>Велике Ніщо яке насправді живе</w:t>
      </w:r>
    </w:p>
    <w:p>
      <w:r>
        <w:br/>
        <w:t>вони знайшли красу&lt;br /&gt;</w:t>
        <w:br/>
        <w:t>місяця не відаючи що хворі&lt;br /&gt;</w:t>
        <w:br/>
        <w:t>їхнічарівні зірки а без&lt;br /&gt;</w:t>
        <w:br/>
        <w:t>хмарність незрозуміла</w:t>
      </w:r>
    </w:p>
    <w:p>
      <w:r>
        <w:br/>
        <w:t>тож очевидно&lt;br /&gt;</w:t>
        <w:br/>
        <w:t>що вони придворні&lt;br /&gt;</w:t>
        <w:br/>
        <w:t>і я зневажаю їх,&lt;br /&gt;</w:t>
        <w:br/>
        <w:t>щиро</w:t>
      </w:r>
    </w:p>
    <w:p>
      <w:r>
        <w:br/>
        <w:t>допускаючи що їхня какофонія&lt;br /&gt;</w:t>
        <w:br/>
        <w:t>має право на ічнування.&lt;br /&gt;</w:t>
        <w:br/>
        <w:t>колись за кращих часів&lt;br /&gt;</w:t>
        <w:br/>
        <w:t>під примхливим сонцем)</w:t>
      </w:r>
    </w:p>
    <w:p>
      <w:r>
        <w:br/>
        <w:t>Неповторна Леді&lt;br /&gt;</w:t>
        <w:br/>
        <w:t>сприйме&lt;br /&gt;</w:t>
        <w:br/>
        <w:t>мою тендітну пісню&lt;br /&gt;</w:t>
        <w:br/>
        <w:t>і ми дивитимемося разом</w:t>
      </w:r>
    </w:p>
    <w:p>
      <w:r>
        <w:br/>
        <w:t>як позаду приречено&lt;br /&gt;</w:t>
        <w:br/>
        <w:t>сміється життя&lt;br /&gt;</w:t>
        <w:br/>
        <w:t>безтурботний і темний&lt;br /&gt;</w:t>
        <w:br/>
        <w:t>карнавал звичайних</w:t>
      </w:r>
    </w:p>
    <w:p>
      <w:r>
        <w:br/>
        <w:t>мелодій тривіальний танець скрипок&lt;br /&gt;</w:t>
        <w:br/>
        <w:t>площа благодійно протяжних пісень&lt;br /&gt;</w:t>
        <w:br/>
        <w:t>досконало&lt;br /&gt;</w:t>
        <w:br/>
        <w:t>жестикулює</w:t>
      </w:r>
    </w:p>
    <w:p>
      <w:r>
        <w:br/>
        <w:t>сильним губам непідкупного&lt;br /&gt;</w:t>
        <w:br/>
        <w:t>НІЩО під рясним&lt;br /&gt;</w:t>
        <w:br/>
        <w:t>сонцем під недоречним&lt;br /&gt;</w:t>
        <w:br/>
        <w:t>небом під гамір хробачні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Amores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