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Алкеста</w:t>
      </w:r>
    </w:p>
    <w:p>
      <w:r>
        <w:br/>
        <w:t xml:space="preserve"> ДІЙОВІ ОСОБИ&lt;br /&gt;</w:t>
        <w:br/>
        <w:t>АПОЛЛОН&lt;br /&gt;</w:t>
        <w:br/>
        <w:t>ТАНАТОС — ДЕМОН СМЕРТІ&lt;br /&gt;</w:t>
        <w:br/>
        <w:t>ХОР ФЕРЕЙСЬКИХ ГРОМАДЯН&lt;br /&gt;</w:t>
        <w:br/>
        <w:t>СЛУЖНИЦЯ&lt;br /&gt;</w:t>
        <w:br/>
        <w:t>АЛКЕСТА&lt;br /&gt;</w:t>
        <w:br/>
        <w:t>АДМЕТ&lt;br /&gt;</w:t>
        <w:br/>
        <w:t>ЕВМЕЛ&lt;br /&gt;</w:t>
        <w:br/>
        <w:t>ГЕРАКЛ&lt;br /&gt;</w:t>
        <w:br/>
        <w:t>ФЕРЕТ&lt;br /&gt;</w:t>
        <w:br/>
        <w:t>СЛУГА</w:t>
      </w:r>
    </w:p>
    <w:p>
      <w:r>
        <w:br/>
        <w:t>Дія відбувається в Фессалії, в місті Ферах.</w:t>
      </w:r>
    </w:p>
    <w:p>
      <w:r>
        <w:br/>
        <w:t>ПРОЛОГ&lt;br /&gt;</w:t>
        <w:br/>
        <w:t>АПОЛЛОН&lt;br /&gt;</w:t>
        <w:br/>
        <w:t>Адметова оселе, де на хліб собі,&lt;br /&gt;</w:t>
        <w:br/>
        <w:t>Мов наймит, заробляв я, богом будучи, —&lt;br /&gt;</w:t>
        <w:br/>
        <w:t>Причиною сам Зевс тут: мого сина він,&lt;br /&gt;</w:t>
        <w:br/>
        <w:t>Асклепія, у груди вдарив пломенем.&lt;br /&gt;</w:t>
        <w:br/>
        <w:t>А я здолав кіклопів, що Всевладному&lt;br /&gt;</w:t>
        <w:br/>
        <w:t>Вогні кували вбивчі — й кару визначив&lt;br /&gt;</w:t>
        <w:br/>
        <w:t>Для мене батько: слугувати смертному.&lt;br /&gt;</w:t>
        <w:br/>
        <w:t>В цей край прибувши, пас волів господаря&lt;br /&gt;</w:t>
        <w:br/>
        <w:t>І до сьогодні дбав я про житло його.&lt;br /&gt;</w:t>
        <w:br/>
        <w:t>10] Бо, сам із чесних, мужа стрінув чесного —&lt;br /&gt;</w:t>
        <w:br/>
        <w:t>Феретового сина — й, піддуривши Мойр,&lt;br /&gt;</w:t>
        <w:br/>
        <w:t>Я смерть йому відстрочив: ті запевнили —&lt;br /&gt;</w:t>
        <w:br/>
        <w:t>Адмет уникне мли Аїду, тільки-но&lt;br /&gt;</w:t>
        <w:br/>
        <w:t>За нього вмерти б інший хтось наважився.&lt;br /&gt;</w:t>
        <w:br/>
        <w:t>По черзі друзів опитав, отця свого&lt;br /&gt;</w:t>
        <w:br/>
        <w:t>І матір сиву, що йому життя дала, —&lt;br /&gt;</w:t>
        <w:br/>
        <w:t>Ніхто, окрім дружини, не погодився&lt;br /&gt;</w:t>
        <w:br/>
        <w:t>За нього вмерти, з сонцем розлучитися.&lt;br /&gt;</w:t>
        <w:br/>
        <w:t>Тепер у домі, душу видихаючи,&lt;br /&gt;</w:t>
        <w:br/>
        <w:t>20] Нещасна б'ється на руках: сьогодні їй&lt;br /&gt;</w:t>
        <w:br/>
        <w:t>Прийшла пора загинуть, із життя піти.&lt;br /&gt;</w:t>
        <w:br/>
        <w:t>А я, бо ж не хотів би заплямитися,&lt;br /&gt;</w:t>
        <w:br/>
        <w:t>Лишаю дім цей — крівлю, дорогу мені…&lt;br /&gt;</w:t>
        <w:br/>
        <w:t>Вже й Танатоса бачу — всіх покійників&lt;br /&gt;</w:t>
        <w:br/>
        <w:t>Жерця: уже зібрався відвести її&lt;br /&gt;</w:t>
        <w:br/>
        <w:t>В Аїдову домівку. Саме впору йде:&lt;br /&gt;</w:t>
        <w:br/>
        <w:t>Їй треба вмерти — день настав рокований.&lt;br /&gt;</w:t>
        <w:br/>
        <w:t>ТАНАТОС&lt;br /&gt;</w:t>
        <w:br/>
        <w:t>Ага!.. То це ти вколо дому цього,&lt;br /&gt;</w:t>
        <w:br/>
        <w:t>Проходжаєшся, Фебе? З підземних богів&lt;br /&gt;</w:t>
        <w:br/>
        <w:t>30] Посміятись надумав?.. По їхнє прийшов?..&lt;br /&gt;</w:t>
        <w:br/>
        <w:t>Чи не досить, що вирвав Адмета у нас,&lt;br /&gt;</w:t>
        <w:br/>
        <w:t>Піддуривши богинь, що рішають самі,&lt;br /&gt;</w:t>
        <w:br/>
        <w:t>Хто коли має вмерти? Ти й нині, свій лук [23]&lt;br /&gt;</w:t>
        <w:br/>
        <w:t>Наготовивши, хочеш і ту врятувать,&lt;br /&gt;</w:t>
        <w:br/>
        <w:t>Що із світу піти замість мужа свого&lt;br /&gt;</w:t>
        <w:br/>
        <w:t>Дала згоду вже, — Пелія доньку?..&lt;br /&gt;</w:t>
        <w:br/>
        <w:t>АПОЛЛОН&lt;br /&gt;</w:t>
        <w:br/>
        <w:t>Не бійся. В мене право й чесні наміри.&lt;br /&gt;</w:t>
        <w:br/>
        <w:t>ТАНАТОС&lt;br /&gt;</w:t>
        <w:br/>
        <w:t>Якщо ти правий, то навіщо лук тобі?&lt;br /&gt;</w:t>
        <w:br/>
        <w:t>АПОЛЛОН&lt;br /&gt;</w:t>
        <w:br/>
        <w:t>Така вже звичка: з ним не розлучатися.&lt;br /&gt;</w:t>
        <w:br/>
        <w:t>ТАНАТОС&lt;br /&gt;</w:t>
        <w:br/>
        <w:t>40] А дім цей захищати — право теж твоє?&lt;br /&gt;</w:t>
        <w:br/>
        <w:t>АПОЛЛОН&lt;br /&gt;</w:t>
        <w:br/>
        <w:t>Нещастям свого друга я пригноблений.&lt;br /&gt;</w:t>
        <w:br/>
        <w:t>ТАНАТОС&lt;br /&gt;</w:t>
        <w:br/>
        <w:t>Мерця відняти в мене хочеш другого?&lt;br /&gt;</w:t>
        <w:br/>
        <w:t>АПОЛЛОН&lt;br /&gt;</w:t>
        <w:br/>
        <w:t>А першого й не брав я в тебе силою.&lt;br /&gt;</w:t>
        <w:br/>
        <w:t>ТАНАТОС&lt;br /&gt;</w:t>
        <w:br/>
        <w:t>Чому ж не під землею, а на ній ще він?&lt;br /&gt;</w:t>
        <w:br/>
        <w:t>АПОЛЛОН&lt;br /&gt;</w:t>
        <w:br/>
        <w:t>Його дружину замість нього матимеш.&lt;br /&gt;</w:t>
        <w:br/>
        <w:t>ТАНАТОС&lt;br /&gt;</w:t>
        <w:br/>
        <w:t>І поведу під землю, де померлих край.&lt;br /&gt;</w:t>
        <w:br/>
        <w:t>АПОЛЛОН&lt;br /&gt;</w:t>
        <w:br/>
        <w:t>Веди ж, бо сумніваюсь, чи схилю тебе…&lt;br /&gt;</w:t>
        <w:br/>
        <w:t>ТАНАТОС&lt;br /&gt;</w:t>
        <w:br/>
        <w:t>Убить, кого належить? Я ж займаюсь цим.&lt;br /&gt;</w:t>
        <w:br/>
        <w:t>АПОЛЛОН&lt;br /&gt;</w:t>
        <w:br/>
        <w:t>Та ні: того лиш брати, хто життя прожив.&lt;br /&gt;</w:t>
        <w:br/>
        <w:t>ТАНАТОС&lt;br /&gt;</w:t>
        <w:br/>
        <w:t>50] Куди ти хилиш — легко здогадатися.&lt;br /&gt;</w:t>
        <w:br/>
        <w:t>АПОЛЛОН&lt;br /&gt;</w:t>
        <w:br/>
        <w:t>А не змогла б Алкеста вмерти в старості?&lt;br /&gt;</w:t>
        <w:br/>
        <w:t>ТАНАТОС&lt;br /&gt;</w:t>
        <w:br/>
        <w:t>Ну, ні! Й мене, признаюсь, ваблять почесті. [24]&lt;br /&gt;</w:t>
        <w:br/>
        <w:t>АПОЛЛОН&lt;br /&gt;</w:t>
        <w:br/>
        <w:t>Чи так, чи сяк — ти візьмеш лиш одне життя.&lt;br /&gt;</w:t>
        <w:br/>
        <w:t>ТАНАТОС&lt;br /&gt;</w:t>
        <w:br/>
        <w:t>Для мене більша слава — молодих косить.&lt;br /&gt;</w:t>
        <w:br/>
        <w:t>АПОЛЛОН&lt;br /&gt;</w:t>
        <w:br/>
        <w:t>Помре старою — пишно хоронитимуть.&lt;br /&gt;</w:t>
        <w:br/>
        <w:t>ТАНАТОС&lt;br /&gt;</w:t>
        <w:br/>
        <w:t>Лиш багачеві, Фебе, той закон кладеш.&lt;br /&gt;</w:t>
        <w:br/>
        <w:t>АПОЛЛОН&lt;br /&gt;</w:t>
        <w:br/>
        <w:t>До мудрування, бачу, хист і в тебе є.&lt;br /&gt;</w:t>
        <w:br/>
        <w:t>ТАНАТОС&lt;br /&gt;</w:t>
        <w:br/>
        <w:t>Для себе смерть старечу він купити б міг.&lt;br /&gt;</w:t>
        <w:br/>
        <w:t>АПОЛЛОН&lt;br /&gt;</w:t>
        <w:br/>
        <w:t>То що? Таки направду не схилю тебе?&lt;br /&gt;</w:t>
        <w:br/>
        <w:t>ТАНАТОС&lt;br /&gt;</w:t>
        <w:br/>
        <w:t>60] Нізащо. В мене вдача — знаєш сам яка.&lt;br /&gt;</w:t>
        <w:br/>
        <w:t>АПОЛЛОН&lt;br /&gt;</w:t>
        <w:br/>
        <w:t>Ворожа смертним і богам ненависна.&lt;br /&gt;</w:t>
        <w:br/>
        <w:t>ТАНАТОС&lt;br /&gt;</w:t>
        <w:br/>
        <w:t>На що не маєш права, — не жадай того.&lt;br /&gt;</w:t>
        <w:br/>
        <w:t>АПОЛЛОН&lt;br /&gt;</w:t>
        <w:br/>
        <w:t>Хоч ти який жорстокий, а поступишся:&lt;br /&gt;</w:t>
        <w:br/>
        <w:t>Такий-бо в дім Ферета завітає муж,&lt;br /&gt;</w:t>
        <w:br/>
        <w:t>По кінну колісницю в сніжну Фракію&lt;br /&gt;</w:t>
        <w:br/>
        <w:t>Велінням Еврістея владним посланий,&lt;br /&gt;</w:t>
        <w:br/>
        <w:t>Що, тут, як гість Адмета, він із рук твоїх&lt;br /&gt;</w:t>
        <w:br/>
        <w:t>Зажерливих цю жінку вирве силою.&lt;br /&gt;</w:t>
        <w:br/>
        <w:t>Отож, не заслуживши в мене вдячності,&lt;br /&gt;</w:t>
        <w:br/>
        <w:t>70] А лиш ненависть, мою волю сповниш ти.&lt;br /&gt;</w:t>
        <w:br/>
        <w:t>(Відходить.)&lt;br /&gt;</w:t>
        <w:br/>
        <w:t>ТАНАТОС&lt;br /&gt;</w:t>
        <w:br/>
        <w:t>Багато мовиш — мало з того матимеш.&lt;br /&gt;</w:t>
        <w:br/>
        <w:t>Ця жінка в млу Аїда зійде все-таки.&lt;br /&gt;</w:t>
        <w:br/>
        <w:t>Іду ж до неї і мечем обряд почну:&lt;br /&gt;</w:t>
        <w:br/>
        <w:t>А той, у кого я зітну волосся жмут,&lt;br /&gt;</w:t>
        <w:br/>
        <w:t>Уже підземним божествам посвячений.&lt;br /&gt;</w:t>
        <w:br/>
        <w:t>(Входить у дім.) [25]</w:t>
      </w:r>
    </w:p>
    <w:p>
      <w:r>
        <w:br/>
        <w:t>ПАРОД&lt;br /&gt;</w:t>
        <w:br/>
        <w:t>На оркестру вступає хор ферейських громадян.&lt;br /&gt;</w:t>
        <w:br/>
        <w:t>ХОР&lt;br /&gt;</w:t>
        <w:br/>
        <w:t>Що за тиша закралась в Адметовий дім?&lt;br /&gt;</w:t>
        <w:br/>
        <w:t>Що за дивна мовчанка? Й нема тут кого&lt;br /&gt;</w:t>
        <w:br/>
        <w:t>Запитати, чи то вже настала пора&lt;br /&gt;</w:t>
        <w:br/>
        <w:t>Нам покійну оплакувать — дому цього&lt;br /&gt;</w:t>
        <w:br/>
        <w:t>80] Володарку, чи, може, вона ще живе,&lt;br /&gt;</w:t>
        <w:br/>
        <w:t>Бачить сонце — Алкеста, яку не лиш я —&lt;br /&gt;</w:t>
        <w:br/>
        <w:t>Усі люди вважають вінцем доброти&lt;br /&gt;</w:t>
        <w:br/>
        <w:t>І чесноти зразком:&lt;br /&gt;</w:t>
        <w:br/>
        <w:t>Поступилась життям задля мужа.&lt;br /&gt;</w:t>
        <w:br/>
        <w:t>ПЕРША ПОЛОВИНА ХОРУ&lt;br /&gt;</w:t>
        <w:br/>
        <w:t>Строфа І&lt;br /&gt;</w:t>
        <w:br/>
        <w:t>Почув хтось, може, стогін там,&lt;br /&gt;</w:t>
        <w:br/>
        <w:t>В оселі тій, чи сплески рук,&lt;br /&gt;</w:t>
        <w:br/>
        <w:t>Чи зойк — тяжкої втрати знак?&lt;br /&gt;</w:t>
        <w:br/>
        <w:t>ДРУГА ПОЛОВИНА ХОРУ&lt;br /&gt;</w:t>
        <w:br/>
        <w:t>Тихо в домі… Ніде ні душі.&lt;br /&gt;</w:t>
        <w:br/>
        <w:t>В воротах — нікого із слуг.&lt;br /&gt;</w:t>
        <w:br/>
        <w:t>90] Появись, о Пеане, хай грізна&lt;br /&gt;</w:t>
        <w:br/>
        <w:t>Біди відрине хвиля!&lt;br /&gt;</w:t>
        <w:br/>
        <w:t>ПЕРША ПОЛОВИНА ХОРУ&lt;br /&gt;</w:t>
        <w:br/>
        <w:t>Якби вмерла — таки б не мовчали…&lt;br /&gt;</w:t>
        <w:br/>
        <w:t>ДРУГА ПОЛОВИНА ХОРУ&lt;br /&gt;</w:t>
        <w:br/>
        <w:t>Бездиханна лежить…&lt;br /&gt;</w:t>
        <w:br/>
        <w:t>ПЕРША ПОЛОВИНА ХОРУ&lt;br /&gt;</w:t>
        <w:br/>
        <w:t>Таж її не виносили з дому…&lt;br /&gt;</w:t>
        <w:br/>
        <w:t>ДРУГА ПОЛОВИНА ХОРУ&lt;br /&gt;</w:t>
        <w:br/>
        <w:t>Звідкіля така певність? Я гіршого жду.&lt;br /&gt;</w:t>
        <w:br/>
        <w:t>ПЕРША ПОЛОВИНА ХОРУ&lt;br /&gt;</w:t>
        <w:br/>
        <w:t>Чи можливе таке, щоб володар Адмет&lt;br /&gt;</w:t>
        <w:br/>
        <w:t>Благородну жону&lt;br /&gt;</w:t>
        <w:br/>
        <w:t>Поховав, не оплакавши навіть?..&lt;br /&gt;</w:t>
        <w:br/>
        <w:t>ДРУГА ПОЛОВИНА ХОРУ&lt;br /&gt;</w:t>
        <w:br/>
        <w:t>Антистрофа І&lt;br /&gt;</w:t>
        <w:br/>
        <w:t>Нема й води при вході в дім,&lt;br /&gt;</w:t>
        <w:br/>
        <w:t>100] Щоб руки змить, за звичаєм, [26]&lt;br /&gt;</w:t>
        <w:br/>
        <w:t>Перед порогом, де мрець лежить.&lt;br /&gt;</w:t>
        <w:br/>
        <w:t>ДРУГА ПОЛОВИНА ХОРУ&lt;br /&gt;</w:t>
        <w:br/>
        <w:t>Окрім того, не бачу я там&lt;br /&gt;</w:t>
        <w:br/>
        <w:t>Жалоби — волосся пучка.&lt;br /&gt;</w:t>
        <w:br/>
        <w:t>Ніжнорукі жінки раз по раз&lt;br /&gt;</w:t>
        <w:br/>
        <w:t>Не б'ються тужно в груди.&lt;br /&gt;</w:t>
        <w:br/>
        <w:t>ПЕРША ПОЛОВИНА ХОРУ&lt;br /&gt;</w:t>
        <w:br/>
        <w:t>Та настав-таки день вирішальний…&lt;br /&gt;</w:t>
        <w:br/>
        <w:t>ДРУГА ПОЛОВИНА ХОРУ&lt;br /&gt;</w:t>
        <w:br/>
        <w:t>Ти про що? Поясни…&lt;br /&gt;</w:t>
        <w:br/>
        <w:t>ПЕРША ПОЛОВИНА ХОРУ&lt;br /&gt;</w:t>
        <w:br/>
        <w:t>Коли мусить під землю податись.&lt;br /&gt;</w:t>
        <w:br/>
        <w:t>ДРУГА ПОЛОВИНА ХОРУ&lt;br /&gt;</w:t>
        <w:br/>
        <w:t>Моє серце вразив ти, стривожив думки.&lt;br /&gt;</w:t>
        <w:br/>
        <w:t>ПЕРША ПОЛОВИНА ХОРУ&lt;br /&gt;</w:t>
        <w:br/>
        <w:t>110] Коли добра людина поникла в журбі, —&lt;br /&gt;</w:t>
        <w:br/>
        <w:t>їй на поміч прийти&lt;br /&gt;</w:t>
        <w:br/>
        <w:t>Має кожен, хто чесного роду.&lt;br /&gt;</w:t>
        <w:br/>
        <w:t>ХОР&lt;br /&gt;</w:t>
        <w:br/>
        <w:t>Строфа II&lt;br /&gt;</w:t>
        <w:br/>
        <w:t>Хоч би в яку далечінь&lt;br /&gt;</w:t>
        <w:br/>
        <w:t>Суден ми не слали —&lt;br /&gt;</w:t>
        <w:br/>
        <w:t>В Лікії край чи аж ген,&lt;br /&gt;</w:t>
        <w:br/>
        <w:t>Де на землях безводних&lt;br /&gt;</w:t>
        <w:br/>
        <w:t>Древній Амона престол, —&lt;br /&gt;</w:t>
        <w:br/>
        <w:t>Не вернуть нам сердешну&lt;br /&gt;</w:t>
        <w:br/>
        <w:t>До сонця: доля безжальну сіть&lt;br /&gt;</w:t>
        <w:br/>
        <w:t>120] Кинула вже. Кого з богів&lt;br /&gt;</w:t>
        <w:br/>
        <w:t>Кров'ю вівці благати?&lt;br /&gt;</w:t>
        <w:br/>
        <w:t>Антистрофа II&lt;br /&gt;</w:t>
        <w:br/>
        <w:t>Тільки один, якби ще&lt;br /&gt;</w:t>
        <w:br/>
        <w:t>Сонце й досі бачив,&lt;br /&gt;</w:t>
        <w:br/>
        <w:t>Син Аполлона, з імли&lt;br /&gt;</w:t>
        <w:br/>
        <w:t>Нині б міг її вирвать —&lt;br /&gt;</w:t>
        <w:br/>
        <w:t>Вивести з темних воріт.&lt;br /&gt;</w:t>
        <w:br/>
        <w:t>Оживляв-бо він мертвих,&lt;br /&gt;</w:t>
        <w:br/>
        <w:t>Аж поки Зевс не вразив його&lt;br /&gt;</w:t>
        <w:br/>
        <w:t>Жалом стріли вогненної.&lt;br /&gt;</w:t>
        <w:br/>
        <w:t>130] Ну, а тепер — відкіля&lt;br /&gt;</w:t>
        <w:br/>
        <w:t>Нам порятунку ждати? [27]</w:t>
      </w:r>
    </w:p>
    <w:p>
      <w:r>
        <w:br/>
        <w:t>ЕПОД&lt;br /&gt;</w:t>
        <w:br/>
        <w:t>Всі обряди печальні володар&lt;br /&gt;</w:t>
        <w:br/>
        <w:t>До кінця вже довів:&lt;br /&gt;</w:t>
        <w:br/>
        <w:t>Оросились жертовною кров'ю&lt;br /&gt;</w:t>
        <w:br/>
        <w:t>Вівтарі всіх богів, та ніщо не змогло&lt;br /&gt;</w:t>
        <w:br/>
        <w:t>Вгамувати, притишити болю.</w:t>
      </w:r>
    </w:p>
    <w:p>
      <w:r>
        <w:br/>
        <w:t>ЕПІСОДІЙ ПЕРШИЙ&lt;br /&gt;</w:t>
        <w:br/>
        <w:t>З палацу виходить служниця.&lt;br /&gt;</w:t>
        <w:br/>
        <w:t>А втім, служницю бачу — з дому, плачучи,&lt;br /&gt;</w:t>
        <w:br/>
        <w:t>Виходить онде… І яку ж то вість несе?..&lt;br /&gt;</w:t>
        <w:br/>
        <w:t>Тужити, коли туга є в господарів, —&lt;br /&gt;</w:t>
        <w:br/>
        <w:t>140] Служниці личить. Але ж треба знати нам,&lt;br /&gt;</w:t>
        <w:br/>
        <w:t>Чи ще жива владарка, чи померла вже.&lt;br /&gt;</w:t>
        <w:br/>
        <w:t>СЛУЖНИЦЯ&lt;br /&gt;</w:t>
        <w:br/>
        <w:t>Вважай живою водночас і — мертвою…&lt;br /&gt;</w:t>
        <w:br/>
        <w:t>ПРОВІДНИК ХОРУ&lt;br /&gt;</w:t>
        <w:br/>
        <w:t>А як то можна вмерти й… сонце бачити?&lt;br /&gt;</w:t>
        <w:br/>
        <w:t>СЛУЖНИЦЯ&lt;br /&gt;</w:t>
        <w:br/>
        <w:t>Вже никне, бідна, душу видихаючи.&lt;br /&gt;</w:t>
        <w:br/>
        <w:t>ПРОВІДНИК ХОРУ&lt;br /&gt;</w:t>
        <w:br/>
        <w:t>Таку жону втрачає нині муж такий!..&lt;br /&gt;</w:t>
        <w:br/>
        <w:t>СЛУЖНИ ЦЯ&lt;br /&gt;</w:t>
        <w:br/>
        <w:t>Лише перестраждавши, зрозуміє це.&lt;br /&gt;</w:t>
        <w:br/>
        <w:t>ПРОВІДНИК ХОРУ&lt;br /&gt;</w:t>
        <w:br/>
        <w:t>Й надія на рятунок не заблисне їй?&lt;br /&gt;</w:t>
        <w:br/>
        <w:t>СЛУЖНИЦЯ&lt;br /&gt;</w:t>
        <w:br/>
        <w:t>Та ні. Гнітить нещасну день рокований.&lt;br /&gt;</w:t>
        <w:br/>
        <w:t>ПРОВІДНИК ХОРУ&lt;br /&gt;</w:t>
        <w:br/>
        <w:t>І все вже, як годиться, приготовлено?&lt;br /&gt;</w:t>
        <w:br/>
        <w:t>СЛУЖНИЦЯ&lt;br /&gt;</w:t>
        <w:br/>
        <w:t>150] Всі вбори, аби муж міг схоронить її.&lt;br /&gt;</w:t>
        <w:br/>
        <w:t>ПРОВІДНИК ХОРУ&lt;br /&gt;</w:t>
        <w:br/>
        <w:t>Вмираючи, хай знає, що з усіх жінок&lt;br /&gt;</w:t>
        <w:br/>
        <w:t>Вона — найкраща в світі, найдостойніша.&lt;br /&gt;</w:t>
        <w:br/>
        <w:t>СЛУЖНИЦЯ&lt;br /&gt;</w:t>
        <w:br/>
        <w:t>Ще б пак! У цьому годі сумніватися. [28]&lt;br /&gt;</w:t>
        <w:br/>
        <w:t>Хоч як силкуйся, все ж не дорівняєш їй:&lt;br /&gt;</w:t>
        <w:br/>
        <w:t>Чи ж не найкраще це любові свідчення,&lt;br /&gt;</w:t>
        <w:br/>
        <w:t>Коли заради мужа йде на смерть жона?&lt;br /&gt;</w:t>
        <w:br/>
        <w:t>Все місто про це знає. Але дома як&lt;br /&gt;</w:t>
        <w:br/>
        <w:t>Поводилась, послухай — подивуєшся.&lt;br /&gt;</w:t>
        <w:br/>
        <w:t>Як лиш відчула, що останній день настав,&lt;br /&gt;</w:t>
        <w:br/>
        <w:t>160] То біле тіло річковою хвилею&lt;br /&gt;</w:t>
        <w:br/>
        <w:t>Омила. Потім одяг із кедрової&lt;br /&gt;</w:t>
        <w:br/>
        <w:t>Дістала скрині; зодяглась, прикрасилась,&lt;br /&gt;</w:t>
        <w:br/>
        <w:t>І так благала, ставши перед вогнищем:&lt;br /&gt;</w:t>
        <w:br/>
        <w:t>"Богине-опікунко, я під землю йду,&lt;br /&gt;</w:t>
        <w:br/>
        <w:t>Й молю тебе, припавши до колін твоїх, —&lt;br /&gt;</w:t>
        <w:br/>
        <w:t>Над сиротами зглянься: дай же синові&lt;br /&gt;</w:t>
        <w:br/>
        <w:t>Дружину милу; доньці — мужа доброго.&lt;br /&gt;</w:t>
        <w:br/>
        <w:t>Хай долі не повторять материнської —&lt;br /&gt;</w:t>
        <w:br/>
        <w:t>Не передчасно, а в глибокій старості&lt;br /&gt;</w:t>
        <w:br/>
        <w:t>170] Під рідним небом вік хай щедро виповнять".&lt;br /&gt;</w:t>
        <w:br/>
        <w:t>Усі по черзі обійшла жертовники&lt;br /&gt;</w:t>
        <w:br/>
        <w:t>В Адметовій оселі; поклонялась їм,&lt;br /&gt;</w:t>
        <w:br/>
        <w:t>Вінчала миртом. Не лила ні сліз тоді,&lt;br /&gt;</w:t>
        <w:br/>
        <w:t>Ані не нарікала. Й, хоч на смерть ішла,&lt;br /&gt;</w:t>
        <w:br/>
        <w:t>Від того її врода не пригаснула.&lt;br /&gt;</w:t>
        <w:br/>
        <w:t>А вбігши в спальню, ниць на ложе кинулась,&lt;br /&gt;</w:t>
        <w:br/>
        <w:t>Тоді лиш заридала, примовляючи:&lt;br /&gt;</w:t>
        <w:br/>
        <w:t>"Прощай, о ложе, де дівочий пояс свій&lt;br /&gt;</w:t>
        <w:br/>
        <w:t>Я розв'язала, щоб оддатись мужеві,&lt;br /&gt;</w:t>
        <w:br/>
        <w:t>180] За кого нині гину! Не клену тебе:&lt;br /&gt;</w:t>
        <w:br/>
        <w:t>Одну мене ти губиш. Щоб не зрадити&lt;br /&gt;</w:t>
        <w:br/>
        <w:t>Обох вас, — умираю. Буде інша тут,&lt;br /&gt;</w:t>
        <w:br/>
        <w:t>Од мене не вірніша, та щасливіша".&lt;br /&gt;</w:t>
        <w:br/>
        <w:t>Припавши на коліна, обціловує&lt;br /&gt;</w:t>
        <w:br/>
        <w:t>Те ложе і зливає сліз потоками.&lt;br /&gt;</w:t>
        <w:br/>
        <w:t>Коли плачем, нарешті, наситилася,&lt;br /&gt;</w:t>
        <w:br/>
        <w:t>Встає з постелі. Опустивши голову,&lt;br /&gt;</w:t>
        <w:br/>
        <w:t>Із спальні йде. Та раптом повертається,&lt;br /&gt;</w:t>
        <w:br/>
        <w:t>І падає на ложе, й так — не раз, не два…&lt;br /&gt;</w:t>
        <w:br/>
        <w:t>190] Тим часом дітки, за поділ хапаючись,&lt;br /&gt;</w:t>
        <w:br/>
        <w:t>Ридають. їх по черзі до грудей вона,&lt;br /&gt;</w:t>
        <w:br/>
        <w:t>Готова вмерти, горне, приголублює.&lt;br /&gt;</w:t>
        <w:br/>
        <w:t>Ридала й вся прислуга, співчуваючи&lt;br /&gt;</w:t>
        <w:br/>
        <w:t>Своїй владарці. А вона до кожного&lt;br /&gt;</w:t>
        <w:br/>
        <w:t>Правицю простягає. З найубогішим&lt;br /&gt;</w:t>
        <w:br/>
        <w:t>Прощається й сердечний чує відгомін.&lt;br /&gt;</w:t>
        <w:br/>
        <w:t>Таке-то горе у гнізді Адметовім…&lt;br /&gt;</w:t>
        <w:br/>
        <w:t>Померши — прахом став би; врятувавшися —&lt;br /&gt;</w:t>
        <w:br/>
        <w:t>Довіку з невитравним болем житиме.&lt;br /&gt;</w:t>
        <w:br/>
        <w:t>ПРОВІДНИК ХОРУ&lt;br /&gt;</w:t>
        <w:br/>
        <w:t>200] В біді й Адмет, напевно, побивається —&lt;br /&gt;</w:t>
        <w:br/>
        <w:t>Таку дружину доведеться втратити… [29]&lt;br /&gt;</w:t>
        <w:br/>
        <w:t>СЛУЖНИЦЯ&lt;br /&gt;</w:t>
        <w:br/>
        <w:t>Авжеж. її з обіймів не пускаючи,&lt;br /&gt;</w:t>
        <w:br/>
        <w:t>Лишитись молить і шукає виходу&lt;br /&gt;</w:t>
        <w:br/>
        <w:t>З безвиході. Алкеста — никне, тане вся,&lt;br /&gt;</w:t>
        <w:br/>
        <w:t>Вмліваючи — ледь чутний на руках тягар —&lt;br /&gt;</w:t>
        <w:br/>
        <w:t>Усе ж, дарма що ледве-ледве дихає,&lt;br /&gt;</w:t>
        <w:br/>
        <w:t>До світла пнеться: ще б хоч раз поглянути&lt;br /&gt;</w:t>
        <w:br/>
        <w:t>На небо — вже ж ніколи не всміхнеться їй&lt;br /&gt;</w:t>
        <w:br/>
        <w:t>Промінням ясносяйним любий сонця круг.&lt;br /&gt;</w:t>
        <w:br/>
        <w:t>210] Піду вже сповістити, хто прийшов сюди.&lt;br /&gt;</w:t>
        <w:br/>
        <w:t>Не всі ж настільки щирі до господарів,&lt;br /&gt;</w:t>
        <w:br/>
        <w:t>Щоб ті в біді великій були раді їм.&lt;br /&gt;</w:t>
        <w:br/>
        <w:t>А ти — прихильник давній владарів моїх.&lt;br /&gt;</w:t>
        <w:br/>
        <w:t>(Відходить.)</w:t>
      </w:r>
    </w:p>
    <w:p>
      <w:r>
        <w:br/>
        <w:t>СТАСИМ ПЕРШИЙ&lt;br /&gt;</w:t>
        <w:br/>
        <w:t>ПЕРША ПОЛОВИНА ХОРУ&lt;br /&gt;</w:t>
        <w:br/>
        <w:t>Строфа&lt;br /&gt;</w:t>
        <w:br/>
        <w:t>З тієї скрути, Зевсе, як їм вирватись&lt;br /&gt;</w:t>
        <w:br/>
        <w:t>І хитрий вузол розв'язать?&lt;br /&gt;</w:t>
        <w:br/>
        <w:t>Як їм долю обійти?..&lt;br /&gt;</w:t>
        <w:br/>
        <w:t>ДРУГА ПОЛОВИНА ХОРУ&lt;br /&gt;</w:t>
        <w:br/>
        <w:t>Вигляне хтось? Чи пора прийшла&lt;br /&gt;</w:t>
        <w:br/>
        <w:t>В чорне вдягтись і волосся жмут&lt;br /&gt;</w:t>
        <w:br/>
        <w:t>Зрізати в знак жалоби?&lt;br /&gt;</w:t>
        <w:br/>
        <w:t>ПЕРША ПОЛОВИНА ХОРУ&lt;br /&gt;</w:t>
        <w:br/>
        <w:t>220] Друзі! Ясна річ. І все ж…&lt;br /&gt;</w:t>
        <w:br/>
        <w:t>Богів благаймо, адже в них —&lt;br /&gt;</w:t>
        <w:br/>
        <w:t>Незрівнянна сила.&lt;br /&gt;</w:t>
        <w:br/>
        <w:t>ХОР&lt;br /&gt;</w:t>
        <w:br/>
        <w:t>О Пеане, зласкавсь!&lt;br /&gt;</w:t>
        <w:br/>
        <w:t>Адмета в горі порятуй, володарю,&lt;br /&gt;</w:t>
        <w:br/>
        <w:t>Зарадь йому, зарадь же; як давніше&lt;br /&gt;</w:t>
        <w:br/>
        <w:t>Був рятунком, так і нині,&lt;br /&gt;</w:t>
        <w:br/>
        <w:t>Зцілителю наш, проти смерті стань&lt;br /&gt;</w:t>
        <w:br/>
        <w:t>І приборкай убивцю — Аїда!&lt;br /&gt;</w:t>
        <w:br/>
        <w:t>ДРУГА ПОЛОВИНА ХОРУ&lt;br /&gt;</w:t>
        <w:br/>
        <w:t>Антистрофа&lt;br /&gt;</w:t>
        <w:br/>
        <w:t>Гай-гай!..&lt;br /&gt;</w:t>
        <w:br/>
        <w:t>Ферета сину, як тобі&lt;br /&gt;</w:t>
        <w:br/>
        <w:t>230] Без жони такої жить?.. [30]&lt;br /&gt;</w:t>
        <w:br/>
        <w:t>ПЕРША ПОЛОВИНА ХОРУ&lt;br /&gt;</w:t>
        <w:br/>
        <w:t>Як до заліза не вдатись тут?&lt;br /&gt;</w:t>
        <w:br/>
        <w:t>Як у петлі не повиснути&lt;br /&gt;</w:t>
        <w:br/>
        <w:t>Після такої втрати?&lt;br /&gt;</w:t>
        <w:br/>
        <w:t>ДРУГА ПОЛОВИНА ХОРУ&lt;br /&gt;</w:t>
        <w:br/>
        <w:t>Не лишень жону — вірну подругу,&lt;br /&gt;</w:t>
        <w:br/>
        <w:t>Душі найвищу радість, ти&lt;br /&gt;</w:t>
        <w:br/>
        <w:t>Мертвою побачиш.&lt;br /&gt;</w:t>
        <w:br/>
        <w:t>ХОР&lt;br /&gt;</w:t>
        <w:br/>
        <w:t>Он ідуть! Он ідуть!..&lt;br /&gt;</w:t>
        <w:br/>
        <w:t>Дружина й муж виходять із палат своїх.&lt;br /&gt;</w:t>
        <w:br/>
        <w:t>Ридай, ферейська земле, сліз не стримуй,&lt;br /&gt;</w:t>
        <w:br/>
        <w:t>240] Бо ж найгідніша&lt;br /&gt;</w:t>
        <w:br/>
        <w:t>З жінок, занепавши, знесилівши,&lt;br /&gt;</w:t>
        <w:br/>
        <w:t>В попідземний Аїд нині сходить.</w:t>
      </w:r>
    </w:p>
    <w:p>
      <w:r>
        <w:br/>
        <w:t>ЕПІСОДІЙ ДРУГИЙ&lt;br /&gt;</w:t>
        <w:br/>
        <w:t>З палацу виходять Адмет і Алкеста у супроводі дітей.&lt;br /&gt;</w:t>
        <w:br/>
        <w:t>ПРОВІДНИК ХОРУ&lt;br /&gt;</w:t>
        <w:br/>
        <w:t>Не погоджусь ніколи, що в шлюбнім житті&lt;br /&gt;</w:t>
        <w:br/>
        <w:t>Більше втіх, аніж болю. Минуле не дасть&lt;br /&gt;</w:t>
        <w:br/>
        <w:t>Помилитись. Та й нині ось бачу печаль&lt;br /&gt;</w:t>
        <w:br/>
        <w:t>Владаря: незрівнянну дружину свою&lt;br /&gt;</w:t>
        <w:br/>
        <w:t>Коли втратить, то змушений буде в журбі&lt;br /&gt;</w:t>
        <w:br/>
        <w:t>Коротати життя, а не жити.&lt;br /&gt;</w:t>
        <w:br/>
        <w:t>АЛКЕСТА&lt;br /&gt;</w:t>
        <w:br/>
        <w:t>Строфа І&lt;br /&gt;</w:t>
        <w:br/>
        <w:t>Сонячне сяйво, окрасо дня,&lt;br /&gt;</w:t>
        <w:br/>
        <w:t>250] Й ви, кругобіжні хмари,&lt;br /&gt;</w:t>
        <w:br/>
        <w:t>Що в яснім ефірі!..&lt;br /&gt;</w:t>
        <w:br/>
        <w:t>АДМЕТ&lt;br /&gt;</w:t>
        <w:br/>
        <w:t>Обох нас бачить сонце, опечалених&lt;br /&gt;</w:t>
        <w:br/>
        <w:t>Близькою смертю, хоч богам годили ми.&lt;br /&gt;</w:t>
        <w:br/>
        <w:t>АЛКЕСТА&lt;br /&gt;</w:t>
        <w:br/>
        <w:t>Антистрофа І&lt;br /&gt;</w:t>
        <w:br/>
        <w:t>Земле і крівле житла мого,&lt;br /&gt;</w:t>
        <w:br/>
        <w:t>Спальне моя дівоча&lt;br /&gt;</w:t>
        <w:br/>
        <w:t>Отчого Іолка!.. [31]&lt;br /&gt;</w:t>
        <w:br/>
        <w:t>АДМЕТ&lt;br /&gt;</w:t>
        <w:br/>
        <w:t>Кріпися, безталанна… Не лишай мене…&lt;br /&gt;</w:t>
        <w:br/>
        <w:t>Молись усемогутнім — може, зглянуться.&lt;br /&gt;</w:t>
        <w:br/>
        <w:t>АЛКЕСТА&lt;br /&gt;</w:t>
        <w:br/>
        <w:t>Строфа II&lt;br /&gt;</w:t>
        <w:br/>
        <w:t>Двовесловий на мене он човен жде…&lt;br /&gt;</w:t>
        <w:br/>
        <w:t>260] Й провідник умерлих,&lt;br /&gt;</w:t>
        <w:br/>
        <w:t>Жердину в руки вже взяв Харон,&lt;br /&gt;</w:t>
        <w:br/>
        <w:t>Чого чекаєш? — квапить.&lt;br /&gt;</w:t>
        <w:br/>
        <w:t>Сідай! Годі баритись!&lt;br /&gt;</w:t>
        <w:br/>
        <w:t>Підганяє, гнівний, мене в дорогу.&lt;br /&gt;</w:t>
        <w:br/>
        <w:t>АДМЕТ&lt;br /&gt;</w:t>
        <w:br/>
        <w:t>Гай-гай! Про невеселу нагадала ти&lt;br /&gt;</w:t>
        <w:br/>
        <w:t>Дорогу!.. 0] бездольна! Горе! Горе нам!..&lt;br /&gt;</w:t>
        <w:br/>
        <w:t>АЛКЕСТА&lt;br /&gt;</w:t>
        <w:br/>
        <w:t>Антистрофа II&lt;br /&gt;</w:t>
        <w:br/>
        <w:t>Чи не бачиш? Він тут, він жене мене&lt;br /&gt;</w:t>
        <w:br/>
        <w:t>У в оселю мертвих…&lt;br /&gt;</w:t>
        <w:br/>
        <w:t>Он гнівом очі блищать з-під брів —&lt;br /&gt;</w:t>
        <w:br/>
        <w:t>270] Це смерті бог крилатий.&lt;br /&gt;</w:t>
        <w:br/>
        <w:t>Пусти! Що ти задумав?..&lt;br /&gt;</w:t>
        <w:br/>
        <w:t>На яку ж то я стежку ступаю, бідна!..&lt;br /&gt;</w:t>
        <w:br/>
        <w:t>АДМЕТ&lt;br /&gt;</w:t>
        <w:br/>
        <w:t>Сумну для друзів, але найпечальнішу —&lt;br /&gt;</w:t>
        <w:br/>
        <w:t>Для мене й діток; ця журба й на них тяжить.</w:t>
      </w:r>
    </w:p>
    <w:p>
      <w:r>
        <w:br/>
        <w:t>ЕПОД&lt;br /&gt;</w:t>
        <w:br/>
        <w:t>АЛКЕСТА&lt;br /&gt;</w:t>
        <w:br/>
        <w:t>Залиште мене, залиште!..&lt;br /&gt;</w:t>
        <w:br/>
        <w:t>Ноги слабнуть… Покладіть…&lt;br /&gt;</w:t>
        <w:br/>
        <w:t>Близько Аїд жахний — темної ночі мла&lt;br /&gt;</w:t>
        <w:br/>
        <w:t>Вповзає в вічі…&lt;br /&gt;</w:t>
        <w:br/>
        <w:t>Вже вовік, дітки мої,&lt;br /&gt;</w:t>
        <w:br/>
        <w:t>280] Матері вже вовік&lt;br /&gt;</w:t>
        <w:br/>
        <w:t>Не бачить вам… Світло дня&lt;br /&gt;</w:t>
        <w:br/>
        <w:t>Милим для вас хай буде!..&lt;br /&gt;</w:t>
        <w:br/>
        <w:t>АДМЕТ&lt;br /&gt;</w:t>
        <w:br/>
        <w:t>О як важко це слово вразило мій слух!&lt;br /&gt;</w:t>
        <w:br/>
        <w:t>Легше вмерти було б, ніж почуть таке.&lt;br /&gt;</w:t>
        <w:br/>
        <w:t>Не відходь, не лишай мене, ради богів, [32]&lt;br /&gt;</w:t>
        <w:br/>
        <w:t>РаДи діток — не звалюй сирітства на них!..&lt;br /&gt;</w:t>
        <w:br/>
        <w:t>Стань на ноги, кріпись!&lt;br /&gt;</w:t>
        <w:br/>
        <w:t>Лиш помреш — то і я з цього світу піду,&lt;br /&gt;</w:t>
        <w:br/>
        <w:t>Бо, живі ми чи мертві, — належим тобі,&lt;br /&gt;</w:t>
        <w:br/>
        <w:t>290] Нам любов твоя — наче святиня.&lt;br /&gt;</w:t>
        <w:br/>
        <w:t>АЛКЕСТА&lt;br /&gt;</w:t>
        <w:br/>
        <w:t>Адмете, мої справи — бачиш сам які…&lt;br /&gt;</w:t>
        <w:br/>
        <w:t>Та перед смертю хочу слово мовити.&lt;br /&gt;</w:t>
        <w:br/>
        <w:t>Тебе люблю й шаную — і життя своє&lt;br /&gt;</w:t>
        <w:br/>
        <w:t>Кладу, щоб ти міг світло денне бачити,&lt;br /&gt;</w:t>
        <w:br/>
        <w:t>Хоч я вмирать за тебе і не мусила —&lt;br /&gt;</w:t>
        <w:br/>
        <w:t>Могла ж я, з фессалійців мужа вибравши,&lt;br /&gt;</w:t>
        <w:br/>
        <w:t>Володаркою в домі жить розкішному,&lt;br /&gt;</w:t>
        <w:br/>
        <w:t>Та не схотіла: не було б тебе тоді,&lt;br /&gt;</w:t>
        <w:br/>
        <w:t>Осиротіли б діти… Тож відмовилась&lt;br /&gt;</w:t>
        <w:br/>
        <w:t>300] Од молодості — дару неповторного.&lt;br /&gt;</w:t>
        <w:br/>
        <w:t>А батько й мати… свого сина зрадили,&lt;br /&gt;</w:t>
        <w:br/>
        <w:t>Хоч їм і вмерти б, сивочолим, личило,&lt;br /&gt;</w:t>
        <w:br/>
        <w:t>Ще й славно вмерти: сина врятувать могли,&lt;br /&gt;</w:t>
        <w:br/>
        <w:t>Єдиного — нема ж бо в них надій на те,&lt;br /&gt;</w:t>
        <w:br/>
        <w:t>Що після тебе сина мали б іншого.&lt;br /&gt;</w:t>
        <w:br/>
        <w:t>Тоді б ми нерозлучно прожили свій вік&lt;br /&gt;</w:t>
        <w:br/>
        <w:t>Обоє: ти дружини б не оплакував&lt;br /&gt;</w:t>
        <w:br/>
        <w:t>І сиріт не ростив би. Певно, бог якийсь&lt;br /&gt;</w:t>
        <w:br/>
        <w:t>Подбав, щоб так ось наша доля склалася.&lt;br /&gt;</w:t>
        <w:br/>
        <w:t>310] Та хай вже!.. Мою жертву оціни лишень.&lt;br /&gt;</w:t>
        <w:br/>
        <w:t>Не про віддяку йдеться, бо ж ціни життю&lt;br /&gt;</w:t>
        <w:br/>
        <w:t>Нема, — про справедливість; сам погодишся,&lt;br /&gt;</w:t>
        <w:br/>
        <w:t>Адже не менше, аніж я, дітей своїх —&lt;br /&gt;</w:t>
        <w:br/>
        <w:t>Якщо розумний — любиш. Мова ось про що:&lt;br /&gt;</w:t>
        <w:br/>
        <w:t>Дозволь їм повноправно в домі нашому&lt;br /&gt;</w:t>
        <w:br/>
        <w:t>Хазяйнувати. Не приводь їм мачухи,&lt;br /&gt;</w:t>
        <w:br/>
        <w:t>Вона ж — не мати: нашим любим діточкам&lt;br /&gt;</w:t>
        <w:br/>
        <w:t>Відчути б довелося руку заздрісну.&lt;br /&gt;</w:t>
        <w:br/>
        <w:t>Отож благаю вже востаннє, зваж на це:&lt;br /&gt;</w:t>
        <w:br/>
        <w:t>320] Ворожа дітям, що од шлюбу першого,&lt;br /&gt;</w:t>
        <w:br/>
        <w:t>Не м'якша від змії буває мачуха.&lt;br /&gt;</w:t>
        <w:br/>
        <w:t>Для сина — батько є надійним захистом.&lt;br /&gt;</w:t>
        <w:br/>
        <w:t>А як же ти, о доню, дозріватимеш?&lt;br /&gt;</w:t>
        <w:br/>
        <w:t>Яку з жінок застанеш ти при батькові?&lt;br /&gt;</w:t>
        <w:br/>
        <w:t>Лиш би тебе, розквітлу, не обмовила&lt;br /&gt;</w:t>
        <w:br/>
        <w:t>Й твого подружжя не розбила, злісниця.&lt;br /&gt;</w:t>
        <w:br/>
        <w:t>Гай-гай! твого заміжжя не побачу вже,&lt;br /&gt;</w:t>
        <w:br/>
        <w:t>Сміливості при родах не додам тобі…&lt;br /&gt;</w:t>
        <w:br/>
        <w:t>А ласка материнська — незамінна тут.&lt;br /&gt;</w:t>
        <w:br/>
        <w:t>330] Пора мені вмирати… І не завтрашня&lt;br /&gt;</w:t>
        <w:br/>
        <w:t>Для мене згасне днина чи позавтрашня —&lt;br /&gt;</w:t>
        <w:br/>
        <w:t>Покійницею зараз же назвуть мене.&lt;br /&gt;</w:t>
        <w:br/>
        <w:t>Щасливі зоставайтесь! Ти, о мужу мій, [33]&lt;br /&gt;</w:t>
        <w:br/>
        <w:t>Пишатись можеш, що таку дружину взяв,&lt;br /&gt;</w:t>
        <w:br/>
        <w:t>А вам не гріх гордитись, дітки, матір'ю.&lt;br /&gt;</w:t>
        <w:br/>
        <w:t>ПРОВІДНИК ХОРУ&lt;br /&gt;</w:t>
        <w:br/>
        <w:t>За нього — будь спокійна — я ручаюся:&lt;br /&gt;</w:t>
        <w:br/>
        <w:t>Останню твою волю хто б не виконав?&lt;br /&gt;</w:t>
        <w:br/>
        <w:t>АДМЕТ&lt;br /&gt;</w:t>
        <w:br/>
        <w:t>Усе сповню, як кажеш. За життя була&lt;br /&gt;</w:t>
        <w:br/>
        <w:t>Моєю ти — й по смерті йменуватиму&lt;br /&gt;</w:t>
        <w:br/>
        <w:t>340] Лишень тебе жоною. З фессаліянок&lt;br /&gt;</w:t>
        <w:br/>
        <w:t>Не буде мене жодна мужем кликати.&lt;br /&gt;</w:t>
        <w:br/>
        <w:t>Нема такої, щоб могла чи знатністю,&lt;br /&gt;</w:t>
        <w:br/>
        <w:t>Чи вродою з тобою позмагатися.&lt;br /&gt;</w:t>
        <w:br/>
        <w:t>Мені цих діток досить. Лиш боги б дали&lt;br /&gt;</w:t>
        <w:br/>
        <w:t>Натішитись. Тобою — не дали, на жаль.&lt;br /&gt;</w:t>
        <w:br/>
        <w:t>І знай: не рік лиш по тобі, жоно моя,&lt;br /&gt;</w:t>
        <w:br/>
        <w:t>Носитиму жалобу — поки житиму.&lt;br /&gt;</w:t>
        <w:br/>
        <w:t>Не матиму вже серця до батьків своїх:&lt;br /&gt;</w:t>
        <w:br/>
        <w:t>Зичливі не на ділі — на словах були.&lt;br /&gt;</w:t>
        <w:br/>
        <w:t>350] А ти мене ціною найдорожчою —&lt;br /&gt;</w:t>
        <w:br/>
        <w:t>Життям урятувала. Ну то як мені&lt;br /&gt;</w:t>
        <w:br/>
        <w:t>Жони такої гірко не оплакувать?&lt;br /&gt;</w:t>
        <w:br/>
        <w:t>Відмовлюсь од гулянок, од забав гучних,&lt;br /&gt;</w:t>
        <w:br/>
        <w:t>Вінків та співів, хоч у них тонув мій дім.&lt;br /&gt;</w:t>
        <w:br/>
        <w:t>Ні ліри не торкнуся дзвінкострунної,&lt;br /&gt;</w:t>
        <w:br/>
        <w:t>Ні на лівійську флейту не озвуся вже,&lt;br /&gt;</w:t>
        <w:br/>
        <w:t>Бо ти життєву втіху в мене вирвала.&lt;br /&gt;</w:t>
        <w:br/>
        <w:t>Твою подобу — різьбяра-умільця твір —&lt;br /&gt;</w:t>
        <w:br/>
        <w:t>У нашій спальні поміщу й горнутимусь&lt;br /&gt;</w:t>
        <w:br/>
        <w:t>360] До неї тілом і в обійми братиму,&lt;br /&gt;</w:t>
        <w:br/>
        <w:t>Звертаючись на ймення. Так жону свою&lt;br /&gt;</w:t>
        <w:br/>
        <w:t>Триматиму, насправді — не тримаючи.&lt;br /&gt;</w:t>
        <w:br/>
        <w:t>Примарна втіха, а проте полегшує&lt;br /&gt;</w:t>
        <w:br/>
        <w:t>Тягар душі: приснишся — і самотнього&lt;br /&gt;</w:t>
        <w:br/>
        <w:t>Розрадиш. Бо приємно і вві сні бува&lt;br /&gt;</w:t>
        <w:br/>
        <w:t>Близького друга хоч на мить побачити.&lt;br /&gt;</w:t>
        <w:br/>
        <w:t>Коли б я хистом володів Орфеєвим,&lt;br /&gt;</w:t>
        <w:br/>
        <w:t>Щоб міг, дочку Деметри й мужа-владаря&lt;br /&gt;</w:t>
        <w:br/>
        <w:t>Завороживши, з Орка тебе вивести, —&lt;br /&gt;</w:t>
        <w:br/>
        <w:t>370] Спустився б; не злякав би ні Плутона пес,&lt;br /&gt;</w:t>
        <w:br/>
        <w:t>Ані Харон, що душі на той світ везе, —&lt;br /&gt;</w:t>
        <w:br/>
        <w:t>Твоє життя до світла з пітьми б вихопив.&lt;br /&gt;</w:t>
        <w:br/>
        <w:t>Коли ж і сам умру я, там чекай мене&lt;br /&gt;</w:t>
        <w:br/>
        <w:t>Й готуй оселю, де б ми вкупі знов жили.&lt;br /&gt;</w:t>
        <w:br/>
        <w:t>Звелю, щоб у труну цю ж саму, кедрову,&lt;br /&gt;</w:t>
        <w:br/>
        <w:t>Й мене поклали — побіч тебе ляжу я,&lt;br /&gt;</w:t>
        <w:br/>
        <w:t>Дружино: не розлучить навіть смерть мене&lt;br /&gt;</w:t>
        <w:br/>
        <w:t>З єдиною, з тобою — найвірнішою. [34]&lt;br /&gt;</w:t>
        <w:br/>
        <w:t>ПРОВІДНИК ХОРУ&lt;br /&gt;</w:t>
        <w:br/>
        <w:t>І я в журбі з тобою, як із другом друг,&lt;br /&gt;</w:t>
        <w:br/>
        <w:t>380] Володарю, схилюся: гідна сліз вона.&lt;br /&gt;</w:t>
        <w:br/>
        <w:t>АЛКЕСТА&lt;br /&gt;</w:t>
        <w:br/>
        <w:t>Ви чули, дітки, обіцянку батькову? —&lt;br /&gt;</w:t>
        <w:br/>
        <w:t>Не приведе додому жінки іншої —&lt;br /&gt;</w:t>
        <w:br/>
        <w:t>Вшанує мою пам'ять, не покривдить вас.&lt;br /&gt;</w:t>
        <w:br/>
        <w:t>АДМЕТ&lt;br /&gt;</w:t>
        <w:br/>
        <w:t>Кажу це ще раз, і на тім стоятиму.&lt;br /&gt;</w:t>
        <w:br/>
        <w:t>АЛКЕСТА&lt;br /&gt;</w:t>
        <w:br/>
        <w:t>Бери ж на цій умові діток з рук моїх.&lt;br /&gt;</w:t>
        <w:br/>
        <w:t>АДМЕТ&lt;br /&gt;</w:t>
        <w:br/>
        <w:t>Дарунок, серцю милий, з милих рук беру.&lt;br /&gt;</w:t>
        <w:br/>
        <w:t>АЛКЕСТА&lt;br /&gt;</w:t>
        <w:br/>
        <w:t>Ти й матір'ю цим дітям замість мене будь.&lt;br /&gt;</w:t>
        <w:br/>
        <w:t>АДМЕТ&lt;br /&gt;</w:t>
        <w:br/>
        <w:t>Тут слів нема — таку ж бо неньку втратити!..&lt;br /&gt;</w:t>
        <w:br/>
        <w:t>АЛКЕСТА&lt;br /&gt;</w:t>
        <w:br/>
        <w:t>Ще б жити мені, дітки, та під землю йду…&lt;br /&gt;</w:t>
        <w:br/>
        <w:t>АДМЕТ&lt;br /&gt;</w:t>
        <w:br/>
        <w:t>390] О горе!.. Що без тебе тут робитиму?..&lt;br /&gt;</w:t>
        <w:br/>
        <w:t>АЛКЕСТА&lt;br /&gt;</w:t>
        <w:br/>
        <w:t>Біль тихне з часом. Хто помер — нема того.&lt;br /&gt;</w:t>
        <w:br/>
        <w:t>АДМЕТ&lt;br /&gt;</w:t>
        <w:br/>
        <w:t>Піду з тобою… Лиш візьми, візьми мене!..&lt;br /&gt;</w:t>
        <w:br/>
        <w:t>АЛКЕСТА&lt;br /&gt;</w:t>
        <w:br/>
        <w:t>Одна йду… Цього досить… Замість тебе йду.&lt;br /&gt;</w:t>
        <w:br/>
        <w:t>АДМЕТ&lt;br /&gt;</w:t>
        <w:br/>
        <w:t>Яку жону ти, доле, в мене вирвала!..&lt;br /&gt;</w:t>
        <w:br/>
        <w:t>АЛКЕСТА&lt;br /&gt;</w:t>
        <w:br/>
        <w:t>В очах темніє… Вже вони мов важчають.&lt;br /&gt;</w:t>
        <w:br/>
        <w:t>АДМЕТ&lt;br /&gt;</w:t>
        <w:br/>
        <w:t>Помру і я, дружино, як покинеш нас.&lt;br /&gt;</w:t>
        <w:br/>
        <w:t>АЛКЕСТА&lt;br /&gt;</w:t>
        <w:br/>
        <w:t>Ти міг би вже сказати, що нема мене… [35]&lt;br /&gt;</w:t>
        <w:br/>
        <w:t>АДМЕТ&lt;br /&gt;</w:t>
        <w:br/>
        <w:t>Зведи обличчя!.. Не лишай дітей своїх!..&lt;br /&gt;</w:t>
        <w:br/>
        <w:t>АЛКЕСТА&lt;br /&gt;</w:t>
        <w:br/>
        <w:t>Чи ж я б лишала?.. Прощавайте, дітоньки!&lt;br /&gt;</w:t>
        <w:br/>
        <w:t>АДМЕТ&lt;br /&gt;</w:t>
        <w:br/>
        <w:t>400] Поглянь на них, поглянь же!..&lt;br /&gt;</w:t>
        <w:br/>
        <w:t>АЛКЕСТА&lt;br /&gt;</w:t>
        <w:br/>
        <w:t>Я — покійниця.&lt;br /&gt;</w:t>
        <w:br/>
        <w:t>АДМЕТ&lt;br /&gt;</w:t>
        <w:br/>
        <w:t>Стривай! Лишаєш?..&lt;br /&gt;</w:t>
        <w:br/>
        <w:t>АЛКЕСТА&lt;br /&gt;</w:t>
        <w:br/>
        <w:t>Прощавай!&lt;br /&gt;</w:t>
        <w:br/>
        <w:t>АДМЕТ&lt;br /&gt;</w:t>
        <w:br/>
        <w:t>Загинув я!..&lt;br /&gt;</w:t>
        <w:br/>
        <w:t>ПРОВІДНИК ХОРУ&lt;br /&gt;</w:t>
        <w:br/>
        <w:t>Уже її немає… Вже вдівець Адмет…&lt;br /&gt;</w:t>
        <w:br/>
        <w:t>ЕВМЕЛ&lt;br /&gt;</w:t>
        <w:br/>
        <w:t>Строфа&lt;br /&gt;</w:t>
        <w:br/>
        <w:t>Гай-гай! Горе нам!&lt;br /&gt;</w:t>
        <w:br/>
        <w:t>Озвись, матінко!..&lt;br /&gt;</w:t>
        <w:br/>
        <w:t>Пішла… Ясного сонця вже&lt;br /&gt;</w:t>
        <w:br/>
        <w:t>Не бачить, батьку мій!&lt;br /&gt;</w:t>
        <w:br/>
        <w:t>На сирітське життя залишила мене,&lt;br /&gt;</w:t>
        <w:br/>
        <w:t>Безталанна!.. Он глянь:&lt;br /&gt;</w:t>
        <w:br/>
        <w:t>Мов тягар якийсь — на очах, руках…&lt;br /&gt;</w:t>
        <w:br/>
        <w:t>410] Ти почуй мене, вчуй,&lt;br /&gt;</w:t>
        <w:br/>
        <w:t>Я благаю тебе, моя матінко!&lt;br /&gt;</w:t>
        <w:br/>
        <w:t>1 до вуст твоїх,&lt;br /&gt;</w:t>
        <w:br/>
        <w:t>Син твій, дитя, тулюся.&lt;br /&gt;</w:t>
        <w:br/>
        <w:t>АДМЕТ&lt;br /&gt;</w:t>
        <w:br/>
        <w:t>Не чує і не бачить… Найжорстокіший&lt;br /&gt;</w:t>
        <w:br/>
        <w:t>Удар на мене і на вас впав, дітоньки.&lt;br /&gt;</w:t>
        <w:br/>
        <w:t>ЕВМЕЛ&lt;br /&gt;</w:t>
        <w:br/>
        <w:t>Антистрофа&lt;br /&gt;</w:t>
        <w:br/>
        <w:t>Ще й не окріпнувши,&lt;br /&gt;</w:t>
        <w:br/>
        <w:t>Сам я, без матері,&lt;br /&gt;</w:t>
        <w:br/>
        <w:t>Лишитись, батьку, змушений.&lt;br /&gt;</w:t>
        <w:br/>
        <w:t>Як же це стерплю я? [36]&lt;br /&gt;</w:t>
        <w:br/>
        <w:t>420] Цей тягар і тобі, моя сестро, нести…&lt;br /&gt;</w:t>
        <w:br/>
        <w:t>У годину лиху&lt;br /&gt;</w:t>
        <w:br/>
        <w:t>Ти жону в цей дім, о мій батьку, вів!&lt;br /&gt;</w:t>
        <w:br/>
        <w:t>Не дійшли до межі&lt;br /&gt;</w:t>
        <w:br/>
        <w:t>Рука в руку ви — до похилих літ…&lt;br /&gt;</w:t>
        <w:br/>
        <w:t>Вона вмерла — й дім,&lt;br /&gt;</w:t>
        <w:br/>
        <w:t>Рідний наш дім схитнувся!..&lt;br /&gt;</w:t>
        <w:br/>
        <w:t>ПРОВІДНИК ХОРУ&lt;br /&gt;</w:t>
        <w:br/>
        <w:t>Адмете, доведеться той тягар нести:&lt;br /&gt;</w:t>
        <w:br/>
        <w:t>Не ти ж бо нині перший, не останній ти,&lt;br /&gt;</w:t>
        <w:br/>
        <w:t>Хто залишився без дружини вірної.&lt;br /&gt;</w:t>
        <w:br/>
        <w:t>430] А вмерти — ти це знаєш — треба кожному.&lt;br /&gt;</w:t>
        <w:br/>
        <w:t>АДМЕТ&lt;br /&gt;</w:t>
        <w:br/>
        <w:t>Авжеж. І не раптово та біда мене&lt;br /&gt;</w:t>
        <w:br/>
        <w:t>Спіткала: знав давно я — здавна й мучився.&lt;br /&gt;</w:t>
        <w:br/>
        <w:t>Та вже про винос тіла сповістить пора.&lt;br /&gt;</w:t>
        <w:br/>
        <w:t>Тож не відходьте. Тужний спів підземному,&lt;br /&gt;</w:t>
        <w:br/>
        <w:t>Що втіх не любить, починайте богові.&lt;br /&gt;</w:t>
        <w:br/>
        <w:t>Усім моїм підлеглим, що в Фессалії,&lt;br /&gt;</w:t>
        <w:br/>
        <w:t>Велю до голосіння приєднатися:&lt;br /&gt;</w:t>
        <w:br/>
        <w:t>Хай обітнуть волосся, в чорне вдягнуться.&lt;br /&gt;</w:t>
        <w:br/>
        <w:t>Чи в'їде четвернею, а чи верхи хто —&lt;br /&gt;</w:t>
        <w:br/>
        <w:t>440] Щоб коням гриву не забув обрізати.&lt;br /&gt;</w:t>
        <w:br/>
        <w:t>Хай місто не почує ліри з флейтою,&lt;br /&gt;</w:t>
        <w:br/>
        <w:t>Поки дванадцять місяців спливатиме.&lt;br /&gt;</w:t>
        <w:br/>
        <w:t>Дорожчого ж нікого вже не буду я&lt;br /&gt;</w:t>
        <w:br/>
        <w:t>Ховати, бо ж найвищих гідна почестей —&lt;br /&gt;</w:t>
        <w:br/>
        <w:t>Єдина, що за мене вмерти згодилась.&lt;br /&gt;</w:t>
        <w:br/>
        <w:t>Алкесту виносять.&lt;br /&gt;</w:t>
        <w:br/>
        <w:t>Адмет і діти покидають сцену.</w:t>
      </w:r>
    </w:p>
    <w:p>
      <w:r>
        <w:br/>
        <w:t>СТАСИМ ДРУГИЙ&lt;br /&gt;</w:t>
        <w:br/>
        <w:t>ХОР&lt;br /&gt;</w:t>
        <w:br/>
        <w:t>Строфа І&lt;br /&gt;</w:t>
        <w:br/>
        <w:t>Пелія дочко, прощай!&lt;br /&gt;</w:t>
        <w:br/>
        <w:t>Хай з тобою йде радість у дім Аїда,&lt;br /&gt;</w:t>
        <w:br/>
        <w:t>В ту оселю без сонця, що жде на тебе.&lt;br /&gt;</w:t>
        <w:br/>
        <w:t>Хай Аїд чорногривий знає&lt;br /&gt;</w:t>
        <w:br/>
        <w:t>450] І весляр — невблаганний старець,&lt;br /&gt;</w:t>
        <w:br/>
        <w:t>Мертвих перевізник:&lt;br /&gt;</w:t>
        <w:br/>
        <w:t>Він такої жони&lt;br /&gt;</w:t>
        <w:br/>
        <w:t>У край підземний&lt;br /&gt;</w:t>
        <w:br/>
        <w:t>Двовесловим човном не возив іще&lt;br /&gt;</w:t>
        <w:br/>
        <w:t>Й не повезе ніколи. [37]&lt;br /&gt;</w:t>
        <w:br/>
        <w:t>Антистрофа І&lt;br /&gt;</w:t>
        <w:br/>
        <w:t>Ліра вшановує тебе&lt;br /&gt;</w:t>
        <w:br/>
        <w:t>Семиструнна, дзвінка, з черепахи гірської,&lt;br /&gt;</w:t>
        <w:br/>
        <w:t>Як і слово співуче, без ліри, в Спарті,&lt;br /&gt;</w:t>
        <w:br/>
        <w:t>Коли з роком, що йде по колу,&lt;br /&gt;</w:t>
        <w:br/>
        <w:t>460] Знов засяє карнейський місяць&lt;br /&gt;</w:t>
        <w:br/>
        <w:t>На всю ніч у небі.&lt;br /&gt;</w:t>
        <w:br/>
        <w:t>І в Афінах ясних,&lt;br /&gt;</w:t>
        <w:br/>
        <w:t>Багатством славних,&lt;br /&gt;</w:t>
        <w:br/>
        <w:t>Возвеличишся: в смерті твоїй співці&lt;br /&gt;</w:t>
        <w:br/>
        <w:t>Знайдуть натхнення вічне.&lt;br /&gt;</w:t>
        <w:br/>
        <w:t>Строфа II&lt;br /&gt;</w:t>
        <w:br/>
        <w:t>О, якби змога в мене!&lt;br /&gt;</w:t>
        <w:br/>
        <w:t>Якби — сил було досить! —&lt;br /&gt;</w:t>
        <w:br/>
        <w:t>Із осель тебе б вивіз темних&lt;br /&gt;</w:t>
        <w:br/>
        <w:t>Через води Кокіта,&lt;br /&gt;</w:t>
        <w:br/>
        <w:t>470] Веслом б'ючи&lt;br /&gt;</w:t>
        <w:br/>
        <w:t>Попідземну хвилю.&lt;br /&gt;</w:t>
        <w:br/>
        <w:t>Ти ж одна з-між усіх, одна-єдина&lt;br /&gt;</w:t>
        <w:br/>
        <w:t>Дала згоду спуститись&lt;br /&gt;</w:t>
        <w:br/>
        <w:t>В Аїд, щоб тільки муж твій&lt;br /&gt;</w:t>
        <w:br/>
        <w:t>Міг бачити сонце!.. Легкою тобі,&lt;br /&gt;</w:t>
        <w:br/>
        <w:t>Жінко, хай буде земля! А надумає&lt;br /&gt;</w:t>
        <w:br/>
        <w:t>З другою ложе ділити — ненависний&lt;br /&gt;</w:t>
        <w:br/>
        <w:t>Навік мені й діткам цим,&lt;br /&gt;</w:t>
        <w:br/>
        <w:t>Сиротам, він стане.&lt;br /&gt;</w:t>
        <w:br/>
        <w:t>Антистрофа II&lt;br /&gt;</w:t>
        <w:br/>
        <w:t>480] Таж ані мати рідна&lt;br /&gt;</w:t>
        <w:br/>
        <w:t>Лягти в землю за сина&lt;br /&gt;</w:t>
        <w:br/>
        <w:t>Не схотіла, ні батько-старець;&lt;br /&gt;</w:t>
        <w:br/>
        <w:t>Не рішилися вмерти,&lt;br /&gt;</w:t>
        <w:br/>
        <w:t>Щоб жити міг&lt;br /&gt;</w:t>
        <w:br/>
        <w:t>Той, кого зродили,&lt;br /&gt;</w:t>
        <w:br/>
        <w:t>Й сором їх не отямив, сивочолих!..&lt;br /&gt;</w:t>
        <w:br/>
        <w:t>А ти — в розквіті віку! —&lt;br /&gt;</w:t>
        <w:br/>
        <w:t>Померши замість мужа,&lt;br /&gt;</w:t>
        <w:br/>
        <w:t>Із світу пішла… О, коли б то мені&lt;br /&gt;</w:t>
        <w:br/>
        <w:t>490] Мила дружина, жона така трапилась —&lt;br /&gt;</w:t>
        <w:br/>
        <w:t>Рідкісне щастя! — зо мною б жила вона&lt;br /&gt;</w:t>
        <w:br/>
        <w:t>До схилу літ, до межі —&lt;br /&gt;</w:t>
        <w:br/>
        <w:t>Та й журби не знала б! [38]</w:t>
      </w:r>
    </w:p>
    <w:p>
      <w:r>
        <w:br/>
        <w:t>ЕПІСОДІЙ ТРЕТІЙ&lt;br /&gt;</w:t>
        <w:br/>
        <w:t>Входить Геракл.&lt;br /&gt;</w:t>
        <w:br/>
        <w:t>ГЕРАКЛ&lt;br /&gt;</w:t>
        <w:br/>
        <w:t>Ферейські поселяни, чи застану я&lt;br /&gt;</w:t>
        <w:br/>
        <w:t>Адмета зараз дома, підкажіть мені.&lt;br /&gt;</w:t>
        <w:br/>
        <w:t>ПРОВІДНИК ХОРУ&lt;br /&gt;</w:t>
        <w:br/>
        <w:t>Феретів син у себе. Не виходив ще.&lt;br /&gt;</w:t>
        <w:br/>
        <w:t>Та що Геракла привело в Фессалію,&lt;br /&gt;</w:t>
        <w:br/>
        <w:t>В ферейське місто? Видно, пильна справа є?&lt;br /&gt;</w:t>
        <w:br/>
        <w:t>ГЕРАКЛ&lt;br /&gt;</w:t>
        <w:br/>
        <w:t>Служу в Тірінфі нині — Еврістеєві.&lt;br /&gt;</w:t>
        <w:br/>
        <w:t>ПРОВІДНИК ХОРУ&lt;br /&gt;</w:t>
        <w:br/>
        <w:t>500] Куди мандруєш далі? Що ти ще звершиш?&lt;br /&gt;</w:t>
        <w:br/>
        <w:t>ГЕРАКЛ&lt;br /&gt;</w:t>
        <w:br/>
        <w:t>По четверню йду Діомеда з Фракії.&lt;br /&gt;</w:t>
        <w:br/>
        <w:t>ПРОВІДНИК ХОРУ&lt;br /&gt;</w:t>
        <w:br/>
        <w:t>А це можливо? Чужоземця знаєш ти?&lt;br /&gt;</w:t>
        <w:br/>
        <w:t>ГЕРАКЛ&lt;br /&gt;</w:t>
        <w:br/>
        <w:t>Не знаю. В край бістонський не ступав іще.&lt;br /&gt;</w:t>
        <w:br/>
        <w:t>ПРОВІДНИК ХОРУ&lt;br /&gt;</w:t>
        <w:br/>
        <w:t>Тоді без бою не здобудеш коней тих.&lt;br /&gt;</w:t>
        <w:br/>
        <w:t>ГЕРАКЛ&lt;br /&gt;</w:t>
        <w:br/>
        <w:t>Від труднощів не гоже відмовлятися.&lt;br /&gt;</w:t>
        <w:br/>
        <w:t>ПРОБІДНИК ХОРУ&lt;br /&gt;</w:t>
        <w:br/>
        <w:t>Повернешся — убивши. Ні — то згинеш там.&lt;br /&gt;</w:t>
        <w:br/>
        <w:t>ГЕРАКЛ&lt;br /&gt;</w:t>
        <w:br/>
        <w:t>Не вперше за умов таких боротимусь.&lt;br /&gt;</w:t>
        <w:br/>
        <w:t>ПРОВІДНИК ХОРУ&lt;br /&gt;</w:t>
        <w:br/>
        <w:t>Подужаєш фракійця… Ну, а далі що?&lt;br /&gt;</w:t>
        <w:br/>
        <w:t>ГЕРАКЛ&lt;br /&gt;</w:t>
        <w:br/>
        <w:t>Доставлю коней владарю тірінфському.&lt;br /&gt;</w:t>
        <w:br/>
        <w:t>ПРОВІДНИК ХОРУ&lt;br /&gt;</w:t>
        <w:br/>
        <w:t>510] Але їх загнуздати, ой, важка це річ!&lt;br /&gt;</w:t>
        <w:br/>
        <w:t>ГЕРАКЛ&lt;br /&gt;</w:t>
        <w:br/>
        <w:t>Не думаю. Хіба що дишуть полум'ям. [39]&lt;br /&gt;</w:t>
        <w:br/>
        <w:t>ПРОВІДНИК ХОРУ&lt;br /&gt;</w:t>
        <w:br/>
        <w:t>Зате зубами тут же на шматки порвуть.&lt;br /&gt;</w:t>
        <w:br/>
        <w:t>ГЕРАКЛ&lt;br /&gt;</w:t>
        <w:br/>
        <w:t>Мов не про коней мовиш — хижаків гірських.&lt;br /&gt;</w:t>
        <w:br/>
        <w:t>ПРОВІДНИК ХОРУ&lt;br /&gt;</w:t>
        <w:br/>
        <w:t>їх ясла, сам побачиш, кров'ю збризкані.&lt;br /&gt;</w:t>
        <w:br/>
        <w:t>ГЕРАКЛ&lt;br /&gt;</w:t>
        <w:br/>
        <w:t>Яким же батьком їх господар хвалиться?&lt;br /&gt;</w:t>
        <w:br/>
        <w:t>ПРОВІДНИК ХОРУ&lt;br /&gt;</w:t>
        <w:br/>
        <w:t>Аресом, в кого щит фракійський з золота.&lt;br /&gt;</w:t>
        <w:br/>
        <w:t>ГЕРАКЛ&lt;br /&gt;</w:t>
        <w:br/>
        <w:t>Ну, що ж. І цей труд, видно, доля шле мені —&lt;br /&gt;</w:t>
        <w:br/>
        <w:t>Злоблива все ще: на стрімке й важке жене —&lt;br /&gt;</w:t>
        <w:br/>
        <w:t>Коли ще й з тими, що Аресом зроджені,&lt;br /&gt;</w:t>
        <w:br/>
        <w:t>520] Змагатись мушу: Лікаона вклав колись,&lt;br /&gt;</w:t>
        <w:br/>
        <w:t>Потому — Кікна, а тепер із третім ось&lt;br /&gt;</w:t>
        <w:br/>
        <w:t>Боротимусь та з кіньми людожерними.&lt;br /&gt;</w:t>
        <w:br/>
        <w:t>Не бачити ж нікому, щоб Алкмени син&lt;br /&gt;</w:t>
        <w:br/>
        <w:t>Тремтів перед рукою супротивника.&lt;br /&gt;</w:t>
        <w:br/>
        <w:t>ПРОВІДНИК ХОРУ&lt;br /&gt;</w:t>
        <w:br/>
        <w:t>Та ось і сам володар краю нашого,&lt;br /&gt;</w:t>
        <w:br/>
        <w:t>Адмет, сюди з покоїв поспішає вже.&lt;br /&gt;</w:t>
        <w:br/>
        <w:t>АДМЕТ&lt;br /&gt;</w:t>
        <w:br/>
        <w:t>Втішайся, Зевса і Персея пагоне!&lt;br /&gt;</w:t>
        <w:br/>
        <w:t>ГЕРАКЛ&lt;br /&gt;</w:t>
        <w:br/>
        <w:t>І ти втішайся, фессалійців владарю!&lt;br /&gt;</w:t>
        <w:br/>
        <w:t>АДМЕТ&lt;br /&gt;</w:t>
        <w:br/>
        <w:t>Та рад би… В твоїй дружбі пересвідчивсь я.&lt;br /&gt;</w:t>
        <w:br/>
        <w:t>ГЕРАКЛ&lt;br /&gt;</w:t>
        <w:br/>
        <w:t>530] В журбі ти, бачу… І волосся зрізане…&lt;br /&gt;</w:t>
        <w:br/>
        <w:t>АДМЕТ&lt;br /&gt;</w:t>
        <w:br/>
        <w:t>Та похорон тут нині несподіваний…&lt;br /&gt;</w:t>
        <w:br/>
        <w:t>ГЕРАКЛ&lt;br /&gt;</w:t>
        <w:br/>
        <w:t>Щоб лиш дітей од лиха вберегли боги.&lt;br /&gt;</w:t>
        <w:br/>
        <w:t>АДМЕТ&lt;br /&gt;</w:t>
        <w:br/>
        <w:t>Живі й здорові, вдома діточки мої. [40]&lt;br /&gt;</w:t>
        <w:br/>
        <w:t>ГЕРАКЛ&lt;br /&gt;</w:t>
        <w:br/>
        <w:t>На схилі днів твій батько. Чи не він помер?&lt;br /&gt;</w:t>
        <w:br/>
        <w:t>АДМЕТ&lt;br /&gt;</w:t>
        <w:br/>
        <w:t>Отець і мати при здоров'ї, друже мій.&lt;br /&gt;</w:t>
        <w:br/>
        <w:t>ГЕРАКЛ&lt;br /&gt;</w:t>
        <w:br/>
        <w:t>Гадаю ж, не Алкеста відійшла од нас?..&lt;br /&gt;</w:t>
        <w:br/>
        <w:t>АДМЕТ&lt;br /&gt;</w:t>
        <w:br/>
        <w:t>Двояку можу дати на це відповідь…&lt;br /&gt;</w:t>
        <w:br/>
        <w:t>ГЕРАКЛ&lt;br /&gt;</w:t>
        <w:br/>
        <w:t>Чи про живу, чи вже про мертву мовиш ти?&lt;br /&gt;</w:t>
        <w:br/>
        <w:t>АДМЕТ&lt;br /&gt;</w:t>
        <w:br/>
        <w:t>І є вона, й нема вже. От і мучуся.&lt;br /&gt;</w:t>
        <w:br/>
        <w:t>ГЕРАКЛ&lt;br /&gt;</w:t>
        <w:br/>
        <w:t>540] Що знав, те й знаю. Годі щось утямити.&lt;br /&gt;</w:t>
        <w:br/>
        <w:t>АДМЕТ&lt;br /&gt;</w:t>
        <w:br/>
        <w:t>Чи ж ти не чув, Геракле, що судилось їй?&lt;br /&gt;</w:t>
        <w:br/>
        <w:t>ГЕРАКЛ&lt;br /&gt;</w:t>
        <w:br/>
        <w:t>Померти замість тебе, знаю, згодилась.&lt;br /&gt;</w:t>
        <w:br/>
        <w:t>АДМЕТ&lt;br /&gt;</w:t>
        <w:br/>
        <w:t>То як їй жити, раз пішла на жертву цю?&lt;br /&gt;</w:t>
        <w:br/>
        <w:t>ГЕРАКЛ&lt;br /&gt;</w:t>
        <w:br/>
        <w:t>І все ж завчасно по дружині сліз не лий.&lt;br /&gt;</w:t>
        <w:br/>
        <w:t>АД М ЕТ&lt;br /&gt;</w:t>
        <w:br/>
        <w:t>Хто смерть обрав, той мертвий, і нема його.&lt;br /&gt;</w:t>
        <w:br/>
        <w:t>ГЕРАКЛ&lt;br /&gt;</w:t>
        <w:br/>
        <w:t>Одна річ — бути, а не бути — інша річ.&lt;br /&gt;</w:t>
        <w:br/>
        <w:t>АДМЕТ&lt;br /&gt;</w:t>
        <w:br/>
        <w:t>Ти так, Геракле, судиш, я — по-іншому.&lt;br /&gt;</w:t>
        <w:br/>
        <w:t>ГЕРАКЛ&lt;br /&gt;</w:t>
        <w:br/>
        <w:t>Чого ж сумуєш? Може, в тебе друг умер?&lt;br /&gt;</w:t>
        <w:br/>
        <w:t>АДМЕТ&lt;br /&gt;</w:t>
        <w:br/>
        <w:t>Не друг, а жінка, таж про неї мова йшла.&lt;br /&gt;</w:t>
        <w:br/>
        <w:t>ГЕРАКЛ&lt;br /&gt;</w:t>
        <w:br/>
        <w:t>550] Була вона чужою чи споріднена? [41]&lt;br /&gt;</w:t>
        <w:br/>
        <w:t>АДМЕТ&lt;br /&gt;</w:t>
        <w:br/>
        <w:t>Чужою. Але з домом тісно зв'язана.&lt;br /&gt;</w:t>
        <w:br/>
        <w:t>ГЕРАКЛ&lt;br /&gt;</w:t>
        <w:br/>
        <w:t>А як це сталось, що й померла в домі цім?&lt;br /&gt;</w:t>
        <w:br/>
        <w:t>АДМЕТ&lt;br /&gt;</w:t>
        <w:br/>
        <w:t>Без батька залишившись, виростала тут.&lt;br /&gt;</w:t>
        <w:br/>
        <w:t>ГЕРАКЛ&lt;br /&gt;</w:t>
        <w:br/>
        <w:t>Гай-гай! Як жаль, що в тузі я застав тебе!..&lt;br /&gt;</w:t>
        <w:br/>
        <w:t>АДМЕТ&lt;br /&gt;</w:t>
        <w:br/>
        <w:t>А як це розуміти? Щось надумав ти?&lt;br /&gt;</w:t>
        <w:br/>
        <w:t>ГЕРАКЛ&lt;br /&gt;</w:t>
        <w:br/>
        <w:t>(простуючи до виходу)&lt;br /&gt;</w:t>
        <w:br/>
        <w:t>До іншої господи мушу вдатися.&lt;br /&gt;</w:t>
        <w:br/>
        <w:t>АДМЕТ&lt;br /&gt;</w:t>
        <w:br/>
        <w:t>О ні!.. За що ж на мене ще й така біда?&lt;br /&gt;</w:t>
        <w:br/>
        <w:t>ГЕРАКЛ&lt;br /&gt;</w:t>
        <w:br/>
        <w:t>У домі, де жалоба, гість — небажаний.&lt;br /&gt;</w:t>
        <w:br/>
        <w:t>АДМЕТ&lt;br /&gt;</w:t>
        <w:br/>
        <w:t>Хто вмер, того не вернеш. У покої входь.&lt;br /&gt;</w:t>
        <w:br/>
        <w:t>ГЕРАКЛ&lt;br /&gt;</w:t>
        <w:br/>
        <w:t>560] Коли сумує друг мій… веселитимусь?&lt;br /&gt;</w:t>
        <w:br/>
        <w:t>АДМЕТ&lt;br /&gt;</w:t>
        <w:br/>
        <w:t>Вітальня жде на тебе — тихий закуток.&lt;br /&gt;</w:t>
        <w:br/>
        <w:t>ГЕРАКЛ&lt;br /&gt;</w:t>
        <w:br/>
        <w:t>Та ні. Стократ віддячусь — одпусти мене.&lt;br /&gt;</w:t>
        <w:br/>
        <w:t>АДМЕТ&lt;br /&gt;</w:t>
        <w:br/>
        <w:t>Щоб ти просивсь до інших?.. Не погоджуся.&lt;br /&gt;</w:t>
        <w:br/>
        <w:t>(До прислужника).&lt;br /&gt;</w:t>
        <w:br/>
        <w:t>Провадь-но гостя; відчини вітальню ту,&lt;br /&gt;</w:t>
        <w:br/>
        <w:t>Що в глибині палацу, й накажи, щоб там&lt;br /&gt;</w:t>
        <w:br/>
        <w:t>Багатий стіл накрили.&lt;br /&gt;</w:t>
        <w:br/>
        <w:t>Геракл входить у дім.&lt;br /&gt;</w:t>
        <w:br/>
        <w:t>Адмет звертається до інших слуг.&lt;br /&gt;</w:t>
        <w:br/>
        <w:t>Зачиніть хутчій&lt;br /&gt;</w:t>
        <w:br/>
        <w:t>Проміжні двері: за столом же гостеві&lt;br /&gt;</w:t>
        <w:br/>
        <w:t>Не треба чути зойків. Нащо сум йому? [42]&lt;br /&gt;</w:t>
        <w:br/>
        <w:t>ПРОВІДНИК ХОРУ&lt;br /&gt;</w:t>
        <w:br/>
        <w:t>В таку важку годину будеш гостеві&lt;br /&gt;</w:t>
        <w:br/>
        <w:t>570] Годить, Адмете? Чи не збожеволів ти?&lt;br /&gt;</w:t>
        <w:br/>
        <w:t>АДМЕТ&lt;br /&gt;</w:t>
        <w:br/>
        <w:t>Ну, а коли б із дому й міста вигнав я&lt;br /&gt;</w:t>
        <w:br/>
        <w:t>Прибульця-гостя, ти б за це хвалив мене?&lt;br /&gt;</w:t>
        <w:br/>
        <w:t>Таж ні, мого страждання б не применшилось,&lt;br /&gt;</w:t>
        <w:br/>
        <w:t>Проте зажив би слави негостинного.&lt;br /&gt;</w:t>
        <w:br/>
        <w:t>І горе б я примножив горем ще одним,&lt;br /&gt;</w:t>
        <w:br/>
        <w:t>Якби недобра слава й про мій дім пішла.&lt;br /&gt;</w:t>
        <w:br/>
        <w:t>Чудово й він, бувало, пригощав мене,&lt;br /&gt;</w:t>
        <w:br/>
        <w:t>Коли перебував я в спраглім Аргосі.&lt;br /&gt;</w:t>
        <w:br/>
        <w:t>ПРОВІДНИК ХОРУ&lt;br /&gt;</w:t>
        <w:br/>
        <w:t>Чому ж із горем ти своїм ховаєшся,&lt;br /&gt;</w:t>
        <w:br/>
        <w:t>580] Якщо до тебе справді щирий друг забрів?&lt;br /&gt;</w:t>
        <w:br/>
        <w:t>АДМЕТ&lt;br /&gt;</w:t>
        <w:br/>
        <w:t>Нізащо й на поріг мій не ступив би він,&lt;br /&gt;</w:t>
        <w:br/>
        <w:t>Якби про моє горе хоч догадувавсь.&lt;br /&gt;</w:t>
        <w:br/>
        <w:t>Мій вчинок нерозумним, гідним осуду&lt;br /&gt;</w:t>
        <w:br/>
        <w:t>Вважати можуть, та цей дім ніколи ще&lt;br /&gt;</w:t>
        <w:br/>
        <w:t>Не скривдив чужоземця, не прогнав його.&lt;br /&gt;</w:t>
        <w:br/>
        <w:t>(Входить у дім).</w:t>
      </w:r>
    </w:p>
    <w:p>
      <w:r>
        <w:br/>
        <w:t>СТАСИМ ТРЕТІЙ&lt;br /&gt;</w:t>
        <w:br/>
        <w:t>ХОР&lt;br /&gt;</w:t>
        <w:br/>
        <w:t>Строфа І&lt;br /&gt;</w:t>
        <w:br/>
        <w:t>Найгостинніша з-поміж осель,&lt;br /&gt;</w:t>
        <w:br/>
        <w:t>Добротою господаря славна!&lt;br /&gt;</w:t>
        <w:br/>
        <w:t>Сам бог тут бував — Аполлон Піфійський,&lt;br /&gt;</w:t>
        <w:br/>
        <w:t>Тут він жити зволив.&lt;br /&gt;</w:t>
        <w:br/>
        <w:t>590] Пасти овець твоїх згоду дав:&lt;br /&gt;</w:t>
        <w:br/>
        <w:t>На пологих горбах твоїх&lt;br /&gt;</w:t>
        <w:br/>
        <w:t>Отарам на лірі він&lt;br /&gt;</w:t>
        <w:br/>
        <w:t>Грав та грав —&lt;br /&gt;</w:t>
        <w:br/>
        <w:t>Зазивав до любові.&lt;br /&gt;</w:t>
        <w:br/>
        <w:t>Антистрофа І&lt;br /&gt;</w:t>
        <w:br/>
        <w:t>Заворожені піснею, тут&lt;br /&gt;</w:t>
        <w:br/>
        <w:t>Походжали плямисті рисі.&lt;br /&gt;</w:t>
        <w:br/>
        <w:t>А з Офріса гір жовтогриві леви&lt;br /&gt;</w:t>
        <w:br/>
        <w:t>Сунули стадами,&lt;br /&gt;</w:t>
        <w:br/>
        <w:t>Щоб танцювати під гомін струн.&lt;br /&gt;</w:t>
        <w:br/>
        <w:t>600] З-поміж високогривих ялиць [43]&lt;br /&gt;</w:t>
        <w:br/>
        <w:t>Прудка появлялась лань '-&lt;br /&gt;</w:t>
        <w:br/>
        <w:t>Душу їй,&lt;br /&gt;</w:t>
        <w:br/>
        <w:t>Фебе, грою втішав ти.&lt;br /&gt;</w:t>
        <w:br/>
        <w:t>Строфа II&lt;br /&gt;</w:t>
        <w:br/>
        <w:t>Густорунних виводить овець&lt;br /&gt;</w:t>
        <w:br/>
        <w:t>Край Адмета — де хвилі Бебіди ряхтять.&lt;br /&gt;</w:t>
        <w:br/>
        <w:t>Орних піль та буйнозелених долів&lt;br /&gt;</w:t>
        <w:br/>
        <w:t>Межі за обрій сягли:&lt;br /&gt;</w:t>
        <w:br/>
        <w:t>Де снаги набираються коні Сонця&lt;br /&gt;</w:t>
        <w:br/>
        <w:t>На стоянці нічній, де ясніє&lt;br /&gt;</w:t>
        <w:br/>
        <w:t>610] Променисте молоське небо —&lt;br /&gt;</w:t>
        <w:br/>
        <w:t>Й до берегів егейських,&lt;br /&gt;</w:t>
        <w:br/>
        <w:t>До Пелія, де не заходять судна, —&lt;br /&gt;</w:t>
        <w:br/>
        <w:t>Все в його володінні.&lt;br /&gt;</w:t>
        <w:br/>
        <w:t>Антистрофа II&lt;br /&gt;</w:t>
        <w:br/>
        <w:t>Й нині він одчинив свій дім&lt;br /&gt;</w:t>
        <w:br/>
        <w:t>Перед гостем, хоч очі були на той час&lt;br /&gt;</w:t>
        <w:br/>
        <w:t>Повні сліз — над тілом своєї жони,&lt;br /&gt;</w:t>
        <w:br/>
        <w:t>Вмерлої щойно, ридав:&lt;br /&gt;</w:t>
        <w:br/>
        <w:t>Благородного й горе до зла не схилить.&lt;br /&gt;</w:t>
        <w:br/>
        <w:t>А хто чесний — у того й мудрість.&lt;br /&gt;</w:t>
        <w:br/>
        <w:t>620] Тож надію в душі плекаю,&lt;br /&gt;</w:t>
        <w:br/>
        <w:t>Може, й сміливу надто:&lt;br /&gt;</w:t>
        <w:br/>
        <w:t>Тому, хто богам виявляє шану,&lt;br /&gt;</w:t>
        <w:br/>
        <w:t>Доля все ж усміхнеться.&lt;br /&gt;</w:t>
        <w:br/>
        <w:t>ЕПІСОДІЙ ЧЕТВЕРТИЙ&lt;br /&gt;</w:t>
        <w:br/>
        <w:t>З палацу виносять мертву Алкесту&lt;br /&gt;</w:t>
        <w:br/>
        <w:t>За ношами йде Адмет.&lt;br /&gt;</w:t>
        <w:br/>
        <w:t>АДМЕТ&lt;br /&gt;</w:t>
        <w:br/>
        <w:t>Мужі ферейські, що зі мною ділите&lt;br /&gt;</w:t>
        <w:br/>
        <w:t>Мій смуток! Ось покійна. Вже несуть її,&lt;br /&gt;</w:t>
        <w:br/>
        <w:t>Належно вбрану, на високе вогнище.&lt;br /&gt;</w:t>
        <w:br/>
        <w:t>За звичаєм, ви з нею попрощайтеся,&lt;br /&gt;</w:t>
        <w:br/>
        <w:t>Адже ступає на останню путь свою.&lt;br /&gt;</w:t>
        <w:br/>
        <w:t>ПРОВІДНИК ХОРУ&lt;br /&gt;</w:t>
        <w:br/>
        <w:t>(до Адмета)&lt;br /&gt;</w:t>
        <w:br/>
        <w:t>Он батька твого бачу — наближається&lt;br /&gt;</w:t>
        <w:br/>
        <w:t>630] Старечим кроком. Он ідуть з окрасами&lt;br /&gt;</w:t>
        <w:br/>
        <w:t>Жони твоєї — похоронний дар несуть. [44]&lt;br /&gt;</w:t>
        <w:br/>
        <w:t>ФЕРЕТ&lt;br /&gt;</w:t>
        <w:br/>
        <w:t>Прийшов я, сину, біль твій розуміючи:&lt;br /&gt;</w:t>
        <w:br/>
        <w:t>Цнотливу, благородну ти, без сумніву,&lt;br /&gt;</w:t>
        <w:br/>
        <w:t>Дружину втратив. Але й цей тягар нести&lt;br /&gt;</w:t>
        <w:br/>
        <w:t>Потрібно, хоч би як він не гнітив тебе.&lt;br /&gt;</w:t>
        <w:br/>
        <w:t>Прийми ж убір цей — хай під землю з мертвою&lt;br /&gt;</w:t>
        <w:br/>
        <w:t>Іде: покійну щедро вшанувати слід.&lt;br /&gt;</w:t>
        <w:br/>
        <w:t>Вона ж бо замість тебе із життя пішла,&lt;br /&gt;</w:t>
        <w:br/>
        <w:t>Й мені добро зробила: не бездітний я,&lt;br /&gt;</w:t>
        <w:br/>
        <w:t>640] Й не буду сина, немічний, оплакувать.&lt;br /&gt;</w:t>
        <w:br/>
        <w:t>Та й всім жінкам на світі здобула вона&lt;br /&gt;</w:t>
        <w:br/>
        <w:t>Хвалу велику вчинком цим нечуваним.&lt;br /&gt;</w:t>
        <w:br/>
        <w:t>(Простягаючи руки до похоронного ложа).&lt;br /&gt;</w:t>
        <w:br/>
        <w:t>О рятівнице сина! Підняла ти й нас,&lt;br /&gt;</w:t>
        <w:br/>
        <w:t>Пониклих… Прощавай же! І в Аїда будь&lt;br /&gt;</w:t>
        <w:br/>
        <w:t>У ласці… От що значить — одружитися&lt;br /&gt;</w:t>
        <w:br/>
        <w:t>Щасливо! В іншім разі й не потрібен шлюб.&lt;br /&gt;</w:t>
        <w:br/>
        <w:t>АДМЕТ&lt;br /&gt;</w:t>
        <w:br/>
        <w:t>На похорон цей, батьку, я не звав тебе,&lt;br /&gt;</w:t>
        <w:br/>
        <w:t>Й присутністю твоєю, знай, не втішений.&lt;br /&gt;</w:t>
        <w:br/>
        <w:t>Окрас цих не побачиш на покійниці:&lt;br /&gt;</w:t>
        <w:br/>
        <w:t>650] Твоє тут — зайве: вже вона споряджена.&lt;br /&gt;</w:t>
        <w:br/>
        <w:t>Тоді б ці сльози, як мені грозила смерть.&lt;br /&gt;</w:t>
        <w:br/>
        <w:t>Та де там! Хоч і старець, молодому ти&lt;br /&gt;</w:t>
        <w:br/>
        <w:t>Вмирать дозволив… Що ж її оплакуєш?&lt;br /&gt;</w:t>
        <w:br/>
        <w:t>Моїм правдивим батьком не назву тебе,&lt;br /&gt;</w:t>
        <w:br/>
        <w:t>А матір'ю — тієї, що неначебто&lt;br /&gt;</w:t>
        <w:br/>
        <w:t>Мене родила: певно, до грудей своїх&lt;br /&gt;</w:t>
        <w:br/>
        <w:t>Приклала нишком немовля невільниці.&lt;br /&gt;</w:t>
        <w:br/>
        <w:t>В біді лиш явним стало, хто насправді ти, —&lt;br /&gt;</w:t>
        <w:br/>
        <w:t>Й не вірю, щоб твоїм я рідним сином був.&lt;br /&gt;</w:t>
        <w:br/>
        <w:t>660] Усіх на світі перейшов ти ницістю,&lt;br /&gt;</w:t>
        <w:br/>
        <w:t>Адже в такому віці, на межі самій,&lt;br /&gt;</w:t>
        <w:br/>
        <w:t>Ти не схотів, не зваживсь рештки днів своїх&lt;br /&gt;</w:t>
        <w:br/>
        <w:t>Оддать за сина. На чужу, на жінку цю&lt;br /&gt;</w:t>
        <w:br/>
        <w:t>Ви жертву переклали. Тож і матір'ю&lt;br /&gt;</w:t>
        <w:br/>
        <w:t>Назву її, і батьком — лиш її одну.&lt;br /&gt;</w:t>
        <w:br/>
        <w:t>А міг же ти достойно із життя піти,&lt;br /&gt;</w:t>
        <w:br/>
        <w:t>Померши замість сина: та й життя ж того,&lt;br /&gt;</w:t>
        <w:br/>
        <w:t>Як не надійся, залишилась крихітка.&lt;br /&gt;</w:t>
        <w:br/>
        <w:t>А я б тут із жоною вікував собі —&lt;br /&gt;</w:t>
        <w:br/>
        <w:t>670] Вдівцем зоставшись, над собою б сліз не лив.&lt;br /&gt;</w:t>
        <w:br/>
        <w:t>Чого б лишень щасливець не бажав собі,&lt;br /&gt;</w:t>
        <w:br/>
        <w:t>Те посідав ти: владарем був з юності,&lt;br /&gt;</w:t>
        <w:br/>
        <w:t>Й мене мав, сина, спадкоємця гідного.&lt;br /&gt;</w:t>
        <w:br/>
        <w:t>Тож не боявся, що помреш в бездітності,&lt;br /&gt;</w:t>
        <w:br/>
        <w:t>Що хтось на беззахисний дім поквапиться.&lt;br /&gt;</w:t>
        <w:br/>
        <w:t>Чи, може, твого віку не шануючи, [45]&lt;br /&gt;</w:t>
        <w:br/>
        <w:t>Я заслужив неласки — я, хто щиро так&lt;br /&gt;</w:t>
        <w:br/>
        <w:t>Тобою піклувався?.. Дочекався, бач,&lt;br /&gt;</w:t>
        <w:br/>
        <w:t>Віддяки — і від тебе, і від матері…&lt;br /&gt;</w:t>
        <w:br/>
        <w:t>680] Отож чимшвидше інших роздобудь дітей,&lt;br /&gt;</w:t>
        <w:br/>
        <w:t>Нехай про вік твій дбають, хай вони тобі,&lt;br /&gt;</w:t>
        <w:br/>
        <w:t>Коли помреш, належний справлять похорон.&lt;br /&gt;</w:t>
        <w:br/>
        <w:t>Не я, не ця рука тебе ховатиме.&lt;br /&gt;</w:t>
        <w:br/>
        <w:t>Я — вмер для тебе. А життям завдячую&lt;br /&gt;</w:t>
        <w:br/>
        <w:t>Людині іншій, от для неї з радістю&lt;br /&gt;</w:t>
        <w:br/>
        <w:t>Я сином був би й щирим годувальником.&lt;br /&gt;</w:t>
        <w:br/>
        <w:t>Дарма для себе старці смерть вимолюють,&lt;br /&gt;</w:t>
        <w:br/>
        <w:t>На довголіття й неміч нарікаючи:&lt;br /&gt;</w:t>
        <w:br/>
        <w:t>Лиш смерть загляне — всяк її сахається,&lt;br /&gt;</w:t>
        <w:br/>
        <w:t>690] Тоді нікому старість не обтяжлива.&lt;br /&gt;</w:t>
        <w:br/>
        <w:t>ПРОВІДНИК ХОРУ&lt;br /&gt;</w:t>
        <w:br/>
        <w:t>Ну, годі. Чи не досить тих, що є, страждань?&lt;br /&gt;</w:t>
        <w:br/>
        <w:t>Не край докором, сину, серце батькове.&lt;br /&gt;</w:t>
        <w:br/>
        <w:t>ФЕРЕТ&lt;br /&gt;</w:t>
        <w:br/>
        <w:t>Не раб я твій — не з Лідії, не з Фрігії,&lt;br /&gt;</w:t>
        <w:br/>
        <w:t>Щоб так зухвало, сину, ти ганьбив мене.&lt;br /&gt;</w:t>
        <w:br/>
        <w:t>Чи ж я не фессалієць, і чи батько мій —&lt;br /&gt;</w:t>
        <w:br/>
        <w:t>Не з фессалійців, а чи я — не син його&lt;br /&gt;</w:t>
        <w:br/>
        <w:t>Законний?.. Знахабнів ти й по-юнацькому&lt;br /&gt;</w:t>
        <w:br/>
        <w:t>Мене облаяв. Та за це поплатишся.&lt;br /&gt;</w:t>
        <w:br/>
        <w:t>Тебе зростив я, щоб ти правив домом цим,&lt;br /&gt;</w:t>
        <w:br/>
        <w:t>700] Але за тебе, вибач, не вмиратиму:&lt;br /&gt;</w:t>
        <w:br/>
        <w:t>Бо жоден припис, жоден звичай еллінський&lt;br /&gt;</w:t>
        <w:br/>
        <w:t>Замість дітей вмирати не велить батькам.&lt;br /&gt;</w:t>
        <w:br/>
        <w:t>Лиш сам для себе — щасний чи нещасний — ти&lt;br /&gt;</w:t>
        <w:br/>
        <w:t>Родився. Що могли ми, — все дали тобі:&lt;br /&gt;</w:t>
        <w:br/>
        <w:t>Над багатьма владар ти. Шмат земель своїх&lt;br /&gt;</w:t>
        <w:br/>
        <w:t>Вділю тобі, — що й сам я вспадкував колись.&lt;br /&gt;</w:t>
        <w:br/>
        <w:t>То чим тебе я скривдив? А чи викрав щось?&lt;br /&gt;</w:t>
        <w:br/>
        <w:t>Твого життя не хочу, та й свого не дам.&lt;br /&gt;</w:t>
        <w:br/>
        <w:t>Радієш сонцю… А чи ж я не рад йому?&lt;br /&gt;</w:t>
        <w:br/>
        <w:t>710] В Аїді, знаю, ніч — кінця не матиме,&lt;br /&gt;</w:t>
        <w:br/>
        <w:t>Життя коротке, тим-то жити — солодко.&lt;br /&gt;</w:t>
        <w:br/>
        <w:t>Отож, ганебно за життя хапаючись,&lt;br /&gt;</w:t>
        <w:br/>
        <w:t>Відбився ти від смерті, а дружину он&lt;br /&gt;</w:t>
        <w:br/>
        <w:t>Спровадив у могилу. Ще й мене кориш,&lt;br /&gt;</w:t>
        <w:br/>
        <w:t>Негіднику, жоною переможений,&lt;br /&gt;</w:t>
        <w:br/>
        <w:t>Котра за тебе, красуня, загинула!&lt;br /&gt;</w:t>
        <w:br/>
        <w:t>Ну й хитро ж ти домігся невмирущості:&lt;br /&gt;</w:t>
        <w:br/>
        <w:t>Щораз новими відкуплятись жонами!..&lt;br /&gt;</w:t>
        <w:br/>
        <w:t>А ще соромиш друзів: он які, мовляв,&lt;br /&gt;</w:t>
        <w:br/>
        <w:t>720] Бездушні. Що ж до себе не приглянешся?&lt;br /&gt;</w:t>
        <w:br/>
        <w:t>Так ось: ти жити прагнеш — рівно й інші всі, [46]&lt;br /&gt;</w:t>
        <w:br/>
        <w:t>Будь певен, прагнуть. Ганиш інших — сам од них&lt;br /&gt;</w:t>
        <w:br/>
        <w:t>Ще гіршу — й справедливо — вчуєш відповідь.&lt;br /&gt;</w:t>
        <w:br/>
        <w:t>ПРОВІДНИК ХОРУ&lt;br /&gt;</w:t>
        <w:br/>
        <w:t>Образ доволі вже навзаєм сказано.&lt;br /&gt;</w:t>
        <w:br/>
        <w:t>Тож годі, старче, сина так паплюжити.&lt;br /&gt;</w:t>
        <w:br/>
        <w:t>АДМЕТ&lt;br /&gt;</w:t>
        <w:br/>
        <w:t>Усе, як я, виказуй. Правда вічі їсть?..&lt;br /&gt;</w:t>
        <w:br/>
        <w:t>Не слід би щодо сина помилятися.&lt;br /&gt;</w:t>
        <w:br/>
        <w:t>ФЕРЕТ&lt;br /&gt;</w:t>
        <w:br/>
        <w:t>Померти замість тебе — більша помилка.&lt;br /&gt;</w:t>
        <w:br/>
        <w:t>АДМЕТ&lt;br /&gt;</w:t>
        <w:br/>
        <w:t>Вмирати старцю й молодому — різна річ.&lt;br /&gt;</w:t>
        <w:br/>
        <w:t>ФЕРЕТ&lt;br /&gt;</w:t>
        <w:br/>
        <w:t>730] Одне прожить нам дано, а не два життя.&lt;br /&gt;</w:t>
        <w:br/>
        <w:t>АДМЕТ&lt;br /&gt;</w:t>
        <w:br/>
        <w:t>Живи ж собі, од Зевса довговічніший…&lt;br /&gt;</w:t>
        <w:br/>
        <w:t>ФЕРЕТ&lt;br /&gt;</w:t>
        <w:br/>
        <w:t>За що ж ти на батьків так огризаєшся?&lt;br /&gt;</w:t>
        <w:br/>
        <w:t>АДМЕТ&lt;br /&gt;</w:t>
        <w:br/>
        <w:t>Бо ти за крок до смерті життєлюбом став.&lt;br /&gt;</w:t>
        <w:br/>
        <w:t>ФЕРЕТ&lt;br /&gt;</w:t>
        <w:br/>
        <w:t>А ти?.. Жона в Аїд он замість тебе йде.&lt;br /&gt;</w:t>
        <w:br/>
        <w:t>АДМЕТ&lt;br /&gt;</w:t>
        <w:br/>
        <w:t>В ній бачиш доказ власної нікчемності.&lt;br /&gt;</w:t>
        <w:br/>
        <w:t>ФЕРЕТ&lt;br /&gt;</w:t>
        <w:br/>
        <w:t>Що не кажи, в тій смерті — не моя вина.&lt;br /&gt;</w:t>
        <w:br/>
        <w:t>АДМЕТ&lt;br /&gt;</w:t>
        <w:br/>
        <w:t>Гай-гай!..&lt;br /&gt;</w:t>
        <w:br/>
        <w:t>Настане день — до мене ти ще звернешся!&lt;br /&gt;</w:t>
        <w:br/>
        <w:t>ФЕРЕТ&lt;br /&gt;</w:t>
        <w:br/>
        <w:t>Одружуйсь часто, щоб було вмирать кому.&lt;br /&gt;</w:t>
        <w:br/>
        <w:t>АДМЕТ&lt;br /&gt;</w:t>
        <w:br/>
        <w:t>Тобі на сором: ти ж за мене вмерти мав.&lt;br /&gt;</w:t>
        <w:br/>
        <w:t>ФЕРЕТ&lt;br /&gt;</w:t>
        <w:br/>
        <w:t>740] Люблю ж, однак, люблю це сяйво Фебове! [47]&lt;br /&gt;</w:t>
        <w:br/>
        <w:t>АДМЕТ&lt;br /&gt;</w:t>
        <w:br/>
        <w:t>Хіба це голос мужа?.. Гидко слухати!..&lt;br /&gt;</w:t>
        <w:br/>
        <w:t>ФЕРЕТ&lt;br /&gt;</w:t>
        <w:br/>
        <w:t>Не сором старця-батька в гріб зіштовхувать?&lt;br /&gt;</w:t>
        <w:br/>
        <w:t>АДМЕТ&lt;br /&gt;</w:t>
        <w:br/>
        <w:t>Умерти доведеться — у неславі вмреш.&lt;br /&gt;</w:t>
        <w:br/>
        <w:t>ФЕРЕТ&lt;br /&gt;</w:t>
        <w:br/>
        <w:t>А що неслава для людини мертвої?&lt;br /&gt;</w:t>
        <w:br/>
        <w:t>АДМЕТ&lt;br /&gt;</w:t>
        <w:br/>
        <w:t>Гай-гай!.. Старим не бракне безсоромності!&lt;br /&gt;</w:t>
        <w:br/>
        <w:t>ФЕРЕТ&lt;br /&gt;</w:t>
        <w:br/>
        <w:t>(вказуючи на Алкссту)&lt;br /&gt;</w:t>
        <w:br/>
        <w:t>А ця — не безсоромна, бракло глузду їй.&lt;br /&gt;</w:t>
        <w:br/>
        <w:t>АДМЕТ&lt;br /&gt;</w:t>
        <w:br/>
        <w:t>Іди-но! Схоронити дай покійницю.&lt;br /&gt;</w:t>
        <w:br/>
        <w:t>ФЕРЕТ&lt;br /&gt;</w:t>
        <w:br/>
        <w:t>Іду вже. Вбивця — жертву хоронитимеш.&lt;br /&gt;</w:t>
        <w:br/>
        <w:t>Рідні ж її за все це ти одвіт даси.&lt;br /&gt;</w:t>
        <w:br/>
        <w:t>750] Акаста й до мужів не зачислятиму,&lt;br /&gt;</w:t>
        <w:br/>
        <w:t>Як не відплатить гідно за сестру свою.&lt;br /&gt;</w:t>
        <w:br/>
        <w:t>АДМЕТ&lt;br /&gt;</w:t>
        <w:br/>
        <w:t>Ідіть, хай вас не бачу, ти й жона твоя!&lt;br /&gt;</w:t>
        <w:br/>
        <w:t>Бездітна старість при живому синові —&lt;br /&gt;</w:t>
        <w:br/>
        <w:t>По праву жде вас, бо в одній оселі нам&lt;br /&gt;</w:t>
        <w:br/>
        <w:t>Не жити більше. Можна б через вісника&lt;br /&gt;</w:t>
        <w:br/>
        <w:t>Від батька відректися, то відрікся б я.&lt;br /&gt;</w:t>
        <w:br/>
        <w:t>(До супровідників).&lt;br /&gt;</w:t>
        <w:br/>
        <w:t>А ми рушаймо! Горе треба зносити.&lt;br /&gt;</w:t>
        <w:br/>
        <w:t>Вже вогнище чекає на покійницю.&lt;br /&gt;</w:t>
        <w:br/>
        <w:t>ПРОВІДНИК ХОРУ&lt;br /&gt;</w:t>
        <w:br/>
        <w:t>Поплатилась життям за одвагу свою,&lt;br /&gt;</w:t>
        <w:br/>
        <w:t>760] О жоно незрівнянна! Прощай же, прощай!&lt;br /&gt;</w:t>
        <w:br/>
        <w:t>Хай Аїд і Гермес під землею тебе&lt;br /&gt;</w:t>
        <w:br/>
        <w:t>Зустрічають ласкаво. Якщо навіть там&lt;br /&gt;</w:t>
        <w:br/>
        <w:t>Є добро, то, втішаючись ним, засідай&lt;br /&gt;</w:t>
        <w:br/>
        <w:t>Із Аїда дружиною поряд!&lt;br /&gt;</w:t>
        <w:br/>
        <w:t>Похоронна процесія покидає сцену.&lt;br /&gt;</w:t>
        <w:br/>
        <w:t>Появляється слуга, що супроводжував Геракла. [48]&lt;br /&gt;</w:t>
        <w:br/>
        <w:t>ЕПІСОДІЙ П'ЯТИЙ&lt;br /&gt;</w:t>
        <w:br/>
        <w:t>СЛУГА&lt;br /&gt;</w:t>
        <w:br/>
        <w:t>Мені чимало довелось гостей пізнать,&lt;br /&gt;</w:t>
        <w:br/>
        <w:t>Що в дім Адмета звідусюди сходились,&lt;br /&gt;</w:t>
        <w:br/>
        <w:t>Не одного вгощав я, але гіршого,&lt;br /&gt;</w:t>
        <w:br/>
        <w:t>Ніж нинішній, не бачив, не прцймав іще.&lt;br /&gt;</w:t>
        <w:br/>
        <w:t>Помітивши глибокий сум господаря,&lt;br /&gt;</w:t>
        <w:br/>
        <w:t>770] Поріг переступити не вагався він.&lt;br /&gt;</w:t>
        <w:br/>
        <w:t>А за хвилину, про біду довідавшись,&lt;br /&gt;</w:t>
        <w:br/>
        <w:t>Став їсти-пити без докорів совісті.&lt;br /&gt;</w:t>
        <w:br/>
        <w:t>Забули щось подати — він нагадував,&lt;br /&gt;</w:t>
        <w:br/>
        <w:t>Місткого кухля з рук не випускаючи,&lt;br /&gt;</w:t>
        <w:br/>
        <w:t>Вино пив чисте — сік із грона темного.&lt;br /&gt;</w:t>
        <w:br/>
        <w:t>Вінком зеленим увінчавшись миртовим,&lt;br /&gt;</w:t>
        <w:br/>
        <w:t>Заводив пісню. Два лади незгідливі&lt;br /&gt;</w:t>
        <w:br/>
        <w:t>Звучали: він горланив і не дбав про те,&lt;br /&gt;</w:t>
        <w:br/>
        <w:t>Що в домі горе; ми, раби, ридали всі&lt;br /&gt;</w:t>
        <w:br/>
        <w:t>780] По господині, та коли до гостя йшли —&lt;br /&gt;</w:t>
        <w:br/>
        <w:t>Сльози пустить не сміли: так Адмет велів.&lt;br /&gt;</w:t>
        <w:br/>
        <w:t>Та й зараз у покої прислуговую&lt;br /&gt;</w:t>
        <w:br/>
        <w:t>Цьому нахабі, може, й розбишака він,&lt;br /&gt;</w:t>
        <w:br/>
        <w:t>А господиня — відійшла вже, я ж услід&lt;br /&gt;</w:t>
        <w:br/>
        <w:t>Не йшов за нею, рук їй не простягував,&lt;br /&gt;</w:t>
        <w:br/>
        <w:t>Не плакав, хоч мені й усім рабам вона —&lt;br /&gt;</w:t>
        <w:br/>
        <w:t>Як мати: не один раз рятувала нас,&lt;br /&gt;</w:t>
        <w:br/>
        <w:t>Власкавлюючи мужа. Хто б то зла не мав&lt;br /&gt;</w:t>
        <w:br/>
        <w:t>На гостя, що засів тут при біді такій?&lt;br /&gt;</w:t>
        <w:br/>
        <w:t>Входить Геракл.&lt;br /&gt;</w:t>
        <w:br/>
        <w:t>ГЕРАКЛ&lt;br /&gt;</w:t>
        <w:br/>
        <w:t>790] Гей ти, чого нахмуривсь? Чим зажурений?&lt;br /&gt;</w:t>
        <w:br/>
        <w:t>Чи ж так гостей приймають? Що б не трапилось —&lt;br /&gt;</w:t>
        <w:br/>
        <w:t>Прислуга в домі мусить бути ввічлива.&lt;br /&gt;</w:t>
        <w:br/>
        <w:t>Прийшов я нині, друг твого господаря,&lt;br /&gt;</w:t>
        <w:br/>
        <w:t>А ти сумний, насупивсь; на лиці твоїм —&lt;br /&gt;</w:t>
        <w:br/>
        <w:t>Біда чужа виразно відпечаталась.&lt;br /&gt;</w:t>
        <w:br/>
        <w:t>А підійди-но — мо', й порозумнішаєш.&lt;br /&gt;</w:t>
        <w:br/>
        <w:t>У чому ж полягає все життя людське,&lt;br /&gt;</w:t>
        <w:br/>
        <w:t>Чи знаєш? Де там! Що скажу — затям собі.&lt;br /&gt;</w:t>
        <w:br/>
        <w:t>Всі люди — смертні. Тож умерти мусимо.&lt;br /&gt;</w:t>
        <w:br/>
        <w:t>800] Й ніде нема такого поміж смертними,&lt;br /&gt;</w:t>
        <w:br/>
        <w:t>Хто знав би, що зустріне днину завтрашню.&lt;br /&gt;</w:t>
        <w:br/>
        <w:t>Куди скерує доля, — не збагнуть того,&lt;br /&gt;</w:t>
        <w:br/>
        <w:t>Не вивідать, не взнати жодним способом.&lt;br /&gt;</w:t>
        <w:br/>
        <w:t>Почувши те від мене та продумавши,&lt;br /&gt;</w:t>
        <w:br/>
        <w:t>Веселим будь, вино пий і своїм вважай&lt;br /&gt;</w:t>
        <w:br/>
        <w:t>Прожитий день. Всім іншим — доля відає.&lt;br /&gt;</w:t>
        <w:br/>
        <w:t>Шануй Кіпріду — для людей солодшої [49]&lt;br /&gt;</w:t>
        <w:br/>
        <w:t>Нема богині, бо така вже лагідна!..&lt;br /&gt;</w:t>
        <w:br/>
        <w:t>Про інше і не думай. Вір моїм словам:&lt;br /&gt;</w:t>
        <w:br/>
        <w:t>810] В їх мудрості, я певен, пересвідчишся.&lt;br /&gt;</w:t>
        <w:br/>
        <w:t>Хіба не переступиш через смуток свій&lt;br /&gt;</w:t>
        <w:br/>
        <w:t>І тугу непомірну? Увінчавшися,&lt;br /&gt;</w:t>
        <w:br/>
        <w:t>Не питимеш зі мною? Присягтись готов,&lt;br /&gt;</w:t>
        <w:br/>
        <w:t>Що від журби хмурної в гавань радісну&lt;br /&gt;</w:t>
        <w:br/>
        <w:t>Тебе спрямують передзвони келихів.&lt;br /&gt;</w:t>
        <w:br/>
        <w:t>Ми ж люди — по-людському й думать мусимо.&lt;br /&gt;</w:t>
        <w:br/>
        <w:t>А хто весь час понурий, засумований,&lt;br /&gt;</w:t>
        <w:br/>
        <w:t>Для того — хочеш чути моє судження? —&lt;br /&gt;</w:t>
        <w:br/>
        <w:t>Життя — це не життя вже: гіркота одна.&lt;br /&gt;</w:t>
        <w:br/>
        <w:t>СЛУГА&lt;br /&gt;</w:t>
        <w:br/>
        <w:t>820] І я це знаю. Справи ж наші так стоять,&lt;br /&gt;</w:t>
        <w:br/>
        <w:t>Що тут ані до сміху, ні до жартів нам.&lt;br /&gt;</w:t>
        <w:br/>
        <w:t>ГЕРАКЛ&lt;br /&gt;</w:t>
        <w:br/>
        <w:t>Покійниця — чужинка. Що ж так сльози лить?&lt;br /&gt;</w:t>
        <w:br/>
        <w:t>Господарі ж не вмерли, сподіваюся.&lt;br /&gt;</w:t>
        <w:br/>
        <w:t>СЛУГА&lt;br /&gt;</w:t>
        <w:br/>
        <w:t>Не вмерли? Що стряслося, ти не чув хіба?&lt;br /&gt;</w:t>
        <w:br/>
        <w:t>ГЕРАКЛ&lt;br /&gt;</w:t>
        <w:br/>
        <w:t>Та ні… Господар, видно, обманув мене.&lt;br /&gt;</w:t>
        <w:br/>
        <w:t>СЛУГА&lt;br /&gt;</w:t>
        <w:br/>
        <w:t>Він надто вже гостинний, надто ввічливий.&lt;br /&gt;</w:t>
        <w:br/>
        <w:t>ГЕРАКЛ&lt;br /&gt;</w:t>
        <w:br/>
        <w:t>Чужа ж померла… Через те страждатиму?&lt;br /&gt;</w:t>
        <w:br/>
        <w:t>СЛУГА&lt;br /&gt;</w:t>
        <w:br/>
        <w:t>Чужа? Гай-гай! Якби-то про чужинку йшлось!&lt;br /&gt;</w:t>
        <w:br/>
        <w:t>ГЕРАКЛ&lt;br /&gt;</w:t>
        <w:br/>
        <w:t>Виходить, він біду якусь приховує?..&lt;br /&gt;</w:t>
        <w:br/>
        <w:t>СЛУГА&lt;br /&gt;</w:t>
        <w:br/>
        <w:t>830] Біда ця — наша. Ти — вгощайся весело.&lt;br /&gt;</w:t>
        <w:br/>
        <w:t>ГЕРАКЛ&lt;br /&gt;</w:t>
        <w:br/>
        <w:t>Не про чуже нещастя, чую, мова йде.&lt;br /&gt;</w:t>
        <w:br/>
        <w:t>СЛУГА&lt;br /&gt;</w:t>
        <w:br/>
        <w:t>Інакше б гостя не приймав я хмурячись.&lt;br /&gt;</w:t>
        <w:br/>
        <w:t>ГЕРАКЛ&lt;br /&gt;</w:t>
        <w:br/>
        <w:t>Невже господар дому взяв на глум мене? [50]&lt;br /&gt;</w:t>
        <w:br/>
        <w:t>СЛУГА&lt;br /&gt;</w:t>
        <w:br/>
        <w:t>Ти в недогідну пору на поріг ступив:&lt;br /&gt;</w:t>
        <w:br/>
        <w:t>Тут смуток, бачиш… Голови обстрижені,&lt;br /&gt;</w:t>
        <w:br/>
        <w:t>Та й в темному усі ми…&lt;br /&gt;</w:t>
        <w:br/>
        <w:t>ГЕРАКЛ&lt;br /&gt;</w:t>
        <w:br/>
        <w:t>А покійний хто?&lt;br /&gt;</w:t>
        <w:br/>
        <w:t>Дитя якесь чи, може, старець-батько вмер?&lt;br /&gt;</w:t>
        <w:br/>
        <w:t>СЛУГА&lt;br /&gt;</w:t>
        <w:br/>
        <w:t>Жона Адмета, гостю, нас покинула.&lt;br /&gt;</w:t>
        <w:br/>
        <w:t>ГЕРАКЛ&lt;br /&gt;</w:t>
        <w:br/>
        <w:t>Що кажеш?.. А мені ще й догоджаєте?..&lt;br /&gt;</w:t>
        <w:br/>
        <w:t>СЛУГА&lt;br /&gt;</w:t>
        <w:br/>
        <w:t>840] Боявсь господар, що ти можеш геть піти.</w:t>
      </w:r>
    </w:p>
    <w:p>
      <w:r>
        <w:br/>
        <w:t>ГЕРАКЛ&lt;br /&gt;</w:t>
        <w:br/>
        <w:t>Таку дружину втратив!.. Ой, біда ж йому!&lt;br /&gt;</w:t>
        <w:br/>
        <w:t>СЛУГА&lt;br /&gt;</w:t>
        <w:br/>
        <w:t>Та всі ми з нею вмерли, не вона одна.&lt;br /&gt;</w:t>
        <w:br/>
        <w:t>ГЕРАКЛ&lt;br /&gt;</w:t>
        <w:br/>
        <w:t>Відчув я щось недобре, лиш в очах сумних&lt;br /&gt;</w:t>
        <w:br/>
        <w:t>Сльозу помітив і волосся зрізане…&lt;br /&gt;</w:t>
        <w:br/>
        <w:t>Та він запевнив, що чужий тут похорон,&lt;br /&gt;</w:t>
        <w:br/>
        <w:t>От і ввійшов я мимоволі, й пити став&lt;br /&gt;</w:t>
        <w:br/>
        <w:t>У гостелюбнім домі, де в такій журбі&lt;br /&gt;</w:t>
        <w:br/>
        <w:t>Господар… Ба, ще й досі пригощаюсь тут,&lt;br /&gt;</w:t>
        <w:br/>
        <w:t>Вінком чоло прибравши!..&lt;br /&gt;</w:t>
        <w:br/>
        <w:t>(Відкидає келих і зриває вінок)&lt;br /&gt;</w:t>
        <w:br/>
        <w:t>Як же ж ти посмів&lt;br /&gt;</w:t>
        <w:br/>
        <w:t>850] Од мене приховати цю біду страшну?&lt;br /&gt;</w:t>
        <w:br/>
        <w:t>А де похоронили? Як знайти її?&lt;br /&gt;</w:t>
        <w:br/>
        <w:t>СЛУГА&lt;br /&gt;</w:t>
        <w:br/>
        <w:t>Край шляху, що в Ларіссу навпростець веде,&lt;br /&gt;</w:t>
        <w:br/>
        <w:t>Лиш з міста вийдеш, є гробниця тесана.&lt;br /&gt;</w:t>
        <w:br/>
        <w:t>(Входить у дім.)&lt;br /&gt;</w:t>
        <w:br/>
        <w:t>ГЕРАКЛ&lt;br /&gt;</w:t>
        <w:br/>
        <w:t>О серце моє мужнє! Докажи тепер,&lt;br /&gt;</w:t>
        <w:br/>
        <w:t>Якого народила сина Зевсов;&lt;br /&gt;</w:t>
        <w:br/>
        <w:t>Дочка Електріона — тірінфіянка&lt;br /&gt;</w:t>
        <w:br/>
        <w:t>Алкмена! Щойно вмерлу до життя вернуть,&lt;br /&gt;</w:t>
        <w:br/>
        <w:t>Алкесту, я повинен і віддячитись&lt;br /&gt;</w:t>
        <w:br/>
        <w:t>Адметові за дружбу й доброту його.&lt;br /&gt;</w:t>
        <w:br/>
        <w:t>860] В киреї темній мертвих повелителя [51]&lt;br /&gt;</w:t>
        <w:br/>
        <w:t>Підстерегти гадаю: кров жертовну п'є&lt;br /&gt;</w:t>
        <w:br/>
        <w:t>Біля могили демон смерті — Танатос.&lt;br /&gt;</w:t>
        <w:br/>
        <w:t>1 хай лише на нього несподівано&lt;br /&gt;</w:t>
        <w:br/>
        <w:t>Впаду й зімкну залізні на його боках&lt;br /&gt;</w:t>
        <w:br/>
        <w:t>Обійми, то ніхто вже кровожерного&lt;br /&gt;</w:t>
        <w:br/>
        <w:t>Не звільнить, поки жінки не віддасть мені.&lt;br /&gt;</w:t>
        <w:br/>
        <w:t>А не вдадуться лови, не прибуде він&lt;br /&gt;</w:t>
        <w:br/>
        <w:t>Поласувати кров'ю — в глиб землі спущусь,&lt;br /&gt;</w:t>
        <w:br/>
        <w:t>До Кори й до Аїда, в край безсонячний.&lt;br /&gt;</w:t>
        <w:br/>
        <w:t>870] Не відступлюся, вірю: звідти виведу&lt;br /&gt;</w:t>
        <w:br/>
        <w:t>Алкесту, щоб до рук вернуть Адметові,&lt;br /&gt;</w:t>
        <w:br/>
        <w:t>Що запросив до дому, не прогнав мене,&lt;br /&gt;</w:t>
        <w:br/>
        <w:t>Хоча тоді на нього впав удар тяжкий —&lt;br /&gt;</w:t>
        <w:br/>
        <w:t>Кріпився, благородний, все мені вгоджав.&lt;br /&gt;</w:t>
        <w:br/>
        <w:t>Чи ж є між фессалійців хтось гостинніший?&lt;br /&gt;</w:t>
        <w:br/>
        <w:t>Чи взагалі в Елладі? Ні, не скаже він,&lt;br /&gt;</w:t>
        <w:br/>
        <w:t>Що гостя в себе пригощав невдячного.&lt;br /&gt;</w:t>
        <w:br/>
        <w:t>(Відходить).</w:t>
      </w:r>
    </w:p>
    <w:p>
      <w:r>
        <w:br/>
        <w:t>КОММОС&lt;br /&gt;</w:t>
        <w:br/>
        <w:t>Адмет і хор повертаються на орхестру.&lt;br /&gt;</w:t>
        <w:br/>
        <w:t>АДМЕТ&lt;br /&gt;</w:t>
        <w:br/>
        <w:t>Гай-гай! Гай-гай! О пороги сумні!&lt;br /&gt;</w:t>
        <w:br/>
        <w:t>Як печально в покоях моїх німих!&lt;br /&gt;</w:t>
        <w:br/>
        <w:t>880] Ой, біда ж мені тут!&lt;br /&gt;</w:t>
        <w:br/>
        <w:t>Куди йти? Де присісти? Що мовить, що — ні?&lt;br /&gt;</w:t>
        <w:br/>
        <w:t>От померти б тепер!..&lt;br /&gt;</w:t>
        <w:br/>
        <w:t>У нещасну годину на світ я прийшов!&lt;br /&gt;</w:t>
        <w:br/>
        <w:t>Нині заздрю покійникам, нині до них&lt;br /&gt;</w:t>
        <w:br/>
        <w:t>Пориваюсь — до їхніх осель сумних.&lt;br /&gt;</w:t>
        <w:br/>
        <w:t>Бо ні сонцю не рад я, ні по землі&lt;br /&gt;</w:t>
        <w:br/>
        <w:t>Вже не любо ступать — таку дорогу&lt;br /&gt;</w:t>
        <w:br/>
        <w:t>Демон смерті у мене заложницю взяв,&lt;br /&gt;</w:t>
        <w:br/>
        <w:t>Щоб Аїду її передати.&lt;br /&gt;</w:t>
        <w:br/>
        <w:t>ХОР&lt;br /&gt;</w:t>
        <w:br/>
        <w:t>Строфа І&lt;br /&gt;</w:t>
        <w:br/>
        <w:t>890] Не стій же, йди!&lt;br /&gt;</w:t>
        <w:br/>
        <w:t>Далі, в темний закут.&lt;br /&gt;</w:t>
        <w:br/>
        <w:t>АДМЕТ&lt;br /&gt;</w:t>
        <w:br/>
        <w:t>Гай-гай!..&lt;br /&gt;</w:t>
        <w:br/>
        <w:t>ХОР&lt;br /&gt;</w:t>
        <w:br/>
        <w:t>Твій біль — гідний потоків сліз. [52]&lt;br /&gt;</w:t>
        <w:br/>
        <w:t>АДМЕТ&lt;br /&gt;</w:t>
        <w:br/>
        <w:t>Ой-ой!..&lt;br /&gt;</w:t>
        <w:br/>
        <w:t>ХОР&lt;br /&gt;</w:t>
        <w:br/>
        <w:t>Туга гнітить тебе, це ж видно.&lt;br /&gt;</w:t>
        <w:br/>
        <w:t>АДМЕТ&lt;br /&gt;</w:t>
        <w:br/>
        <w:t>Авжеж…&lt;br /&gt;</w:t>
        <w:br/>
        <w:t>ХОР&lt;br /&gt;</w:t>
        <w:br/>
        <w:t>Померлій чим зарадиш ти?&lt;br /&gt;</w:t>
        <w:br/>
        <w:t>АДМЕТ&lt;br /&gt;</w:t>
        <w:br/>
        <w:t>Гай-гай! Лишенько!..&lt;br /&gt;</w:t>
        <w:br/>
        <w:t>ХОР&lt;br /&gt;</w:t>
        <w:br/>
        <w:t>Ніколи вже&lt;br /&gt;</w:t>
        <w:br/>
        <w:t>Не глянеш ти в очі жони…&lt;br /&gt;</w:t>
        <w:br/>
        <w:t>У них — день твій згас, потьмаривсь.&lt;br /&gt;</w:t>
        <w:br/>
        <w:t>АДМЕТ&lt;br /&gt;</w:t>
        <w:br/>
        <w:t>Ти сказав — мов по серці ножем полоснув:&lt;br /&gt;</w:t>
        <w:br/>
        <w:t>Чоловікові втратити вірну жону —&lt;br /&gt;</w:t>
        <w:br/>
        <w:t>Чи буває щось гірше? Якби-то знаття —&lt;br /&gt;</w:t>
        <w:br/>
        <w:t>900] Не вінчався б, у дім цей не вів би її!&lt;br /&gt;</w:t>
        <w:br/>
        <w:t>Нині заздрю всім тим, котрі без сім'ї:&lt;br /&gt;</w:t>
        <w:br/>
        <w:t>Лиш одне в них життя; побиватись над ним&lt;br /&gt;</w:t>
        <w:br/>
        <w:t>Не така вже біда.&lt;br /&gt;</w:t>
        <w:br/>
        <w:t>А як діти хворіють, а ще коли в дім&lt;br /&gt;</w:t>
        <w:br/>
        <w:t>Увірвалася смерть: як дивитись на це?..&lt;br /&gt;</w:t>
        <w:br/>
        <w:t>Таки легше встократ без жони, без дітей&lt;br /&gt;</w:t>
        <w:br/>
        <w:t>Самотою свій вік вікувати.&lt;br /&gt;</w:t>
        <w:br/>
        <w:t>ХОР&lt;br /&gt;</w:t>
        <w:br/>
        <w:t>Антистрофа І&lt;br /&gt;</w:t>
        <w:br/>
        <w:t>Тебе в глухий&lt;br /&gt;</w:t>
        <w:br/>
        <w:t>Кут загнала доля.&lt;br /&gt;</w:t>
        <w:br/>
        <w:t>АДМЕТ&lt;br /&gt;</w:t>
        <w:br/>
        <w:t>Гай-гай!&lt;br /&gt;</w:t>
        <w:br/>
        <w:t>ХОР&lt;br /&gt;</w:t>
        <w:br/>
        <w:t>910] І все ж… Межі й у туги є…&lt;br /&gt;</w:t>
        <w:br/>
        <w:t>АДМЕТ&lt;br /&gt;</w:t>
        <w:br/>
        <w:t>Ой-ой!..&lt;br /&gt;</w:t>
        <w:br/>
        <w:t>ХОР&lt;br /&gt;</w:t>
        <w:br/>
        <w:t>Важко знести таке… А треба… [53]&lt;br /&gt;</w:t>
        <w:br/>
        <w:t>АДМЕТ&lt;br /&gt;</w:t>
        <w:br/>
        <w:t>Ох-ох!..&lt;br /&gt;</w:t>
        <w:br/>
        <w:t>ХОР&lt;br /&gt;</w:t>
        <w:br/>
        <w:t>Кріпись: не перший ти жону…&lt;br /&gt;</w:t>
        <w:br/>
        <w:t>АДМЕТ&lt;br /&gt;</w:t>
        <w:br/>
        <w:t>Біда мені!&lt;br /&gt;</w:t>
        <w:br/>
        <w:t>ХОР&lt;br /&gt;</w:t>
        <w:br/>
        <w:t>Похоронив:&lt;br /&gt;</w:t>
        <w:br/>
        <w:t>У кожного — лихо своє,&lt;br /&gt;</w:t>
        <w:br/>
        <w:t>В свій час горя всяк зазнає.&lt;br /&gt;</w:t>
        <w:br/>
        <w:t>АДМЕТ&lt;br /&gt;</w:t>
        <w:br/>
        <w:t>Де ж то міра печалі, де болю межа&lt;br /&gt;</w:t>
        <w:br/>
        <w:t>По близьких, що в землі?&lt;br /&gt;</w:t>
        <w:br/>
        <w:t>О навіщо ти став на дорозі мені,&lt;br /&gt;</w:t>
        <w:br/>
        <w:t>Коли в гріб, у прогалину темну, ступить&lt;br /&gt;</w:t>
        <w:br/>
        <w:t>920] Я хотів — і при ній, незрівнянній, лягти?&lt;br /&gt;</w:t>
        <w:br/>
        <w:t>Не одну б тоді — дві найвірніші душі&lt;br /&gt;</w:t>
        <w:br/>
        <w:t>Міг отримать Аїд, як лиш темним човном&lt;br /&gt;</w:t>
        <w:br/>
        <w:t>Подолали б ріку попідземну.&lt;br /&gt;</w:t>
        <w:br/>
        <w:t>ХОР&lt;br /&gt;</w:t>
        <w:br/>
        <w:t>Строфа II&lt;br /&gt;</w:t>
        <w:br/>
        <w:t>Мій родич, тямлю, колись&lt;br /&gt;</w:t>
        <w:br/>
        <w:t>Утратив єдиного сина —&lt;br /&gt;</w:t>
        <w:br/>
        <w:t>Як тут сліз не лити?&lt;br /&gt;</w:t>
        <w:br/>
        <w:t>Але горе те стійко,&lt;br /&gt;</w:t>
        <w:br/>
        <w:t>Залишившись бездітним, усе ж терпів,&lt;br /&gt;</w:t>
        <w:br/>
        <w:t>Хоч біліли вже скроні:&lt;br /&gt;</w:t>
        <w:br/>
        <w:t>930] Не був тоді дужий —&lt;br /&gt;</w:t>
        <w:br/>
        <w:t>На схилі віку.&lt;br /&gt;</w:t>
        <w:br/>
        <w:t>АДМЕТ&lt;br /&gt;</w:t>
        <w:br/>
        <w:t>І як тепер, доме мій, в тебе ввійти?&lt;br /&gt;</w:t>
        <w:br/>
        <w:t>Як тут жить, коли доля вже нині не та,&lt;br /&gt;</w:t>
        <w:br/>
        <w:t>Що колись? Ой, не та вже, далеко не та!&lt;br /&gt;</w:t>
        <w:br/>
        <w:t>Між ясних смолоскипів пелійських тоді,&lt;br /&gt;</w:t>
        <w:br/>
        <w:t>Між весільних пісень я ступав на поріг,&lt;br /&gt;</w:t>
        <w:br/>
        <w:t>Простягнувши правицю жоні дорогій.&lt;br /&gt;</w:t>
        <w:br/>
        <w:t>А за нами — веселий, співучий похід,&lt;br /&gt;</w:t>
        <w:br/>
        <w:t>Що вітав нас — дружину Алкесту й мене,&lt;br /&gt;</w:t>
        <w:br/>
        <w:t>940] Бо ж обоє ми знатні: вступивши у шлюб,&lt;br /&gt;</w:t>
        <w:br/>
        <w:t>Поєднали ми два найславніші роди.&lt;br /&gt;</w:t>
        <w:br/>
        <w:t>А тепер замість пісні весільної — плач,&lt;br /&gt;</w:t>
        <w:br/>
        <w:t>Замість одягу світлого — чорний убір&lt;br /&gt;</w:t>
        <w:br/>
        <w:t>Супроводять мене,&lt;br /&gt;</w:t>
        <w:br/>
        <w:t>Удівця, до порожньої спальні. [54]&lt;br /&gt;</w:t>
        <w:br/>
        <w:t>ХОР&lt;br /&gt;</w:t>
        <w:br/>
        <w:t>Антистрофа II&lt;br /&gt;</w:t>
        <w:br/>
        <w:t>Хоч тяжко впав той удар&lt;br /&gt;</w:t>
        <w:br/>
        <w:t>На тебе, улюбленця долі, —&lt;br /&gt;</w:t>
        <w:br/>
        <w:t>Спас життя ти й душу.&lt;br /&gt;</w:t>
        <w:br/>
        <w:t>А що вмерла дружина,&lt;br /&gt;</w:t>
        <w:br/>
        <w:t>950] І тебе залишивши, й любов твою, —&lt;br /&gt;</w:t>
        <w:br/>
        <w:t>Не дивниця: стільком же&lt;br /&gt;</w:t>
        <w:br/>
        <w:t>Найдорожчу дружину&lt;br /&gt;</w:t>
        <w:br/>
        <w:t>Брав демон смерті.&lt;br /&gt;</w:t>
        <w:br/>
        <w:t>АДМЕТ&lt;br /&gt;</w:t>
        <w:br/>
        <w:t>Жони моєї долю, як не дивно це,&lt;br /&gt;</w:t>
        <w:br/>
        <w:t>Вважаю, друзі, від моєї кращою.&lt;br /&gt;</w:t>
        <w:br/>
        <w:t>її ж ніякий біль вже не дійматиме,&lt;br /&gt;</w:t>
        <w:br/>
        <w:t>Межу поклала славно не одній біді.&lt;br /&gt;</w:t>
        <w:br/>
        <w:t>А я, хто мав умерти, відкупившися,&lt;br /&gt;</w:t>
        <w:br/>
        <w:t>Живу нікчемно. Лиш тепер утямив те.&lt;br /&gt;</w:t>
        <w:br/>
        <w:t>960] Ввійти в господу, кажеш. А чи зважуся?&lt;br /&gt;</w:t>
        <w:br/>
        <w:t>Кого окликну? Хто мене окликне там,&lt;br /&gt;</w:t>
        <w:br/>
        <w:t>Мені зрадівши? Де там притулитися?&lt;br /&gt;</w:t>
        <w:br/>
        <w:t>Від пустки, від мовчанки утікатиму,&lt;br /&gt;</w:t>
        <w:br/>
        <w:t>Як лиш на ложе гляну осамітнене&lt;br /&gt;</w:t>
        <w:br/>
        <w:t>Й на крісло, де сідала, на запилену&lt;br /&gt;</w:t>
        <w:br/>
        <w:t>Долівку в домі… Діти ж до колін мені,&lt;br /&gt;</w:t>
        <w:br/>
        <w:t>Оплакуючи неньку, припадатимуть,&lt;br /&gt;</w:t>
        <w:br/>
        <w:t>Ридатимуть і слуги по добродійці.&lt;br /&gt;</w:t>
        <w:br/>
        <w:t>Такі-то справи дома. Й поза ним біда:&lt;br /&gt;</w:t>
        <w:br/>
        <w:t>970] Гнітитимуть весілля фессаліянок,&lt;br /&gt;</w:t>
        <w:br/>
        <w:t>Жіночі свята: там — Алкести подруги…&lt;br /&gt;</w:t>
        <w:br/>
        <w:t>Вже від самої думки серце крається.&lt;br /&gt;</w:t>
        <w:br/>
        <w:t>Неприятель зловтішно у мій бік кивне:&lt;br /&gt;</w:t>
        <w:br/>
        <w:t>"Живе поганець! Вмерти не наважившись,&lt;br /&gt;</w:t>
        <w:br/>
        <w:t>Занапастив дружину, підло сам зате&lt;br /&gt;</w:t>
        <w:br/>
        <w:t>З Аїду вирвавсь. То це муж? Ганьба одна!&lt;br /&gt;</w:t>
        <w:br/>
        <w:t>Та ще й батьків паплюжить, а від смерті, бач,&lt;br /&gt;</w:t>
        <w:br/>
        <w:t>Утік". І горе, і неславу матиму.&lt;br /&gt;</w:t>
        <w:br/>
        <w:t>Чи варто, друзі, жити, щоб тягар нести&lt;br /&gt;</w:t>
        <w:br/>
        <w:t>980] Подвійний: і зневагу, і журбу свою?..</w:t>
      </w:r>
    </w:p>
    <w:p>
      <w:r>
        <w:br/>
        <w:t>СТАСИМ ЧЕТВЕРТИЙ&lt;br /&gt;</w:t>
        <w:br/>
        <w:t>ХОР&lt;br /&gt;</w:t>
        <w:br/>
        <w:t>Строфа І&lt;br /&gt;</w:t>
        <w:br/>
        <w:t>Мені — й музи відомі,&lt;br /&gt;</w:t>
        <w:br/>
        <w:t>Я — ще й вище в думках злітав,&lt;br /&gt;</w:t>
        <w:br/>
        <w:t>Мудрість пив з багатьох джерел, — [55]&lt;br /&gt;</w:t>
        <w:br/>
        <w:t>Сил, грізніших, ніж Доля,&lt;br /&gt;</w:t>
        <w:br/>
        <w:t>Не знайшов. Не врятують тут&lt;br /&gt;</w:t>
        <w:br/>
        <w:t>Ні фракійські таблиці&lt;br /&gt;</w:t>
        <w:br/>
        <w:t>Із словами Орфея,&lt;br /&gt;</w:t>
        <w:br/>
        <w:t>Ні ті ліки, що світлий Феб&lt;br /&gt;</w:t>
        <w:br/>
        <w:t>Асклепіадам дав їх,&lt;br /&gt;</w:t>
        <w:br/>
        <w:t>990] Щоб рятівними були&lt;br /&gt;</w:t>
        <w:br/>
        <w:t>Для роду людей стражденних.&lt;br /&gt;</w:t>
        <w:br/>
        <w:t>Антистрофа І&lt;br /&gt;</w:t>
        <w:br/>
        <w:t>Лиш ти, Доле, байдужа&lt;br /&gt;</w:t>
        <w:br/>
        <w:t>До приношень. Лишень одна&lt;br /&gt;</w:t>
        <w:br/>
        <w:t>Ти не дбаєш про вівтарі.&lt;br /&gt;</w:t>
        <w:br/>
        <w:t>Будь до мене ласкава,&lt;br /&gt;</w:t>
        <w:br/>
        <w:t>Як раніше, володарко.&lt;br /&gt;</w:t>
        <w:br/>
        <w:t>Навіть Зевс, як рішив щось, —&lt;br /&gt;</w:t>
        <w:br/>
        <w:t>Те вершить через тебе.&lt;br /&gt;</w:t>
        <w:br/>
        <w:t>Й те, чим халіби прославились,&lt;br /&gt;</w:t>
        <w:br/>
        <w:t>1000] Гнеш ти — могуть заліза.&lt;br /&gt;</w:t>
        <w:br/>
        <w:t>Воля ж сувора твоя&lt;br /&gt;</w:t>
        <w:br/>
        <w:t>Ні перед чим не гнеться.&lt;br /&gt;</w:t>
        <w:br/>
        <w:t>Строфа II&lt;br /&gt;</w:t>
        <w:br/>
        <w:t>Долі й тобі, знай, не вблагать:&lt;br /&gt;</w:t>
        <w:br/>
        <w:t>Руки твої — в путах.&lt;br /&gt;</w:t>
        <w:br/>
        <w:t>Ради нема, кріпися:&lt;br /&gt;</w:t>
        <w:br/>
        <w:t>З пітьми до сонця&lt;br /&gt;</w:t>
        <w:br/>
        <w:t>Мертвих не повернуть плачем.&lt;br /&gt;</w:t>
        <w:br/>
        <w:t>Таж навіть безсмертних діти&lt;br /&gt;</w:t>
        <w:br/>
        <w:t>В смертній імлі тонули.&lt;br /&gt;</w:t>
        <w:br/>
        <w:t>1010] Нам мила була живою,&lt;br /&gt;</w:t>
        <w:br/>
        <w:t>Нам мила й тепер, покійна.&lt;br /&gt;</w:t>
        <w:br/>
        <w:t>Зразком благородства сяє&lt;br /&gt;</w:t>
        <w:br/>
        <w:t>З тобою поєднана шлюбом.&lt;br /&gt;</w:t>
        <w:br/>
        <w:t>Антистрофа II&lt;br /&gt;</w:t>
        <w:br/>
        <w:t>Хай гробівець, де її прах,&lt;br /&gt;</w:t>
        <w:br/>
        <w:t>Не гробівцем — храмом&lt;br /&gt;</w:t>
        <w:br/>
        <w:t>Нам і мандрівцям буде.&lt;br /&gt;</w:t>
        <w:br/>
        <w:t>Стане прохожий&lt;br /&gt;</w:t>
        <w:br/>
        <w:t>Шанобливо й таке шепне:&lt;br /&gt;</w:t>
        <w:br/>
        <w:t>"Колись замість мужа вмерла,&lt;br /&gt;</w:t>
        <w:br/>
        <w:t>1020] Нині ж вона — богиня.&lt;br /&gt;</w:t>
        <w:br/>
        <w:t>Уславлена будь повіки,&lt;br /&gt;</w:t>
        <w:br/>
        <w:t>Мені ж посприяй, блаженна".&lt;br /&gt;</w:t>
        <w:br/>
        <w:t>Ось так молитовно кожен&lt;br /&gt;</w:t>
        <w:br/>
        <w:t>Прихилить чоло над нею. [56]&lt;br /&gt;</w:t>
        <w:br/>
        <w:t>ПРОВІДНИК ХОРУ&lt;br /&gt;</w:t>
        <w:br/>
        <w:t>Але до твого дому — чи здалось мені? —&lt;br /&gt;</w:t>
        <w:br/>
        <w:t>Адмете, син Алкмени наближається.</w:t>
      </w:r>
    </w:p>
    <w:p>
      <w:r>
        <w:br/>
        <w:t>ЕКСОД&lt;br /&gt;</w:t>
        <w:br/>
        <w:t>Входить Геракл. За ним жінка, вкрита довгим покривалом.&lt;br /&gt;</w:t>
        <w:br/>
        <w:t>ГЕРАКЛ&lt;br /&gt;</w:t>
        <w:br/>
        <w:t>Із другом слід, Адмете, вести бесіду&lt;br /&gt;</w:t>
        <w:br/>
        <w:t>Відверто і докорів не замовчувать.&lt;br /&gt;</w:t>
        <w:br/>
        <w:t>От я, тебе заставши у журбі тяжкій,&lt;br /&gt;</w:t>
        <w:br/>
        <w:t>1030] Вважав за гідне свою дружбу виявить.&lt;br /&gt;</w:t>
        <w:br/>
        <w:t>Однак не сповістив ти, що покійниця —&lt;br /&gt;</w:t>
        <w:br/>
        <w:t>Твоя дружина. Гойно пригощав мене,&lt;br /&gt;</w:t>
        <w:br/>
        <w:t>Вдавав, що ти стороннім горем зайнятий.&lt;br /&gt;</w:t>
        <w:br/>
        <w:t>Чоло звінчав я миртом, у зливать почав&lt;br /&gt;</w:t>
        <w:br/>
        <w:t>Богам в оселі, смутком переповненій.&lt;br /&gt;</w:t>
        <w:br/>
        <w:t>До тебе, скажу прямо, маю жаль за це,&lt;br /&gt;</w:t>
        <w:br/>
        <w:t>Та годі. Твого болю не ятритиму.&lt;br /&gt;</w:t>
        <w:br/>
        <w:t>А з чим сюди прийшов я, повернувсь чому —&lt;br /&gt;</w:t>
        <w:br/>
        <w:t>Скажу. Цю жінку, друже, збережи мені,&lt;br /&gt;</w:t>
        <w:br/>
        <w:t>1040] Аж диких коней приведу я з Фракії,&lt;br /&gt;</w:t>
        <w:br/>
        <w:t>Володаря бістонів умертвивши там.&lt;br /&gt;</w:t>
        <w:br/>
        <w:t>А ні (цього, одначе, хай не трапиться!) —&lt;br /&gt;</w:t>
        <w:br/>
        <w:t>Тобі й твоїм домашнім слугуватиме.&lt;br /&gt;</w:t>
        <w:br/>
        <w:t>Вона нелегко перейшла до рук моїх:&lt;br /&gt;</w:t>
        <w:br/>
        <w:t>Мандруючи, потрапив я негадано&lt;br /&gt;</w:t>
        <w:br/>
        <w:t>На грища, гідні поту і напруження.&lt;br /&gt;</w:t>
        <w:br/>
        <w:t>Ця жінка — нагорода: переміг я там.&lt;br /&gt;</w:t>
        <w:br/>
        <w:t>Хто у легких змаганнях першість виборов —&lt;br /&gt;</w:t>
        <w:br/>
        <w:t>Брав коней; хто у важчих — боротьбі або&lt;br /&gt;</w:t>
        <w:br/>
        <w:t>1050] В бою кулачнім — той биків отримував;&lt;br /&gt;</w:t>
        <w:br/>
        <w:t>А хто в найважчих — жінку. Опинившись там,&lt;br /&gt;</w:t>
        <w:br/>
        <w:t>Не міг я, зрозуміло, стати осторонь.&lt;br /&gt;</w:t>
        <w:br/>
        <w:t>Тож заопікуйсь нею, іще раз кажу,&lt;br /&gt;</w:t>
        <w:br/>
        <w:t>її ж бо я не викрав — у змаганні взяв.&lt;br /&gt;</w:t>
        <w:br/>
        <w:t>За це колись, можливо, ще й подякуєш.&lt;br /&gt;</w:t>
        <w:br/>
        <w:t>АДМЕТ&lt;br /&gt;</w:t>
        <w:br/>
        <w:t>О ні, не із зневаги, не з ворожості&lt;br /&gt;</w:t>
        <w:br/>
        <w:t>Я смерть жони від тебе приховать хотів:&lt;br /&gt;</w:t>
        <w:br/>
        <w:t>До болю біль додався б, коли в іншу б ти&lt;br /&gt;</w:t>
        <w:br/>
        <w:t>Пішов господу: сліз уже без того я&lt;br /&gt;</w:t>
        <w:br/>
        <w:t>1060] Пролив чимало, по жоні сумуючи.&lt;br /&gt;</w:t>
        <w:br/>
        <w:t>А жінку цю, благаю, комусь іншому&lt;br /&gt;</w:t>
        <w:br/>
        <w:t>Довір із фессалійців, хто в журбі такій,&lt;br /&gt;</w:t>
        <w:br/>
        <w:t>Як я, не був ще. Не один же приятель&lt;br /&gt;</w:t>
        <w:br/>
        <w:t>У тебе в Ферах. Не нагадуй бід моїх. [57]&lt;br /&gt;</w:t>
        <w:br/>
        <w:t>Чи ж я від сліз би втримавсь, її маючи&lt;br /&gt;</w:t>
        <w:br/>
        <w:t>Перед очима? Ні. Страждань стражденному&lt;br /&gt;</w:t>
        <w:br/>
        <w:t>Не додавай. Нещастя, бачиш, гне мене.&lt;br /&gt;</w:t>
        <w:br/>
        <w:t>Та й де ж у домі, молодій, тулитися?&lt;br /&gt;</w:t>
        <w:br/>
        <w:t>Що молода — з постави бачу, з одягу.&lt;br /&gt;</w:t>
        <w:br/>
        <w:t>1070] Чи між чоловіками, юнка, житиме?&lt;br /&gt;</w:t>
        <w:br/>
        <w:t>Та чи зуміла б, серед них буваючи,&lt;br /&gt;</w:t>
        <w:br/>
        <w:t>Плекати цноту? Юнака — не стримати.&lt;br /&gt;</w:t>
        <w:br/>
        <w:t>Це ж про твою, Геракле, справу мова йде.&lt;br /&gt;</w:t>
        <w:br/>
        <w:t>А чи покій дружини відпустити їй?..&lt;br /&gt;</w:t>
        <w:br/>
        <w:t>Та як в Алкести ложе я слугу вкладу?&lt;br /&gt;</w:t>
        <w:br/>
        <w:t>Ганьба подвійна буде: говоритимуть,&lt;br /&gt;</w:t>
        <w:br/>
        <w:t>Що я, дружину-рятівницю зрадивши,&lt;br /&gt;</w:t>
        <w:br/>
        <w:t>Спішу ділити ложе із молодшою;&lt;br /&gt;</w:t>
        <w:br/>
        <w:t>Ну, а покійна? Чи ж не їй насамперед —&lt;br /&gt;</w:t>
        <w:br/>
        <w:t>1080] Моя турбота й шана? При тобі кажу,&lt;br /&gt;</w:t>
        <w:br/>
        <w:t>Хто б не була ти, жінко. Так-бо схожа ти&lt;br /&gt;</w:t>
        <w:br/>
        <w:t>На вмерлу, на Алкесту, з виду, з постаті!&lt;br /&gt;</w:t>
        <w:br/>
        <w:t>(До Геракла).&lt;br /&gt;</w:t>
        <w:br/>
        <w:t>О горе! Забери з-перед очей моїх&lt;br /&gt;</w:t>
        <w:br/>
        <w:t>Цю жінку! Хто вже вбитий — не вбивай того!&lt;br /&gt;</w:t>
        <w:br/>
        <w:t>Дивлюсь на неї — а жона ввижається.&lt;br /&gt;</w:t>
        <w:br/>
        <w:t>1 серце рветься, і з очей потоками&lt;br /&gt;</w:t>
        <w:br/>
        <w:t>Струмлять пекучі сльози. Ох, біда мені!&lt;br /&gt;</w:t>
        <w:br/>
        <w:t>Тяжкої втрати гіркість чую наново…&lt;br /&gt;</w:t>
        <w:br/>
        <w:t>ПРОВІДНИК ХОРУ&lt;br /&gt;</w:t>
        <w:br/>
        <w:t>Такій-от долі справді не позаздрити,&lt;br /&gt;</w:t>
        <w:br/>
        <w:t>1090] Та вже як бог дає щось — брати мусимо.&lt;br /&gt;</w:t>
        <w:br/>
        <w:t>ГЕРАКЛ&lt;br /&gt;</w:t>
        <w:br/>
        <w:t>Якби ж то міць у мене аж така була,&lt;br /&gt;</w:t>
        <w:br/>
        <w:t>Щоб міг Алкесту, прислужившись другові,&lt;br /&gt;</w:t>
        <w:br/>
        <w:t>З осель сумних до сонця нині вивести!&lt;br /&gt;</w:t>
        <w:br/>
        <w:t>АДМЕТ&lt;br /&gt;</w:t>
        <w:br/>
        <w:t>Бажання, вірю, щире, — нездійсненне лиш,&lt;br /&gt;</w:t>
        <w:br/>
        <w:t>Бо хто помер, той сонця вже не зрітиме.&lt;br /&gt;</w:t>
        <w:br/>
        <w:t>ГЕРАКЛ&lt;br /&gt;</w:t>
        <w:br/>
        <w:t>Тому, як тужиш, то і в тузі міру май.&lt;br /&gt;</w:t>
        <w:br/>
        <w:t>АДМЕТ&lt;br /&gt;</w:t>
        <w:br/>
        <w:t>Повчати легше, ніж біді зарадити.&lt;br /&gt;</w:t>
        <w:br/>
        <w:t>ГЕРАКЛ&lt;br /&gt;</w:t>
        <w:br/>
        <w:t>А що ж то з того, як весь вік ридатимеш?&lt;br /&gt;</w:t>
        <w:br/>
        <w:t>АДМЕТ&lt;br /&gt;</w:t>
        <w:br/>
        <w:t>Нічого, звісно. Та люблю — й сльоза бринить. [58]&lt;br /&gt;</w:t>
        <w:br/>
        <w:t>ГЕРАКЛ&lt;br /&gt;</w:t>
        <w:br/>
        <w:t>1100] Так-так… Любити мертву — значить плакати.&lt;br /&gt;</w:t>
        <w:br/>
        <w:t>АДМЕТ&lt;br /&gt;</w:t>
        <w:br/>
        <w:t>Пропав я! Що й казати?.. Тут і слів нема.&lt;br /&gt;</w:t>
        <w:br/>
        <w:t>ГЕРАКЛ&lt;br /&gt;</w:t>
        <w:br/>
        <w:t>Дружину вірну втратив. Хто ж перечив би?&lt;br /&gt;</w:t>
        <w:br/>
        <w:t>АДМЕТ&lt;br /&gt;</w:t>
        <w:br/>
        <w:t>А водночас із нею — до життя снагу.&lt;br /&gt;</w:t>
        <w:br/>
        <w:t>ГЕРАКЛ&lt;br /&gt;</w:t>
        <w:br/>
        <w:t>Ще свіжа рана. З часом — зарубцюється.&lt;br /&gt;</w:t>
        <w:br/>
        <w:t>АДМЕТ&lt;br /&gt;</w:t>
        <w:br/>
        <w:t>Хіба що час до смерті ти прирівнюєш.&lt;br /&gt;</w:t>
        <w:br/>
        <w:t>ГЕРАКЛ&lt;br /&gt;</w:t>
        <w:br/>
        <w:t>Тебе вспокоїть інша… Буде шлюб новий…&lt;br /&gt;</w:t>
        <w:br/>
        <w:t>АДМЕТ&lt;br /&gt;</w:t>
        <w:br/>
        <w:t>Замовч! Таке почути! Ще й із уст твоїх!..&lt;br /&gt;</w:t>
        <w:br/>
        <w:t>ГЕРАКЛ&lt;br /&gt;</w:t>
        <w:br/>
        <w:t>То як-то? Шлюбне ложе пустуватиме?&lt;br /&gt;</w:t>
        <w:br/>
        <w:t>АДМЕТ&lt;br /&gt;</w:t>
        <w:br/>
        <w:t>Не ляже побіч мене ні одна з жінок.&lt;br /&gt;</w:t>
        <w:br/>
        <w:t>ГЕРАКЛ&lt;br /&gt;</w:t>
        <w:br/>
        <w:t>1110] Гадаєш, ти покійній допоможеш тим?&lt;br /&gt;</w:t>
        <w:br/>
        <w:t>АДМЕТ&lt;br /&gt;</w:t>
        <w:br/>
        <w:t>Де б не була дружина — поважати слід.&lt;br /&gt;</w:t>
        <w:br/>
        <w:t>ГЕРАКЛ&lt;br /&gt;</w:t>
        <w:br/>
        <w:t>Хвалю, хвалю. Та, бачу, не з розумних ти.&lt;br /&gt;</w:t>
        <w:br/>
        <w:t>АДМЕТ&lt;br /&gt;</w:t>
        <w:br/>
        <w:t>Зви дурнем; нареченим — не назвеш зате.&lt;br /&gt;</w:t>
        <w:br/>
        <w:t>ГЕРАКЛ&lt;br /&gt;</w:t>
        <w:br/>
        <w:t>Така подружня вірність гідна подиву.&lt;br /&gt;</w:t>
        <w:br/>
        <w:t>АДМЕТ&lt;br /&gt;</w:t>
        <w:br/>
        <w:t>Помру — та їй не зраджу, хоч покійна вже.&lt;br /&gt;</w:t>
        <w:br/>
        <w:t>ГЕРАКЛ&lt;br /&gt;</w:t>
        <w:br/>
        <w:t>Бери ж і в благородний дім веди її.&lt;br /&gt;</w:t>
        <w:br/>
        <w:t>АДМЕТ&lt;br /&gt;</w:t>
        <w:br/>
        <w:t>О ні! Благаю Зевсом; він же — батько твій. [59]&lt;br /&gt;</w:t>
        <w:br/>
        <w:t>ГЕРАКЛ&lt;br /&gt;</w:t>
        <w:br/>
        <w:t>За свій непослух гірко будеш каятись.&lt;br /&gt;</w:t>
        <w:br/>
        <w:t>АДМЕТ&lt;br /&gt;</w:t>
        <w:br/>
        <w:t>Послухаюсь, то душу біль з'їдатиме.&lt;br /&gt;</w:t>
        <w:br/>
        <w:t>ГЕРАКЛ&lt;br /&gt;</w:t>
        <w:br/>
        <w:t>1120] І все ж мені довірся — не жалітимеш.&lt;br /&gt;</w:t>
        <w:br/>
        <w:t>АДМЕТ&lt;br /&gt;</w:t>
        <w:br/>
        <w:t>Якби ж ти на тих іграх не здобув її!..&lt;br /&gt;</w:t>
        <w:br/>
        <w:t>ГЕРАКЛ&lt;br /&gt;</w:t>
        <w:br/>
        <w:t>Та переміг і ти в них — не лиш я один.&lt;br /&gt;</w:t>
        <w:br/>
        <w:t>АДМЕТ&lt;br /&gt;</w:t>
        <w:br/>
        <w:t>Це так. Але ця жінка хай іде звідсіль.&lt;br /&gt;</w:t>
        <w:br/>
        <w:t>ГЕРАКЛ&lt;br /&gt;</w:t>
        <w:br/>
        <w:t>Нехай іде, як треба. Та чи треба, зваж.&lt;br /&gt;</w:t>
        <w:br/>
        <w:t>АДМЕТ&lt;br /&gt;</w:t>
        <w:br/>
        <w:t>Усе я зважив: треба. Не гнівись лишень.&lt;br /&gt;</w:t>
        <w:br/>
        <w:t>ГЕРАКЛ&lt;br /&gt;</w:t>
        <w:br/>
        <w:t>Але ж і в мене є підстава впертим буть.&lt;br /&gt;</w:t>
        <w:br/>
        <w:t>АДМЕТ&lt;br /&gt;</w:t>
        <w:br/>
        <w:t>Ну, що ж. Хоч як нерадо — уступлю тобі.&lt;br /&gt;</w:t>
        <w:br/>
        <w:t>ГЕРАКЛ&lt;br /&gt;</w:t>
        <w:br/>
        <w:t>В свій час мене похвалиш. Довіряй лише.&lt;br /&gt;</w:t>
        <w:br/>
        <w:t>АДМЕТ&lt;br /&gt;</w:t>
        <w:br/>
        <w:t>(до слуг)&lt;br /&gt;</w:t>
        <w:br/>
        <w:t>Ведіть її в покої. Що ж тут діяти?..&lt;br /&gt;</w:t>
        <w:br/>
        <w:t>ГЕРАКЛ&lt;br /&gt;</w:t>
        <w:br/>
        <w:t>1130] А я б, Адмете, слугам не вручав її.&lt;br /&gt;</w:t>
        <w:br/>
        <w:t>АДМЕТ&lt;br /&gt;</w:t>
        <w:br/>
        <w:t>Тоді, якщо бажаєш, можеш сам вести.&lt;br /&gt;</w:t>
        <w:br/>
        <w:t>ГЕРАКЛ&lt;br /&gt;</w:t>
        <w:br/>
        <w:t>Її ж тобі вручив я, а не ще комусь.&lt;br /&gt;</w:t>
        <w:br/>
        <w:t>АДМЕТ&lt;br /&gt;</w:t>
        <w:br/>
        <w:t>Хай входить. А за руку — не візьму-таки.&lt;br /&gt;</w:t>
        <w:br/>
        <w:t>ГЕРАКЛ&lt;br /&gt;</w:t>
        <w:br/>
        <w:t>Цю жінку лиш твоїй правиці ввірив я.&lt;br /&gt;</w:t>
        <w:br/>
        <w:t>АДМЕТ&lt;br /&gt;</w:t>
        <w:br/>
        <w:t>Насильство чиниш наді мною, владарю. [60]&lt;br /&gt;</w:t>
        <w:br/>
        <w:t>ГЕРАКЛ&lt;br /&gt;</w:t>
        <w:br/>
        <w:t>Подай же гості руку. Ну, сміливіше!..&lt;br /&gt;</w:t>
        <w:br/>
        <w:t>АДМЕТ&lt;br /&gt;</w:t>
        <w:br/>
        <w:t>(подаючи руку)&lt;br /&gt;</w:t>
        <w:br/>
        <w:t>Та подаю вже… Мов Горгоні шию тну…&lt;br /&gt;</w:t>
        <w:br/>
        <w:t>ГЕРАКЛ&lt;br /&gt;</w:t>
        <w:br/>
        <w:t>Подав?&lt;br /&gt;</w:t>
        <w:br/>
        <w:t>АДМЕТ&lt;br /&gt;</w:t>
        <w:br/>
        <w:t>Таж бачиш…&lt;br /&gt;</w:t>
        <w:br/>
        <w:t>ГЕРАКЛ&lt;br /&gt;</w:t>
        <w:br/>
        <w:t>(знімаючи покривало)&lt;br /&gt;</w:t>
        <w:br/>
        <w:t>Отже, бережи її,&lt;br /&gt;</w:t>
        <w:br/>
        <w:t>А Зевсового сина вдячним гостем ти&lt;br /&gt;</w:t>
        <w:br/>
        <w:t>1140] Назвеш тепер. Поглянь же: не така хіба&lt;br /&gt;</w:t>
        <w:br/>
        <w:t>Жона твоя? Всміхнися ж. І біду забудь.&lt;br /&gt;</w:t>
        <w:br/>
        <w:t>АДМЕТ&lt;br /&gt;</w:t>
        <w:br/>
        <w:t>Боги! Що мовить маю?.. Диво дивнеє…&lt;br /&gt;</w:t>
        <w:br/>
        <w:t>Дружину бачу… Люди добрі!.. Ось вона!&lt;br /&gt;</w:t>
        <w:br/>
        <w:t>Чи сном солодким бавить божество якесь?&lt;br /&gt;</w:t>
        <w:br/>
        <w:t>ГЕРАКЛ&lt;br /&gt;</w:t>
        <w:br/>
        <w:t>Не сон — Алкесту бачиш ти, жону свою.&lt;br /&gt;</w:t>
        <w:br/>
        <w:t>АДМЕТ&lt;br /&gt;</w:t>
        <w:br/>
        <w:t>А, може, це з Аїду тінь надлинула?&lt;br /&gt;</w:t>
        <w:br/>
        <w:t>ГЕРАКЛ&lt;br /&gt;</w:t>
        <w:br/>
        <w:t>Твій гість, Адмете, тіней не спроваджує.&lt;br /&gt;</w:t>
        <w:br/>
        <w:t>АДМЕТ&lt;br /&gt;</w:t>
        <w:br/>
        <w:t>То я дружину бачу… похоронену?..&lt;br /&gt;</w:t>
        <w:br/>
        <w:t>ГЕРАКЛ&lt;br /&gt;</w:t>
        <w:br/>
        <w:t>Авжеж. Я розумію, друже, подив твій.&lt;br /&gt;</w:t>
        <w:br/>
        <w:t>АДМЕТ&lt;br /&gt;</w:t>
        <w:br/>
        <w:t>1150] Торкнусь… живої?.. Поведу з живою річ?&lt;br /&gt;</w:t>
        <w:br/>
        <w:t>ГЕРАКЛ&lt;br /&gt;</w:t>
        <w:br/>
        <w:t>Та й інше все, що хочеш. Це ж твоя жона.&lt;br /&gt;</w:t>
        <w:br/>
        <w:t>АДМЕТ&lt;br /&gt;</w:t>
        <w:br/>
        <w:t>(обнімаючи Алкесту)&lt;br /&gt;</w:t>
        <w:br/>
        <w:t>О стан, о лиця жінки найлюбішої!..&lt;br /&gt;</w:t>
        <w:br/>
        <w:t>Чи міг я сподіватись, що побачу вас?&lt;br /&gt;</w:t>
        <w:br/>
        <w:t>ГЕРАКЛ&lt;br /&gt;</w:t>
        <w:br/>
        <w:t>А бачиш… Лиш на небі щоб не заздрив хтось. [61]&lt;br /&gt;</w:t>
        <w:br/>
        <w:t>АД МЕТ&lt;br /&gt;</w:t>
        <w:br/>
        <w:t>Хоробрий сину Зевса світовладного!&lt;br /&gt;</w:t>
        <w:br/>
        <w:t>Щасти тобі! Хай Батько береже тебе!&lt;br /&gt;</w:t>
        <w:br/>
        <w:t>Плече лиш ти підставив, як мій дім валивсь.&lt;br /&gt;</w:t>
        <w:br/>
        <w:t>А як її до сонця з пітьми вивів ти?&lt;br /&gt;</w:t>
        <w:br/>
        <w:t>ГЕРАКЛ&lt;br /&gt;</w:t>
        <w:br/>
        <w:t>Я став до бою з найгрізнішим демоном.&lt;br /&gt;</w:t>
        <w:br/>
        <w:t>АДМЕТ&lt;br /&gt;</w:t>
        <w:br/>
        <w:t>1160] Із Танатосом, тобто. Де ж ти стрів його?&lt;br /&gt;</w:t>
        <w:br/>
        <w:t>ГЕРАКЛ&lt;br /&gt;</w:t>
        <w:br/>
        <w:t>Схопив обіруч — біля гробівця стеріг.&lt;br /&gt;</w:t>
        <w:br/>
        <w:t>АДМЕТ&lt;br /&gt;</w:t>
        <w:br/>
        <w:t>Чому ж вона все мовчки, мов німа, стоїть?&lt;br /&gt;</w:t>
        <w:br/>
        <w:t>ГЕРАКЛ&lt;br /&gt;</w:t>
        <w:br/>
        <w:t>Не вчуєш — бо не можна — слова з уст її,&lt;br /&gt;</w:t>
        <w:br/>
        <w:t>Аж від посвяти божествам безсонячним&lt;br /&gt;</w:t>
        <w:br/>
        <w:t>Очиститься, аж втретє ранок вигулькне.&lt;br /&gt;</w:t>
        <w:br/>
        <w:t>Веди ж її, Адмете; і, як чесний муж,&lt;br /&gt;</w:t>
        <w:br/>
        <w:t>Гостей і далі так шануй, а поки що —&lt;br /&gt;</w:t>
        <w:br/>
        <w:t>Прощай! Мене жде діло: для володаря —&lt;br /&gt;</w:t>
        <w:br/>
        <w:t>Стенела сина — мушу потрудитися.&lt;br /&gt;</w:t>
        <w:br/>
        <w:t>АДМЕТ&lt;br /&gt;</w:t>
        <w:br/>
        <w:t>1170] Лишися з нами! В нашім домі гостем будь!&lt;br /&gt;</w:t>
        <w:br/>
        <w:t>ГЕРАКЛ&lt;br /&gt;</w:t>
        <w:br/>
        <w:t>Колись ще буду. Нині — треба квапитись.&lt;br /&gt;</w:t>
        <w:br/>
        <w:t>АДМЕТ&lt;br /&gt;</w:t>
        <w:br/>
        <w:t>Щасливо! Завітай же, повертаючись!&lt;br /&gt;</w:t>
        <w:br/>
        <w:t>Геракл відходить.&lt;br /&gt;</w:t>
        <w:br/>
        <w:t>Велю і горожанам, і країні всій&lt;br /&gt;</w:t>
        <w:br/>
        <w:t>Цю радість гучно вшанувати хорами,&lt;br /&gt;</w:t>
        <w:br/>
        <w:t>А всеблаженним — тучні жертви спалювать,&lt;br /&gt;</w:t>
        <w:br/>
        <w:t>Бо знов життя безжурне посміхнулось нам.&lt;br /&gt;</w:t>
        <w:br/>
        <w:t>Щасливий я! — кажу це, не приховую.&lt;br /&gt;</w:t>
        <w:br/>
        <w:t>ХОР&lt;br /&gt;</w:t>
        <w:br/>
        <w:t>(покидаючи орхестру вслід за Алкестою і Адметом)&lt;br /&gt;</w:t>
        <w:br/>
        <w:t>Усіляке трапляється з волі богів:&lt;br /&gt;</w:t>
        <w:br/>
        <w:t>Чого зовсім не ждали, — збувається те;&lt;br /&gt;</w:t>
        <w:br/>
        <w:t>1180] В чому певні були ми, — йде прахом не раз.&lt;br /&gt;</w:t>
        <w:br/>
        <w:t>Неймовірному — шлях одкрива божество,&lt;br /&gt;</w:t>
        <w:br/>
        <w:t>Як цієї ось дії розв'язка. [62]</w:t>
      </w:r>
    </w:p>
    <w:p>
      <w:r>
        <w:br/>
        <w:t>КОМЕНТАРІ&lt;br /&gt;</w:t>
        <w:br/>
        <w:t>Коментарі йдуть відповідно до номерів рядків у кожній трагедії, зазначених перед цитованим словом або фразою</w:t>
      </w:r>
    </w:p>
    <w:p>
      <w:r>
        <w:br/>
        <w:t>4. Асклепія… вдарив пломенем. — Всевладний Зевс убив Асклепія за те, що той намагався оживляти мертвих. Асюїепіади (р. 989) — шанувальники Асклепія, лікарі.&lt;br /&gt;</w:t>
        <w:br/>
        <w:t>11. Мойри — дочки Зевса й Феміди (див. прим, до "Медеї", р. 168): Клото (Прядильниця) пряла нитку життя, Лахесіс (Дарувальниця) керувала долею людини, Атропа (Невідворотна/ перетинала нитку.&lt;br /&gt;</w:t>
        <w:br/>
        <w:t>22…— не хотів би заплямитися… — Контакт із мерцем віддавна вважався скверною, про що — далі, рр. 99-101.&lt;br /&gt;</w:t>
        <w:br/>
        <w:t>24. Танатос — бог смерті. В уявленні давніх греків — одягнений у темне, з темним заростом чоловік; за плечима в нього великі чорні крила, у руці — меч.&lt;br /&gt;</w:t>
        <w:br/>
        <w:t>36. Пелія доньку… — тобто Алкесту.&lt;br /&gt;</w:t>
        <w:br/>
        <w:t>66. Велінням Еврістея… посланий… — Володар Тірінфу та Мікен Еврістей наказав Гераклові звершити дванадцять подвигів; мова йде про дев'ятий подвиг — над царем Діомедом, що кидав чужоземців на поживу людожерним кобилам; про це — далі, р. 501.&lt;br /&gt;</w:t>
        <w:br/>
        <w:t>90. Пеан — "цілитель", "рятівник", одне з прізвищ Аполлона (Феба), якому приписували також дар виліковувати хвороби.&lt;br /&gt;</w:t>
        <w:br/>
        <w:t>103…волосся пучка. — Відомим був звичай складати на могилу пучок волосся — жертву для покійного. Тут — єдина згадка про те, що волосся підвішували й при вході в дім, де лежить померлий.&lt;br /&gt;</w:t>
        <w:br/>
        <w:t>115-117. В Лікії край… — Серед багатьох інших храмів Аполлона відомим був його храм у Лікії (Мала Азія); в Лівії (Півн. Африка) була святиня найвищого єгипетського божества — сонячного Амона; греки прирівнювали його до Зевса.&lt;br /&gt;</w:t>
        <w:br/>
        <w:t>124. Син Аполлона — Асклепій.&lt;br /&gt;</w:t>
        <w:br/>
        <w:t>132. Володар — Адмет.&lt;br /&gt;</w:t>
        <w:br/>
        <w:t>164. Боіине-опікунко— Перед домашнім вогнищем були статуї богів, що опікувались домом; йдеться, очевидно, про Гестію, що берегла домашнє вогнище.&lt;br /&gt;</w:t>
        <w:br/>
        <w:t>173. Вінчала миртом. — Мирт як посвячена підземним богам рослина вживався при похоронних обрядах; йому приписували очищувальні властивості.&lt;br /&gt;</w:t>
        <w:br/>
        <w:t>368. Дочка Деметри — Персефона (Кора), яку викрав бог підземного світу Аїд.&lt;br /&gt;</w:t>
        <w:br/>
        <w:t>442…дванадцять місяців… — В Афінах жалоба по батьках тривала звичайно лише протягом місяця.&lt;br /&gt;</w:t>
        <w:br/>
        <w:t>460. Кпнейський місяць — серпень — вересень, коли у Спарті дев'ятиденним святом ушановували Аполлона Карнейського.&lt;br /&gt;</w:t>
        <w:br/>
        <w:t>469. Кокіт — ріка в підземному світі мертвих.&lt;br /&gt;</w:t>
        <w:br/>
        <w:t>503. В край бістонський… — Мається на увазі фракійське плем'я бістонів, яким правив Діомед.&lt;br /&gt;</w:t>
        <w:br/>
        <w:t>520-521. Лікаон, Кікн — сини бога війни Ареса (Арея); див. прим, до "Геракла", рр. 396–397.&lt;br /&gt;</w:t>
        <w:br/>
        <w:t>527. Вт'шшйся, Зевса і Персея пагоне! — Геракл, за міфологічною генеалогією, — правнук Персея, що був сином Зевса і Данаї.&lt;br /&gt;</w:t>
        <w:br/>
        <w:t>[435]&lt;br /&gt;</w:t>
        <w:br/>
        <w:t>528. / ти втішайся… — В оригіналі: "Радій!" Давні греки при зустрічі й прощанні бажали радості; далі (р. 529) неперекладна гра слів: "Та рад би…" — Адмет боїться натякнути на свій смуток.&lt;br /&gt;</w:t>
        <w:br/>
        <w:t>577…пригощав мене… — Йдеться про давній звичай гостинності (т. зв. "проксенія"), яким Адмет був зв'язаний з Гераклом (див. також прим, до "Медеї", р. 613).&lt;br /&gt;</w:t>
        <w:br/>
        <w:t>597. Офріс — гора у Фессалії (північно-східна частина Еллади); Бебіда (р. 605) — озеро там же.&lt;br /&gt;</w:t>
        <w:br/>
        <w:t>609-611…де яайс… молоське небо… й… до Лелія… — тобто від західних меж, де живе плем'я молосів, до Пелія (Пеліона), славного корабельним лісом гірського хребта на сході Фессалії.&lt;br /&gt;</w:t>
        <w:br/>
        <w:t>861…кров жертовну п'є… — Танатос, як і всі, хто пов'язаний з підземним світом, живиться кров'ю зарізаних на могилі жертв (пор. "Одіссея", XI, р. 23 і наст.).&lt;br /&gt;</w:t>
        <w:br/>
        <w:t>924-931. Йдеться, можливо, про Анаксагора, в якого помер син-одинак: філософ, кажуть, стійко переніс горе, мовивши: "Я знав, що народив його смертним".&lt;br /&gt;</w:t>
        <w:br/>
        <w:t>986-987…таблиці Із словами Орфея… — Традиція пов'язувала з легендарним співцем із Фракії Орфеєм усю сукупність філософських, етичних та медичних настанов.&lt;br /&gt;</w:t>
        <w:br/>
        <w:t>999. Халіби — міфічне плем'я ковалів, що за уявленнями стародавніх селилось у Південному Причорномор'ї.&lt;br /&gt;</w:t>
        <w:br/>
        <w:t>1008–1009…безсмертних діти В… імлі тонули. — Натяк на Асклепія, якого Зевс убив блискавицею.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Алкеста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