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Аліма</w:t>
      </w:r>
    </w:p>
    <w:p>
      <w:r>
        <w:br/>
        <w:t xml:space="preserve"> &lt;p&gt;АЛІМА</w:t>
      </w:r>
    </w:p>
    <w:p>
      <w:r>
        <w:br/>
        <w:t>В клубі Енського полку йшла татарська вистава. Я сидів у куточку й уважно слухав, хоча нічого й не розумів. Коли публіка сміялася — і я сміявся, публіка зідхала тяжко — і я зідхав ... Підчас антракту стало вже зовсім сумно: жодної тобі знайомої людини, ні</w:t>
      </w:r>
    </w:p>
    <w:p>
      <w:r>
        <w:br/>
        <w:t>3 ким поговорити, розважитися. Нетерпляче чекав дії, бо мною заволоділа одна артисточка... Іменно артистечка, бо була така маленька — маленька... По ролі звали її Алімою. Дививсь — не відривав очей:</w:t>
      </w:r>
    </w:p>
    <w:p>
      <w:r>
        <w:br/>
        <w:t>Ех, чорт забери ! Гарна дівчина... Підсів ближче, далі — ще ближче... Вже Аліма перед очима___</w:t>
      </w:r>
    </w:p>
    <w:p>
      <w:r>
        <w:br/>
        <w:t>Ні, таки й справді вона гарнесенька і грач гарно. От тобі й татарка!.. Треба буде познайомиться.</w:t>
      </w:r>
    </w:p>
    <w:p>
      <w:r>
        <w:br/>
        <w:t>Надходив фінал. Публіка в залі — ані телень. На сцені Аліма і Равхат, її коханець. Забралися за руки, щось тихо розмовляють... Я напружив очі, боюся ворухнутися, змигнути. Враз мене немов щось підкинуло : Аліма заспівала. Заспівала якоїсь сумної — сумної татарської пісеньки... І мені чомусь вчулась у тій пісеньці своя журлива українська мелодія. Вслз~ хаюсь і не вірю: на сцені співак Аліма — татарка, а десь у мені, десь всередині співак українка.</w:t>
      </w:r>
    </w:p>
    <w:p>
      <w:r>
        <w:br/>
        <w:t>4 Беладонна 07</w:t>
      </w:r>
    </w:p>
    <w:p>
      <w:r>
        <w:br/>
        <w:t>Кінець, урвалося. Клята завіса сховала від мене Аліму ... Виходив з залі неохоче, з якимсь піднвееним&gt; болючим настроям. А круг мене тільки й чулося.:</w:t>
      </w:r>
    </w:p>
    <w:p>
      <w:r>
        <w:br/>
        <w:t>Аліма, Равхат... Равхат, Аліма... Якші, бек якші___</w:t>
      </w:r>
    </w:p>
    <w:p>
      <w:r>
        <w:br/>
        <w:t>Т мені раптом заманулося почути свою слово, заманулося почути замість "якші, бек якші" своє "гарно, дуже гарно" ... Бо й справді ж Аліма гарна.</w:t>
      </w:r>
    </w:p>
    <w:p>
      <w:r>
        <w:br/>
        <w:t>Ех, якби оце вона була українкою. Ну й устругнув би я українську виставу___</w:t>
      </w:r>
    </w:p>
    <w:p>
      <w:r>
        <w:br/>
        <w:t>В уяві почав переробляти Аліму в українку, в уяві бачив уже, як Аліма в керсетині, у вишиваній сорочці, у віночку, заливаються соловейком:</w:t>
      </w:r>
    </w:p>
    <w:p>
      <w:r>
        <w:br/>
        <w:t>Ой вербо, вербо, де ти зросла, Що твоє листячко вода знесла ...</w:t>
      </w:r>
    </w:p>
    <w:p>
      <w:r>
        <w:br/>
        <w:t>А вона б заспівала... О, Алімя б заспівала... І, захопившись, непомітно для себе замугичив півголосом :</w:t>
      </w:r>
    </w:p>
    <w:p>
      <w:r>
        <w:br/>
        <w:t>Ой знесла, знесла тиха вода, А я молода, як ягода ...</w:t>
      </w:r>
    </w:p>
    <w:p>
      <w:r>
        <w:br/>
        <w:t>Раптом мені вчулося, ніби ззаду хтось підспівує,. Я хутко озирнувся і аж здригнувся від несподіванки: переді мною стояла Аліма...</w:t>
      </w:r>
    </w:p>
    <w:p>
      <w:r>
        <w:br/>
        <w:t>— Чого ви так злякалися, товаришу?</w:t>
      </w:r>
    </w:p>
    <w:p>
      <w:r>
        <w:br/>
        <w:t>— Ні-ні... Тут хтось співав... мені здалося...</w:t>
      </w:r>
    </w:p>
    <w:p>
      <w:r>
        <w:br/>
        <w:t>— Ви співали, а я підтягнула. Мені страшенно подобаються ця пісня.</w:t>
      </w:r>
    </w:p>
    <w:p>
      <w:r>
        <w:br/>
        <w:t>— Ви її знаєте!?.</w:t>
      </w:r>
    </w:p>
    <w:p>
      <w:r>
        <w:br/>
        <w:t>— Як же! Рідна...</w:t>
      </w:r>
    </w:p>
    <w:p>
      <w:r>
        <w:br/>
        <w:t>— Що?..</w:t>
      </w:r>
    </w:p>
    <w:p>
      <w:r>
        <w:br/>
        <w:t>— Рідна, говорю.</w:t>
      </w:r>
    </w:p>
    <w:p>
      <w:r>
        <w:br/>
        <w:t>— Та ви___Ви хіба українка?..</w:t>
      </w:r>
    </w:p>
    <w:p>
      <w:r>
        <w:br/>
        <w:t>— Сама справжнісінька! З Маріуполя. Мені від несподіванки й дух захопило.</w:t>
      </w:r>
    </w:p>
    <w:p>
      <w:r>
        <w:br/>
        <w:t>— Та невже — бо, справді ?..</w:t>
      </w:r>
    </w:p>
    <w:p>
      <w:r>
        <w:br/>
        <w:t>— Чого ви так скрикнули ?..</w:t>
      </w:r>
    </w:p>
    <w:p>
      <w:r>
        <w:br/>
        <w:t>— Та як же не кричати... Мені хочеться зараз на всю Казань закричатп...</w:t>
      </w:r>
    </w:p>
    <w:p>
      <w:r>
        <w:br/>
        <w:t>— От вам і на!.. Чому ?</w:t>
      </w:r>
    </w:p>
    <w:p>
      <w:r>
        <w:br/>
        <w:t>— Від радости... Два роки не чути жодного українського слова і раптом___Ви мені, звичайно, пробачте, але я не можу... Мені хочеться зараз співати, танцювати ... (Звичайно, тут радість була зовсім ин-пюго характеру, але чого з запалу не скажеш___).</w:t>
      </w:r>
    </w:p>
    <w:p>
      <w:r>
        <w:br/>
        <w:t>Слово по слов} — познайомилися. Виявилося, що Аліма була жінка начальника цього ж клубу. Натякнув за виставу. Мою Аліму немов підкинуло:</w:t>
      </w:r>
    </w:p>
    <w:p>
      <w:r>
        <w:br/>
        <w:t>— Ви серйозно ?.. Так давайте, давайте ... Та чого чи стоїмо, сідайте!</w:t>
      </w:r>
    </w:p>
    <w:p>
      <w:r>
        <w:br/>
        <w:t>Сів поруч неї і тільки тепер помітив, що круг нас зібралося чоловіка з двадцять цікавих і уважно слухають нашу розмову. їм, певно, було цікаво чути українську мову. Деякі перемовлялись з Алімою коротенькими репліками, вона весело по-татарському їм відповідала.</w:t>
      </w:r>
    </w:p>
    <w:p>
      <w:r>
        <w:br/>
        <w:t>— Так що ж ми влаштуймо, га?</w:t>
      </w:r>
    </w:p>
    <w:p>
      <w:r>
        <w:br/>
        <w:t>— Що влаштуймо ?.. А що б вам хотілося, наприклад ?</w:t>
      </w:r>
    </w:p>
    <w:p>
      <w:r>
        <w:br/>
        <w:t>— Мені дуже хочеться зіграти "Наталку-Полтавку":</w:t>
      </w:r>
    </w:p>
    <w:p>
      <w:r>
        <w:br/>
        <w:t>— Наталку?.. Якші, якші!</w:t>
      </w:r>
    </w:p>
    <w:p>
      <w:r>
        <w:br/>
        <w:t>— Тільки як би швидше. Страшенно хочеться грати. Чотири роки не грала...</w:t>
      </w:r>
    </w:p>
    <w:p>
      <w:r>
        <w:br/>
        <w:t>Вона схопилася з місця і пішла, співаючи, танцювати.</w:t>
      </w:r>
    </w:p>
    <w:p>
      <w:r>
        <w:br/>
        <w:t>Полюбила Петруся Та сказати боюся: Ой, лихо не Петрусь, Личко біле, чорний вус ...</w:t>
      </w:r>
    </w:p>
    <w:p>
      <w:r>
        <w:br/>
        <w:t>— Стривайте! — зупиняю її.— А де ж ми ще українців візьмемо?</w:t>
      </w:r>
    </w:p>
    <w:p>
      <w:r>
        <w:br/>
        <w:t>— Знайдемо... Усю Казань облазимо, з — під землі видряпаймо...</w:t>
      </w:r>
    </w:p>
    <w:p>
      <w:r>
        <w:br/>
        <w:t>&amp;#165; V &amp;#165;</w:t>
      </w:r>
    </w:p>
    <w:p>
      <w:r>
        <w:br/>
        <w:t>Читав я десь на кіноафіші: "Раз гарна баба — успіх ґарантовано". Це по-їхньому зветься "установкою". Підписуюсь обома руками: раз Аліма гарна — діло в мене піде. Клята дівчина підіймає— настрій і енергію .. . Ну, про це потім — біжу на репетицію. Аліма грає-Наталку, я Петра. Инших персонажів теж підібрав. Трохи не той, але зійдуть. Тут важна Наталка, а Наталка на ять. Репетиції йдуть, як по маслі пливуть. Акомпаніятор попався — просто віртуоз. Трапилась маленька запинка: це у Виборного не виходило — віддав йому Петра, сам граю Виборного ...</w:t>
      </w:r>
    </w:p>
    <w:p>
      <w:r>
        <w:br/>
        <w:t>Якось увечері кличе Ахмет, чоловік Аліми, до себе:</w:t>
      </w:r>
    </w:p>
    <w:p>
      <w:r>
        <w:br/>
        <w:t>— Приходь, іпташ 1, побалакаїм.</w:t>
      </w:r>
    </w:p>
    <w:p>
      <w:r>
        <w:br/>
        <w:t>Я, звичайно, не від того. Одне те, що Ахмет хлопець таки гарний, а друге — Аліма!.. Сиділи, говорили, чай пили. Аліма дзвоником заливаються (власно її Анею звати, але мені дозвольте Алімою називати. Що ж, як так подабаються). Згадала, як колись у Маріуполі на сцені грала, як в Ахмета закохалася:</w:t>
      </w:r>
    </w:p>
    <w:p>
      <w:r>
        <w:br/>
        <w:t>— Українка, а за татарина заміж вийшла ... Сміються, пустую, потім як засипе по-татарському,</w:t>
      </w:r>
    </w:p>
    <w:p>
      <w:r>
        <w:br/>
        <w:t>як горохом об стінку.</w:t>
      </w:r>
    </w:p>
    <w:p>
      <w:r>
        <w:br/>
        <w:t>Ахмет — собі, а я сиджу тільки, очі витріщивши ...</w:t>
      </w:r>
    </w:p>
    <w:p>
      <w:r>
        <w:br/>
        <w:t>"Чорт їх відаю, про віщо вони тараторять. Мо, вони, З мене сміються? .." Сумно стало, противно ... А хтось із середини ніби дратую:</w:t>
      </w:r>
    </w:p>
    <w:p>
      <w:r>
        <w:br/>
        <w:t>— Дурень, дурень... У кого ти закоханий ? Ти ж глянь, як вона коло Ахмета увиваються ...</w:t>
      </w:r>
    </w:p>
    <w:p>
      <w:r>
        <w:br/>
        <w:t>Враз Аліма немов прокидаються, блискаю очима і пускаються в танок:</w:t>
      </w:r>
    </w:p>
    <w:p>
      <w:r>
        <w:br/>
        <w:t>Эх, яблочко, Куда котишься...</w:t>
      </w:r>
    </w:p>
    <w:p>
      <w:r>
        <w:br/>
        <w:t>Де й настрій знову взявся!..</w:t>
      </w:r>
    </w:p>
    <w:p>
      <w:r>
        <w:br/>
        <w:t>Так в Ахмета Аліма — українка.</w:t>
      </w:r>
    </w:p>
    <w:p>
      <w:r>
        <w:br/>
        <w:t>А у мене Ніна — козачка з Дону___</w:t>
      </w:r>
    </w:p>
    <w:p>
      <w:r>
        <w:br/>
        <w:t>Аліма — це вогонь, краса. Одним поглядом зачаровую ... А як заговорить, усміхнеться... Ех! А Ніна:</w:t>
      </w:r>
    </w:p>
    <w:p>
      <w:r>
        <w:br/>
        <w:t>— Доки ти будеш дурня точити? Коли ти кинеш оті дурацькі комедії? Тобі вже двадцять п'ять років...</w:t>
      </w:r>
    </w:p>
    <w:p>
      <w:r>
        <w:br/>
        <w:t>— Не розумі^, бісова лялька. їй аби нове плаття, панчішки фільдеперсові, брилик шовковий...</w:t>
      </w:r>
    </w:p>
    <w:p>
      <w:r>
        <w:br/>
        <w:t>А може й Аліма така?.. Мо, вона тільки зараз подобається? Може, вона іі не гарна зовсім?.. Треба придивишся пильніше, треба заглянути в душу! Але як його заглянути, коли Ахшет завжди стирчить над душею ?</w:t>
      </w:r>
    </w:p>
    <w:p>
      <w:r>
        <w:br/>
        <w:t>— Українська мова,— говорить,— подобається.— І сидить на сцені.</w:t>
      </w:r>
    </w:p>
    <w:p>
      <w:r>
        <w:br/>
        <w:t>— Хм, мало чого мені не подобається...</w:t>
      </w:r>
    </w:p>
    <w:p>
      <w:r>
        <w:br/>
        <w:t>Якось Аліма не прийшла на репетицію. Не прийшла день, не прийшла й другий... Третього з'являється й говорить, що все з Ахметом покінчено. Пішла моя голова ходором:</w:t>
      </w:r>
    </w:p>
    <w:p>
      <w:r>
        <w:br/>
        <w:t>— Е, момент... Та біда — Ніна, та ще й з "зача-тієм"... Оця мені Ніна!"</w:t>
      </w:r>
    </w:p>
    <w:p>
      <w:r>
        <w:br/>
        <w:t>Став розумом розкидати, плани різні планувати. Раз навіть Аліму додому провів (жила в подруги). Та що З того ?.. Як приятель, товариш, і не більше. На більше духу не вистачило, побоявся :</w:t>
      </w:r>
    </w:p>
    <w:p>
      <w:r>
        <w:br/>
        <w:t>— А що, як вона та "атанде заломить" і Ніні похвалиться ?.. Біс її знає .</w:t>
      </w:r>
    </w:p>
    <w:p>
      <w:r>
        <w:br/>
        <w:t>Поки я плани розплановував, а вони й помирилися. Ахмет з Алімою помирилися ...</w:t>
      </w:r>
    </w:p>
    <w:p>
      <w:r>
        <w:br/>
        <w:t>— А, щоб вас лиха година мирилася! Хіба так сваряться ?.. Ви б у нас з Ніною повчилися. От де краса: инколи й з синяками по три дні носимося.</w:t>
      </w:r>
    </w:p>
    <w:p>
      <w:r>
        <w:br/>
        <w:t>Але надія жевріє, надія живе. Коли раз посварилися, то треба й удруге чекати. Це вже такий закон...</w:t>
      </w:r>
    </w:p>
    <w:p>
      <w:r>
        <w:br/>
        <w:t>А тоді вже не вдарю лицем у багнюку, тоді обов'язково ...</w:t>
      </w:r>
    </w:p>
    <w:p>
      <w:r>
        <w:br/>
        <w:t>— Але Ніна, як же Ніна? Вона ж як довідаються, то таку еволюційну боротьбу оголосить, що все на світі прокленеш... Та й жалко ж: все — таки жінка, половина, можна сказати___</w:t>
      </w:r>
    </w:p>
    <w:p>
      <w:r>
        <w:br/>
        <w:t>— Ех, де той СОЦІАЛІЗМ ?.. Де та вільна любов ?..</w:t>
      </w:r>
    </w:p>
    <w:p>
      <w:r>
        <w:br/>
        <w:t>* * *</w:t>
      </w:r>
    </w:p>
    <w:p>
      <w:r>
        <w:br/>
        <w:t>Десь на Україні, там провадиться українізація. А тут, у Казані — татарнзація.</w:t>
      </w:r>
    </w:p>
    <w:p>
      <w:r>
        <w:br/>
        <w:t>Афіші написав українсько — татарською мовою ... А балачок, балачок скільки! Куди не повернешся,— скрізь тільки й чу§ш, що українці появилися.</w:t>
      </w:r>
    </w:p>
    <w:p>
      <w:r>
        <w:br/>
        <w:t>Росте настрій, росте.</w:t>
      </w:r>
    </w:p>
    <w:p>
      <w:r>
        <w:br/>
        <w:t>&amp;#165; &amp;#165; *</w:t>
      </w:r>
    </w:p>
    <w:p>
      <w:r>
        <w:br/>
        <w:t>Початок рівно о дев'ятій. Публіки — яблуку ніде впасти. Музика ріже, аж у вухах лящить. Настрій на 120.</w:t>
      </w:r>
    </w:p>
    <w:p>
      <w:r>
        <w:br/>
        <w:t>— Даю третій дзвоник, приготуйтеся! Аліма чи то... Наталко, глядіть же, той... Та ви мене розумійте ?..</w:t>
      </w:r>
    </w:p>
    <w:p>
      <w:r>
        <w:br/>
        <w:t>— Розумію, розумію!</w:t>
      </w:r>
    </w:p>
    <w:p>
      <w:r>
        <w:br/>
        <w:t>Завіса пішла. Мій віртуоз ударив по клавішах...</w:t>
      </w:r>
    </w:p>
    <w:p>
      <w:r>
        <w:br/>
        <w:t>Ніготь вітри, віють буйні, Аж дерева гнуться...</w:t>
      </w:r>
    </w:p>
    <w:p>
      <w:r>
        <w:br/>
        <w:t>Сумними хвилями покотилося по залі. Публіка замерла, публіка— один слух. Роти навіть допомагають...</w:t>
      </w:r>
    </w:p>
    <w:p>
      <w:r>
        <w:br/>
        <w:t>А Наталка заливаються, Наталка душу всю вкладаю, посилав глядачам...</w:t>
      </w:r>
    </w:p>
    <w:p>
      <w:r>
        <w:br/>
        <w:t>Ой як болить мо^ серце, А сьози не ллються ...</w:t>
      </w:r>
    </w:p>
    <w:p>
      <w:r>
        <w:br/>
        <w:t>Мій вихід ...</w:t>
      </w:r>
    </w:p>
    <w:p>
      <w:r>
        <w:br/>
        <w:t>Дід рудий, баба руда, Батько рудий, мати руда...</w:t>
      </w:r>
    </w:p>
    <w:p>
      <w:r>
        <w:br/>
        <w:t>Усміхаються в залі, заливаються реготом, регочуть до кінця ... Завіса.</w:t>
      </w:r>
    </w:p>
    <w:p>
      <w:r>
        <w:br/>
        <w:t>Довгі несамовиті оплески. "Біс. біс!..".</w:t>
      </w:r>
    </w:p>
    <w:p>
      <w:r>
        <w:br/>
        <w:t>Антракт. Боже мій !.. Як посунула публіка за куліси, як почали нас гойдати. Ніколи ще зі мною такого не траплялося: вітають, тиснуть руки, дехто обіймаю • • • Наталку просто на руках носять, цілують.</w:t>
      </w:r>
    </w:p>
    <w:p>
      <w:r>
        <w:br/>
        <w:t>— От так українці! От так постановка!.. А я так поважно:</w:t>
      </w:r>
    </w:p>
    <w:p>
      <w:r>
        <w:br/>
        <w:t>— Не дамо в кану наплювать ! На те ми й українці. Другого дня красувалися скрізь афіші: сьогодні</w:t>
      </w:r>
    </w:p>
    <w:p>
      <w:r>
        <w:br/>
        <w:t>Знову "Наталка-Полтавка". Ціни на квитки підвищені. Третього дня приїхав з табору Енський авіозагін — дайош знову "Наталку-Полтавку". А четвертого — посипалися до мене заяви: "Прохаю пріняті в "укр-драмгуртку".</w:t>
      </w:r>
    </w:p>
    <w:p>
      <w:r>
        <w:br/>
        <w:t>— Та ви ж мови не знайте ?</w:t>
      </w:r>
    </w:p>
    <w:p>
      <w:r>
        <w:br/>
        <w:t>— Виучім. Прімі только___</w:t>
      </w:r>
    </w:p>
    <w:p>
      <w:r>
        <w:br/>
        <w:t>Наталка — Аліма стала темою для всіх балачок. Деякі балакуни заходили занадто вже далеко і ловили зручного моменту, щоб повести мене й Наталку до буфету. Власно я був за приший — кобилі — хвіст, бо їм потрібна була тільки Наталка. Врешті цей буфет став мені в печінках: вони їй ляси підпускають, а я сиджу мов той дурень. Не почувають, остолопп, що я й сам не від того, щоб позалицятися до неї.</w:t>
      </w:r>
    </w:p>
    <w:p>
      <w:r>
        <w:br/>
        <w:t>Пройшло декілька днів. Публіка просто вимагав вистави. Аліма ластівкою цвірінькаю та прохаю •. —</w:t>
      </w:r>
    </w:p>
    <w:p>
      <w:r>
        <w:br/>
        <w:t>— Щось вона занадто ласкава зі мною. Чи не закохалася і вона в мене ?..</w:t>
      </w:r>
    </w:p>
    <w:p>
      <w:r>
        <w:br/>
        <w:t>Але практично підійти — боюсь.</w:t>
      </w:r>
    </w:p>
    <w:p>
      <w:r>
        <w:br/>
        <w:t>— Що, як гарбуза піднесе? Пропаде к бісу вся енергія, загине й гурток.</w:t>
      </w:r>
    </w:p>
    <w:p>
      <w:r>
        <w:br/>
        <w:t>Ночами не спав, думав. І якось в голові зародилася думка : інсценувати свій підхід до Аліми... Щоб було просто й непомітно. Сказано—зроблено. Гаряче беруся за роботу — і за три дні інсценовка (власно не інсце-новка, а ціла п'юса) готова. В ній я виводжу двох молодят, які закохані одне в одного, але бояться це виявити. Потім, по ходу п'юси, вони потроху облещуються, облащуютья, і нарешті доходить до поцілунків.</w:t>
      </w:r>
    </w:p>
    <w:p>
      <w:r>
        <w:br/>
        <w:t>— Правильно ! Я граю Гриця, Аліма — Зіньку. Коли підчас гри вона буде відповідати насправді, значить вона не від того, щоб поженихатися зі мною.</w:t>
      </w:r>
    </w:p>
    <w:p>
      <w:r>
        <w:br/>
        <w:t>ц * &amp;#165;</w:t>
      </w:r>
    </w:p>
    <w:p>
      <w:r>
        <w:br/>
        <w:t>Мій план реалізуються. Все йде — краще й бажать не треба: артистів — хоч проганяй, хор виходить на славу, танцюристів аж п'ять! Аліма голубкою коло мене в'ються, а я___ та що там я ? Відомо вже ...</w:t>
      </w:r>
    </w:p>
    <w:p>
      <w:r>
        <w:br/>
        <w:t>До того ще й Ахмет став рідко показуватися. Коли-не — коли на сцену з'явиться. Навіть Ніна якось змінилася : то все лайкою дома зустрічала, а тепер завжди лагідна, приязна___</w:t>
      </w:r>
    </w:p>
    <w:p>
      <w:r>
        <w:br/>
        <w:t>Ніни й Ахмета найдужче я боявся: Ніна, коли б довідалась, очі б мені повидирала — це факт. Та й Ахмет би так не подарував: хлопець гарячий.</w:t>
      </w:r>
    </w:p>
    <w:p>
      <w:r>
        <w:br/>
        <w:t>Іще одне турбувало — це мої артисти: добра половина була закохана в Аліму ...</w:t>
      </w:r>
    </w:p>
    <w:p>
      <w:r>
        <w:br/>
        <w:t>— Що, як хто попередить ?.. Треба не ґавити. Настав довгожданий день вистави. Я страшенно</w:t>
      </w:r>
    </w:p>
    <w:p>
      <w:r>
        <w:br/>
        <w:t>нервуюся : сьогодні вирішується моя доля ... Нарешті й початок. Я лежу на сіні — сплю. Зінька, співаючи, збирає в лісі полуниці. Далі наша зустріч, наївні балачки, псреглядування... Підходить до того місця, де вже й обніматися. Нервово напружений ... Поклав їй голову на коліна, вона, говорячи, якось зиркає мені у вічі___Очі щось говорять, але що — не зрозумію ... Ні, брешу: раз глянула глибоко — глибоко ... Але тільки один раз, і я не впевнився, чи то вона</w:t>
      </w:r>
    </w:p>
    <w:p>
      <w:r>
        <w:br/>
        <w:t>граючи, чи насправді___Потім злегенька обіймаю її</w:t>
      </w:r>
    </w:p>
    <w:p>
      <w:r>
        <w:br/>
        <w:t>і раптом___вона виривається й тікає.</w:t>
      </w:r>
    </w:p>
    <w:p>
      <w:r>
        <w:br/>
        <w:t>— Тю, біс тебе бери! Та це ж по п'єсі так. Бтло б цього не писати... Ех !..</w:t>
      </w:r>
    </w:p>
    <w:p>
      <w:r>
        <w:br/>
        <w:t>Завіса. Грім оплесків: "Біс, біс!..". Знову набігли шанувателі. Знову хвалять — вихваляють, але мені не до того:</w:t>
      </w:r>
    </w:p>
    <w:p>
      <w:r>
        <w:br/>
        <w:t>— І якого я біса не вставив там цілування ?.. Так гарно йшло і на тобі!..</w:t>
      </w:r>
    </w:p>
    <w:p>
      <w:r>
        <w:br/>
        <w:t>Дія друга. Спершу співи, танці. Далі наша сценка з З'нькою на перелазі. Наближалося головне місце:</w:t>
      </w:r>
    </w:p>
    <w:p>
      <w:r>
        <w:br/>
        <w:t>— От сяду, обійму, далі так ніжно й жагуче поцілую. .. Цей поцілунок буде відповіддю на її таємницю.</w:t>
      </w:r>
    </w:p>
    <w:p>
      <w:r>
        <w:br/>
        <w:t>Сіли, говоримо... Потрошку присуваюсь, присуваюсь, беру її за руку. Рука гака тепла — тепла, аж гаряча... І Аліма гаряча. 1 тільки — но я обняв її, притис до себе, як щось загуркотіло і почулися оплески...</w:t>
      </w:r>
    </w:p>
    <w:p>
      <w:r>
        <w:br/>
        <w:t>— Хто спустив завісу ?.. Рано ж, чорти!</w:t>
      </w:r>
    </w:p>
    <w:p>
      <w:r>
        <w:br/>
        <w:t>— Мені суфлер сказав ... Знак подав.</w:t>
      </w:r>
    </w:p>
    <w:p>
      <w:r>
        <w:br/>
        <w:t>— Щоб вас чорти спускали... Миколо, навіщо ж це похоже ?..</w:t>
      </w:r>
    </w:p>
    <w:p>
      <w:r>
        <w:br/>
        <w:t>— А хіба що ? Ви я" скінчили говорити...</w:t>
      </w:r>
    </w:p>
    <w:p>
      <w:r>
        <w:br/>
        <w:t>— Кінчили, кінчили___А цілувалися ?</w:t>
      </w:r>
    </w:p>
    <w:p>
      <w:r>
        <w:br/>
        <w:t>— €)рунда ... Можна й без поцілунку ...</w:t>
      </w:r>
    </w:p>
    <w:p>
      <w:r>
        <w:br/>
        <w:t>— Можна, можна... Я режисер, я сам автор... Хто більше знає ?!.</w:t>
      </w:r>
    </w:p>
    <w:p>
      <w:r>
        <w:br/>
        <w:t>Другого дня знову вистава. Заклявся ставити, доки поставлю на своєму. Скоро й початок. Бігаю, нервуюся, а вона... Зиркнув у дірочку в декорації:</w:t>
      </w:r>
    </w:p>
    <w:p>
      <w:r>
        <w:br/>
        <w:t>— Чортів суфлер! Про віщо він з нею щебече?.. Залізли в куток, сміються, я"артують.</w:t>
      </w:r>
    </w:p>
    <w:p>
      <w:r>
        <w:br/>
        <w:t>— Що — о, невже за руки взялися ?.. їй — богу, взялися___</w:t>
      </w:r>
    </w:p>
    <w:p>
      <w:r>
        <w:br/>
        <w:t>Вибіг на сцену, дав дзвоника.</w:t>
      </w:r>
    </w:p>
    <w:p>
      <w:r>
        <w:br/>
        <w:t>— Ще я{ рано, куди ?..</w:t>
      </w:r>
    </w:p>
    <w:p>
      <w:r>
        <w:br/>
        <w:t>— Не ваше діло... Суфлірувати сідай ти, Йване. Миколо, геть к бісу зі сцени!</w:t>
      </w:r>
    </w:p>
    <w:p>
      <w:r>
        <w:br/>
        <w:t>— А це чому ?..</w:t>
      </w:r>
    </w:p>
    <w:p>
      <w:r>
        <w:br/>
        <w:t>— Чому, чому ? Згадай вчорашню.. • Назаре, ставай на завісу — та гляди мені!..</w:t>
      </w:r>
    </w:p>
    <w:p>
      <w:r>
        <w:br/>
        <w:t>— Знаю, знаю — щоб після поцілунку...</w:t>
      </w:r>
    </w:p>
    <w:p>
      <w:r>
        <w:br/>
        <w:t>Знову голова в неї на колінах, знову вогники блискають в очах, а далі...</w:t>
      </w:r>
    </w:p>
    <w:p>
      <w:r>
        <w:br/>
        <w:t>Ех, хороше, братці, отак працювати!.. Всім клубним режисерам так робити раджу: знайдіть собі Аліму чи там Ліду, Ніну, Сіму — робота буде.</w:t>
      </w:r>
    </w:p>
    <w:p>
      <w:r>
        <w:br/>
        <w:t>* * *</w:t>
      </w:r>
    </w:p>
    <w:p>
      <w:r>
        <w:br/>
        <w:t>Прийшов якось Ахмет хмурий — хмурий ...</w:t>
      </w:r>
    </w:p>
    <w:p>
      <w:r>
        <w:br/>
        <w:t>— Чого ти ?</w:t>
      </w:r>
    </w:p>
    <w:p>
      <w:r>
        <w:br/>
        <w:t>— Розвод хочу взяти.. .</w:t>
      </w:r>
    </w:p>
    <w:p>
      <w:r>
        <w:br/>
        <w:t>— Як, чому?</w:t>
      </w:r>
    </w:p>
    <w:p>
      <w:r>
        <w:br/>
        <w:t>— Не хочу так далі жити. Або зі мною, або к чортам...</w:t>
      </w:r>
    </w:p>
    <w:p>
      <w:r>
        <w:br/>
        <w:t>Полізли, полізли по мені мурашки:</w:t>
      </w:r>
    </w:p>
    <w:p>
      <w:r>
        <w:br/>
        <w:t>— От тобі й на! Чи не взнав часом ?..</w:t>
      </w:r>
    </w:p>
    <w:p>
      <w:r>
        <w:br/>
        <w:t>— На от, читай.— Витяг якогось листочка, кинув мені.</w:t>
      </w:r>
    </w:p>
    <w:p>
      <w:r>
        <w:br/>
        <w:t>"Люба Наталочко...— Писав літун Енського авіо-загону,—чому ж Ви нічого не відповідаєте? З двох листів, що я послав, Вам усе зрозуміло___"</w:t>
      </w:r>
    </w:p>
    <w:p>
      <w:r>
        <w:br/>
        <w:t>— А от другий, от третій, четвертий, п'ятий... Навіщо це схоже ? ..</w:t>
      </w:r>
    </w:p>
    <w:p>
      <w:r>
        <w:br/>
        <w:t>Відлягло трохи в мене від серця:</w:t>
      </w:r>
    </w:p>
    <w:p>
      <w:r>
        <w:br/>
        <w:t>— А тобі що до цього ? Хай собі пишуть! Вона ж не ховає цього від тебе?</w:t>
      </w:r>
    </w:p>
    <w:p>
      <w:r>
        <w:br/>
        <w:t>— Сама віддала.</w:t>
      </w:r>
    </w:p>
    <w:p>
      <w:r>
        <w:br/>
        <w:t>і — От — от, чого ж тобі ?</w:t>
      </w:r>
    </w:p>
    <w:p>
      <w:r>
        <w:br/>
        <w:t>— Як чого ?.. Я не хочу, щоб їй писали.</w:t>
      </w:r>
    </w:p>
    <w:p>
      <w:r>
        <w:br/>
        <w:t>— А вона винна в цьому ?.. На мій погляд, Аня чесна женщина... Вона не проміняю тебе на якогось там харпака...</w:t>
      </w:r>
    </w:p>
    <w:p>
      <w:r>
        <w:br/>
        <w:t>Увечері взнаю, що Аліма живе в подруги. Пішов туди.</w:t>
      </w:r>
    </w:p>
    <w:p>
      <w:r>
        <w:br/>
        <w:t>— Алімо, що з тобою?</w:t>
      </w:r>
    </w:p>
    <w:p>
      <w:r>
        <w:br/>
        <w:t>— Не зви мене так.</w:t>
      </w:r>
    </w:p>
    <w:p>
      <w:r>
        <w:br/>
        <w:t>— Чому?</w:t>
      </w:r>
    </w:p>
    <w:p>
      <w:r>
        <w:br/>
        <w:t>— Не хочу, зви Анею.</w:t>
      </w:r>
    </w:p>
    <w:p>
      <w:r>
        <w:br/>
        <w:t>— Ну, добре... Так що з тобою ?</w:t>
      </w:r>
    </w:p>
    <w:p>
      <w:r>
        <w:br/>
        <w:t>— Нічого такого ... Завтра виїжджаю до Маріуполя.</w:t>
      </w:r>
    </w:p>
    <w:p>
      <w:r>
        <w:br/>
        <w:t>— Ти серйозно ?.. чого ?</w:t>
      </w:r>
    </w:p>
    <w:p>
      <w:r>
        <w:br/>
        <w:t>— А що мені лишаються робити ?.. Коли потрібна буду — викличе.</w:t>
      </w:r>
    </w:p>
    <w:p>
      <w:r>
        <w:br/>
        <w:t>— Хто, Ахмет?</w:t>
      </w:r>
    </w:p>
    <w:p>
      <w:r>
        <w:br/>
        <w:t>— Та вже я" не який біс ... Закрутилося, завертілося в мене в голові:</w:t>
      </w:r>
    </w:p>
    <w:p>
      <w:r>
        <w:br/>
        <w:t>— Як, Аліма поїде, Аліми не буде?.. Ні-ні-ні — Цього не може бути! Треба щось робити. Але що ?.. Одружитися ? Так Ніна, дитина ...</w:t>
      </w:r>
    </w:p>
    <w:p>
      <w:r>
        <w:br/>
        <w:t>Хапаю її за руку, тисну до грудей:</w:t>
      </w:r>
    </w:p>
    <w:p>
      <w:r>
        <w:br/>
        <w:t>— Ні, Аню, ти мусиш зостатися... Це ж для мене ніж у серце... Ти ж для мене все...</w:t>
      </w:r>
    </w:p>
    <w:p>
      <w:r>
        <w:br/>
        <w:t>— Чудак! —глянула у вічі тепло — тепло.— Ну як же бути?</w:t>
      </w:r>
    </w:p>
    <w:p>
      <w:r>
        <w:br/>
        <w:t>— Поки — що тут житимеш, а далі... Далі я на все піду, на все згоден...</w:t>
      </w:r>
    </w:p>
    <w:p>
      <w:r>
        <w:br/>
        <w:t>— На що, наприклад ?..</w:t>
      </w:r>
    </w:p>
    <w:p>
      <w:r>
        <w:br/>
        <w:t>— На що ? .. Все пошлю до чорта ... Візьму розвод з Ніною___</w:t>
      </w:r>
    </w:p>
    <w:p>
      <w:r>
        <w:br/>
        <w:t>Притис міцно її до себе—боявся, ніби хто забере. Вона притулилася, як кішечка, і ніжно гладила мою</w:t>
      </w:r>
    </w:p>
    <w:p>
      <w:r>
        <w:br/>
        <w:t>РУКУ:</w:t>
      </w:r>
    </w:p>
    <w:p>
      <w:r>
        <w:br/>
        <w:t>— ерунда, голубе, єрунда...</w:t>
      </w:r>
    </w:p>
    <w:p>
      <w:r>
        <w:br/>
        <w:t>Чому? — Запитався так, ніби сердився. Стиснув пальці^їй, що вона аж крикнула від болю.</w:t>
      </w:r>
    </w:p>
    <w:p>
      <w:r>
        <w:br/>
        <w:t>— Ну й чудний же ти який! Чи чудний, чи дурний ___Ти ж уже не маленький і мусиш розуміти.</w:t>
      </w:r>
    </w:p>
    <w:p>
      <w:r>
        <w:br/>
        <w:t>Окрім цього...</w:t>
      </w:r>
    </w:p>
    <w:p>
      <w:r>
        <w:br/>
        <w:t>— Що "окрім цього"? ..</w:t>
      </w:r>
    </w:p>
    <w:p>
      <w:r>
        <w:br/>
        <w:t>— 6; причина, що звязує мене з Ахметом ...</w:t>
      </w:r>
    </w:p>
    <w:p>
      <w:r>
        <w:br/>
        <w:t>— Що-о?!.</w:t>
      </w:r>
    </w:p>
    <w:p>
      <w:r>
        <w:br/>
        <w:t>— Уже чотири місяці___</w:t>
      </w:r>
    </w:p>
    <w:p>
      <w:r>
        <w:br/>
        <w:t>В мені все похололо й осунулося : виходить — міняв так на так...</w:t>
      </w:r>
    </w:p>
    <w:p>
      <w:r>
        <w:br/>
        <w:t>Пройшла хвилина, друга...</w:t>
      </w:r>
    </w:p>
    <w:p>
      <w:r>
        <w:br/>
        <w:t>— Ну, іди собі... Коли їхатиму, прийдеш попрощатися, іди...</w:t>
      </w:r>
    </w:p>
    <w:p>
      <w:r>
        <w:br/>
        <w:t>Всім єством прилипла до мене, обдала гарячим подихом, прикипіла солонуватими від сліз губами до моїх уст___</w:t>
      </w:r>
    </w:p>
    <w:p>
      <w:r>
        <w:br/>
        <w:t>Прийшов додому як розбитий. Ніни не було — десь</w:t>
      </w:r>
    </w:p>
    <w:p>
      <w:r>
        <w:br/>
        <w:t>пішла. Ліг на ліжку, увіткнувся головою в подушку___</w:t>
      </w:r>
    </w:p>
    <w:p>
      <w:r>
        <w:br/>
        <w:t>Ро^м понеслися думки, одна за одною, одна сіріша</w:t>
      </w:r>
    </w:p>
    <w:p>
      <w:r>
        <w:br/>
        <w:t>другої___Далі схоплююся з ліжка, сідаю до стол}',</w:t>
      </w:r>
    </w:p>
    <w:p>
      <w:r>
        <w:br/>
        <w:t>починаю писати : "Слухай, голубочко! Ну як же бути ?</w:t>
      </w:r>
    </w:p>
    <w:p>
      <w:r>
        <w:br/>
        <w:t>Ц не можу без тебе зостатися. З тобою вкупі поїде міря радість, моя любов, мов все — все... Без тебе — я Ьух-А, мертва дровиняка, що ні нащо не здатна..."</w:t>
      </w:r>
    </w:p>
    <w:p>
      <w:r>
        <w:br/>
        <w:t>4— А далі що?.. Далі — тпру... А цікаво, як буде при еоціялізмі? Невже й тоді мої нащадки будуть в отакому тупику?.. Ні-ні, тоді — раз, раз і готово. Бідна моя голова — чому я родився не при соціалізмі ?..</w:t>
      </w:r>
    </w:p>
    <w:p>
      <w:r>
        <w:br/>
        <w:t>Маленька павза, пишу далі:</w:t>
      </w:r>
    </w:p>
    <w:p>
      <w:r>
        <w:br/>
        <w:t>"Ні, ти мусиш бути моєю. У мене теж така історія ... Власно не в мене, а в Ніни. Але що з того ? Ми мусимо піти на всілякі жертви. Без жертов щастя в світі не буває. Твоя дитина буде моєю дитиною ..."</w:t>
      </w:r>
    </w:p>
    <w:p>
      <w:r>
        <w:br/>
        <w:t>— Стрівай... А хто ж буде батьком моєї дитини ?.. Ні, це не терпить ніякої критики —</w:t>
      </w:r>
    </w:p>
    <w:p>
      <w:r>
        <w:br/>
        <w:t>Порвав листа, почав нового:</w:t>
      </w:r>
    </w:p>
    <w:p>
      <w:r>
        <w:br/>
        <w:t>"В крайньому разі можна на посаду влаштуватися, я буду допомагати. І більшого нам не треба. Хай живе вільна любов!.."</w:t>
      </w:r>
    </w:p>
    <w:p>
      <w:r>
        <w:br/>
        <w:t>— Ні, це теж не чесно... Не чесно й соромно: збігатися день по закутках, ховатися, завжди бути обережним ... А втім : що таке чесність ? .. С;рунда! Всі так роблять — чому мені не можна ?..</w:t>
      </w:r>
    </w:p>
    <w:p>
      <w:r>
        <w:br/>
        <w:t>Уже в жар почало мене кидати, холодний піт на чолі виступив. Пишу далі:</w:t>
      </w:r>
    </w:p>
    <w:p>
      <w:r>
        <w:br/>
        <w:t>(Взагалі треба вийти якось з цього зачарованого кола. Треба обговорити детальніше — моя"е, що й вигадаємо" ...</w:t>
      </w:r>
    </w:p>
    <w:p>
      <w:r>
        <w:br/>
        <w:t>— Та де ж я можу й так їй сказати? Навіщо я; писати ?..</w:t>
      </w:r>
    </w:p>
    <w:p>
      <w:r>
        <w:br/>
        <w:t>Порвав лисга на дрібненькі шматочки, ліг знову на ліжко...</w:t>
      </w:r>
    </w:p>
    <w:p>
      <w:r>
        <w:br/>
        <w:t>Прийшла Ніна. Кинулась до мене, обіймаю, цілую-] така мила — мила ...</w:t>
      </w:r>
    </w:p>
    <w:p>
      <w:r>
        <w:br/>
        <w:t>— А я оце в Люсі була. Ми що — вечора з нею гуляюмо...</w:t>
      </w:r>
    </w:p>
    <w:p>
      <w:r>
        <w:br/>
        <w:t>— Гуляй, гуляй,— думаю,-— баба з воза — кобилі легше...</w:t>
      </w:r>
    </w:p>
    <w:p>
      <w:r>
        <w:br/>
        <w:t>&amp;#165; * &amp;#165;</w:t>
      </w:r>
    </w:p>
    <w:p>
      <w:r>
        <w:br/>
        <w:t>Кажуть: без контрастів життя було б нецікаве. Правильно. Контрасти ю й будуть... Ради контрасту, мабуть, і Ахмет з Алімою знову зійшлися. А мені що ?.. Розвязалося мою болюче питання. І без соці-ялізму обійшлося: гуляюмо собі помаленьку, репети-руюмо... І люди, і ми задоволені.</w:t>
      </w:r>
    </w:p>
    <w:p>
      <w:r>
        <w:br/>
        <w:t>... .-Гуляюмо. А ніч така гарна, така гарна... Аліма прилипла збоку і воркоче, воркоче...</w:t>
      </w:r>
    </w:p>
    <w:p>
      <w:r>
        <w:br/>
        <w:t>— Ну, куди підемо ? А мені все рівно ...</w:t>
      </w:r>
    </w:p>
    <w:p>
      <w:r>
        <w:br/>
        <w:t>— Ахмет дома?</w:t>
      </w:r>
    </w:p>
    <w:p>
      <w:r>
        <w:br/>
        <w:t>— Ні, десь на конференції.</w:t>
      </w:r>
    </w:p>
    <w:p>
      <w:r>
        <w:br/>
        <w:t>— Так підемо в Нанаювський</w:t>
      </w:r>
    </w:p>
    <w:p>
      <w:r>
        <w:br/>
        <w:t>— Тільки нелюдними вулицями, щоб з ким не зустрітися ...</w:t>
      </w:r>
    </w:p>
    <w:p>
      <w:r>
        <w:br/>
        <w:t>Одна в личка, друга, третя... Скоро й Панаюв-ський... Враз із — за рогу налітаюмо на другу парочку... Налетіли й стали. Стали й мовчимо. Мовчимо й ди-</w:t>
      </w:r>
    </w:p>
    <w:p>
      <w:r>
        <w:br/>
        <w:t>' Сад &gt; Казані.</w:t>
      </w:r>
    </w:p>
    <w:p>
      <w:r>
        <w:br/>
        <w:t>вимося... А вони на нас дивляться. Мовчать і дивляться ...</w:t>
      </w:r>
    </w:p>
    <w:p>
      <w:r>
        <w:br/>
        <w:t>— Ну, що ж, здрастуйте!</w:t>
      </w:r>
    </w:p>
    <w:p>
      <w:r>
        <w:br/>
        <w:t>— Здоров, іпташ, здоров...— простягає руку.</w:t>
      </w:r>
    </w:p>
    <w:p>
      <w:r>
        <w:br/>
        <w:t>— Так і ви ж здоровкайтесь,— це я до наших компаньйонок, а вони в розтіч і тікати.</w:t>
      </w:r>
    </w:p>
    <w:p>
      <w:r>
        <w:br/>
        <w:t>— Е, ні-ні, стійте, голубоньки! Ахмет, переймай. Половили, позводили до купи, стоїмо...</w:t>
      </w:r>
    </w:p>
    <w:p>
      <w:r>
        <w:br/>
        <w:t>— Ну, що ж далі робити будемо ? Ніно, Алімо... А вони в хусточки кутаються, хникають ... Плачуть</w:t>
      </w:r>
    </w:p>
    <w:p>
      <w:r>
        <w:br/>
        <w:t>чи регочуть.</w:t>
      </w:r>
    </w:p>
    <w:p>
      <w:r>
        <w:br/>
        <w:t>— Так отакий ти, голубе... Не ждав!</w:t>
      </w:r>
    </w:p>
    <w:p>
      <w:r>
        <w:br/>
        <w:t>— Ніколи іі я не надіявся ...</w:t>
      </w:r>
    </w:p>
    <w:p>
      <w:r>
        <w:br/>
        <w:t>— Як же так?</w:t>
      </w:r>
    </w:p>
    <w:p>
      <w:r>
        <w:br/>
        <w:t>— Та як бачиш ...</w:t>
      </w:r>
    </w:p>
    <w:p>
      <w:r>
        <w:br/>
        <w:t>Постояли, помовчали і пішли вздовж по вулиці. Ми з Ахметом з боків, а половини посередині. Смітно було й ніяково. Смішно й соромно ...</w:t>
      </w:r>
    </w:p>
    <w:p>
      <w:r>
        <w:br/>
        <w:t>— Ну й Ахмет, ну й Ніна!.. Не дали в кашу наплювать.</w:t>
      </w:r>
    </w:p>
    <w:p>
      <w:r>
        <w:br/>
        <w:t>Зайшли в ресторан. Замовили дюжину. Я:</w:t>
      </w:r>
    </w:p>
    <w:p>
      <w:r>
        <w:br/>
        <w:t>— Так за чиє здоров'я ?</w:t>
      </w:r>
    </w:p>
    <w:p>
      <w:r>
        <w:br/>
        <w:t>— Ний за своє, а потім побачимо. Випили, закусили.</w:t>
      </w:r>
    </w:p>
    <w:p>
      <w:r>
        <w:br/>
        <w:t>— Н}, товариші, так мінятися, чи що, будемо?</w:t>
      </w:r>
    </w:p>
    <w:p>
      <w:r>
        <w:br/>
        <w:t>— Як?!</w:t>
      </w:r>
    </w:p>
    <w:p>
      <w:r>
        <w:br/>
        <w:t>— Так на так... Ти береш Ніну, а я беру... Дівчата з місць — ми посадили.</w:t>
      </w:r>
    </w:p>
    <w:p>
      <w:r>
        <w:br/>
        <w:t>— Згода, Ахмете?</w:t>
      </w:r>
    </w:p>
    <w:p>
      <w:r>
        <w:br/>
        <w:t>— Та як же ?.. Аня, той ...</w:t>
      </w:r>
    </w:p>
    <w:p>
      <w:r>
        <w:br/>
        <w:t>— І Ніна, той___</w:t>
      </w:r>
    </w:p>
    <w:p>
      <w:r>
        <w:br/>
        <w:t>— Що "той" ?</w:t>
      </w:r>
    </w:p>
    <w:p>
      <w:r>
        <w:br/>
        <w:t>— Та той... Так на так виходить. Тільки й ріж-ниці: в тебе буде українченя, а в мене — татарченя ___</w:t>
      </w:r>
    </w:p>
    <w:p>
      <w:r>
        <w:br/>
        <w:t>Останню зусилля — і дівчата в двері й на вулицю... Ми з Ахметом ще сидимо й мовчки допиваймо дюжину ...</w:t>
      </w:r>
    </w:p>
    <w:p>
      <w:r>
        <w:br/>
        <w:t>Харків Зима 1926/27 року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