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Алфавіт віршами, написаними для сина</w:t>
      </w:r>
    </w:p>
    <w:p>
      <w:r>
        <w:br/>
        <w:t xml:space="preserve"> Айстра квітне у саду"&lt;br /&gt;</w:t>
        <w:br/>
        <w:t>Аєр в лузі я знайду.</w:t>
      </w:r>
    </w:p>
    <w:p>
      <w:r>
        <w:br/>
        <w:t>Бізон у двір забрався,&lt;br /&gt;</w:t>
        <w:br/>
        <w:t>Баран його злякався.</w:t>
      </w:r>
    </w:p>
    <w:p>
      <w:r>
        <w:br/>
        <w:t>Ведмеді вулика знайшли,&lt;br /&gt;</w:t>
        <w:br/>
        <w:t>Вовки під деревом лягли.</w:t>
      </w:r>
    </w:p>
    <w:p>
      <w:r>
        <w:br/>
        <w:t>Грак сидить на димарі,&lt;br /&gt;</w:t>
        <w:br/>
        <w:t>Голуб в'ється угорі.</w:t>
      </w:r>
    </w:p>
    <w:p>
      <w:r>
        <w:br/>
        <w:t>Дельфін живе в морях,&lt;br /&gt;</w:t>
        <w:br/>
        <w:t>Дракон — лише в казках.</w:t>
      </w:r>
    </w:p>
    <w:p>
      <w:r>
        <w:br/>
        <w:t>Жук до себе лізе в нірку,&lt;br /&gt;</w:t>
        <w:br/>
        <w:t>Жабка плигає на гірку.</w:t>
      </w:r>
    </w:p>
    <w:p>
      <w:r>
        <w:br/>
        <w:t>Зайчик вибіг із лісочку,&lt;br /&gt;</w:t>
        <w:br/>
        <w:t>Зебра стала на горбочку.</w:t>
      </w:r>
    </w:p>
    <w:p>
      <w:r>
        <w:br/>
        <w:t>Індик крутиться та дметься,&lt;br /&gt;</w:t>
        <w:br/>
        <w:t>Іволга летить, сміється.</w:t>
      </w:r>
    </w:p>
    <w:p>
      <w:r>
        <w:br/>
        <w:t>Їжачок, піймавши жабку,&lt;br /&gt;</w:t>
        <w:br/>
        <w:t>Їжачатку дає в лапку.</w:t>
      </w:r>
    </w:p>
    <w:p>
      <w:r>
        <w:br/>
        <w:t>Й та Е буде Є,&lt;br /&gt;</w:t>
        <w:br/>
        <w:t>Й та І буде ї.</w:t>
      </w:r>
    </w:p>
    <w:p>
      <w:r>
        <w:br/>
        <w:t>Курка сіла на гніздечко,&lt;br /&gt;</w:t>
        <w:br/>
        <w:t>Качка ходить недалечко.</w:t>
      </w:r>
    </w:p>
    <w:p>
      <w:r>
        <w:br/>
        <w:t>Лис попався у тенета,&lt;br /&gt;</w:t>
        <w:br/>
        <w:t>Лебідь виплив з очерета.</w:t>
      </w:r>
    </w:p>
    <w:p>
      <w:r>
        <w:br/>
        <w:t>Мавпа плигає, стрибає,&lt;br /&gt;</w:t>
        <w:br/>
        <w:t>Мишка з нірки виглядає.</w:t>
      </w:r>
    </w:p>
    <w:p>
      <w:r>
        <w:br/>
        <w:t>Носоріг поліз у воду,&lt;br /&gt;</w:t>
        <w:br/>
        <w:t>Нирка теж шукає броду.</w:t>
      </w:r>
    </w:p>
    <w:p>
      <w:r>
        <w:br/>
        <w:t>Осел прив'язаний пасеться,&lt;br /&gt;</w:t>
        <w:br/>
        <w:t>Орел за пташкою женеться.</w:t>
      </w:r>
    </w:p>
    <w:p>
      <w:r>
        <w:br/>
        <w:t>Півень весело співає,&lt;br /&gt;</w:t>
        <w:br/>
        <w:t>Пугач цілий день дрімає.</w:t>
      </w:r>
    </w:p>
    <w:p>
      <w:r>
        <w:br/>
        <w:t>Рибка плаває, гуляє,&lt;br /&gt;</w:t>
        <w:br/>
        <w:t>Рак на неї поглядає.</w:t>
      </w:r>
    </w:p>
    <w:p>
      <w:r>
        <w:br/>
        <w:t>Слон синка свого купає,&lt;br /&gt;</w:t>
        <w:br/>
        <w:t>Сарна з лісу виглядає.</w:t>
      </w:r>
    </w:p>
    <w:p>
      <w:r>
        <w:br/>
        <w:t>Тхір піймати хоче качку,&lt;br /&gt;</w:t>
        <w:br/>
        <w:t>Тигр чатує на конячку</w:t>
      </w:r>
    </w:p>
    <w:p>
      <w:r>
        <w:br/>
        <w:t>Удав лиш голову підняв.&lt;br /&gt;</w:t>
        <w:br/>
        <w:t>Ужака кинувся у став.</w:t>
      </w:r>
    </w:p>
    <w:p>
      <w:r>
        <w:br/>
        <w:t>Фламінго на багно летить,&lt;br /&gt;</w:t>
        <w:br/>
        <w:t>Фазан на гніздечку сидить.</w:t>
      </w:r>
    </w:p>
    <w:p>
      <w:r>
        <w:br/>
        <w:t>Хрущ над вишнею літає,&lt;br /&gt;</w:t>
        <w:br/>
        <w:t>Хлопчик ловить — не піймає.</w:t>
      </w:r>
    </w:p>
    <w:p>
      <w:r>
        <w:br/>
        <w:t>Цап на тина злізти хоче,&lt;br /&gt;</w:t>
        <w:br/>
        <w:t>Цесарочка йде, цокоче.</w:t>
      </w:r>
    </w:p>
    <w:p>
      <w:r>
        <w:br/>
        <w:t>Чапля ходить під вербою,&lt;br /&gt;</w:t>
        <w:br/>
        <w:t>Чайка в'ється над водою.</w:t>
      </w:r>
    </w:p>
    <w:p>
      <w:r>
        <w:br/>
        <w:t>Шишка висить на ялині,&lt;br /&gt;</w:t>
        <w:br/>
        <w:t>Шершень сів на деревині.</w:t>
      </w:r>
    </w:p>
    <w:p>
      <w:r>
        <w:br/>
        <w:t>Щука в ночвах лежить,&lt;br /&gt;</w:t>
        <w:br/>
        <w:t>Щур до неї біжить.</w:t>
      </w:r>
    </w:p>
    <w:p>
      <w:r>
        <w:br/>
        <w:t>Юрта на снігу стоїть,&lt;br /&gt;</w:t>
        <w:br/>
        <w:t>Юшка на вогні кипить.</w:t>
      </w:r>
    </w:p>
    <w:p>
      <w:r>
        <w:br/>
        <w:t>Явір гнеться над водою,&lt;br /&gt;</w:t>
        <w:br/>
        <w:t>Ятір сохне під вербою.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Алфавіт віршами, написаними для 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