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Альбатрос</w:t>
      </w:r>
    </w:p>
    <w:p>
      <w:r>
        <w:br/>
        <w:t xml:space="preserve"> переклад Іван Драч.</w:t>
      </w:r>
    </w:p>
    <w:p>
      <w:r>
        <w:br/>
        <w:t>Буває, пливучи дорогами морськими,&lt;br /&gt;</w:t>
        <w:br/>
        <w:t>Аби розвіятись, полюють моряки&lt;br /&gt;</w:t>
        <w:br/>
        <w:t>На альбатросів тих, що в вишині над ними&lt;br /&gt;</w:t>
        <w:br/>
        <w:t>Серед блакиті й хмар пливуть віддалеки.</w:t>
      </w:r>
    </w:p>
    <w:p>
      <w:r>
        <w:br/>
        <w:t>Коли на палубу вже люта сила збила,&lt;br /&gt;</w:t>
        <w:br/>
        <w:t>Король небес, що знав всі грози без числа.&lt;br /&gt;</w:t>
        <w:br/>
        <w:t>Волочить важко так свої великі крила,&lt;br /&gt;</w:t>
        <w:br/>
        <w:t>Мов сніжно-білі два розкинуті весла.</w:t>
      </w:r>
    </w:p>
    <w:p>
      <w:r>
        <w:br/>
        <w:t>Крилатий мандрівник — який незграбний в рухах,&lt;br /&gt;</w:t>
        <w:br/>
        <w:t>В польоті буйнокрил — каліка на ногах!&lt;br /&gt;</w:t>
        <w:br/>
        <w:t>Ще й дражняться — той в дзьоб йому із люльки дмуха,&lt;br /&gt;</w:t>
        <w:br/>
        <w:t>А той, глузуючи, кульгає, ніби птах!</w:t>
      </w:r>
    </w:p>
    <w:p>
      <w:r>
        <w:br/>
        <w:t>Поете! Князю хмар твоя подібна сила,&lt;br /&gt;</w:t>
        <w:br/>
        <w:t>Між блискавок ти свій у грозовій імлі;&lt;br /&gt;</w:t>
        <w:br/>
        <w:t>Але під шал образ перешкоджають крила&lt;br /&gt;</w:t>
        <w:br/>
        <w:t>Тобі, вигнанцеві, ступати по землі.</w:t>
      </w:r>
    </w:p>
    <w:p>
      <w:r>
        <w:br/>
        <w:t>Перекладач: М. Терещенко&lt;br /&gt;</w:t>
        <w:br/>
        <w:t>Джерело: З книги: Зарубіжна література. Хрестоматія. 10 клас: У 2 т. /Автори-упорядники: В.В. Уліщенко, А.Б. Уліщенко — X.: Торсінг, 2002</w:t>
      </w:r>
    </w:p>
    <w:p>
      <w:r>
        <w:br/>
        <w:t>Альбатрос</w:t>
      </w:r>
    </w:p>
    <w:p>
      <w:r>
        <w:br/>
        <w:t>Щоб їм розважитись, веселий гурт матросів&lt;br /&gt;</w:t>
        <w:br/>
        <w:t>Серед нестримних вод розбурханих морів&lt;br /&gt;</w:t>
        <w:br/>
        <w:t>Безпечно ловить птиць, величних альбатросів,&lt;br /&gt;</w:t>
        <w:br/>
        <w:t>Що люблять пролітать слідами кораблів.</w:t>
      </w:r>
    </w:p>
    <w:p>
      <w:r>
        <w:br/>
        <w:t>На палубу несуть ясних висот владику.&lt;br /&gt;</w:t>
        <w:br/>
        <w:t>I сумно тягне він приборкане крило,&lt;br /&gt;</w:t>
        <w:br/>
        <w:t>Що втратило свою колишню міць велику,&lt;br /&gt;</w:t>
        <w:br/>
        <w:t>Мов серед буйних вод поламане весло.</w:t>
      </w:r>
    </w:p>
    <w:p>
      <w:r>
        <w:br/>
        <w:t>Мандрівник зборканий знесилено ступає!&lt;br /&gt;</w:t>
        <w:br/>
        <w:t>Плавець повітряний незграбний і смішний!&lt;br /&gt;</w:t>
        <w:br/>
        <w:t>Той тютюновий дим у дзьоб йому пускає,&lt;br /&gt;</w:t>
        <w:br/>
        <w:t>А цей, дратуючи, кульгає, мов кривий.</w:t>
      </w:r>
    </w:p>
    <w:p>
      <w:r>
        <w:br/>
        <w:t>Поет подібний теж до владаря блакиті,&lt;br /&gt;</w:t>
        <w:br/>
        <w:t>Що серед хмар летить, мов блискавка в імлі.&lt;br /&gt;</w:t>
        <w:br/>
        <w:t>Але, мов у тюрмі, в юрбі несамовитій&lt;br /&gt;</w:t>
        <w:br/>
        <w:t>Він крила велетня волочить по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Альбатрос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