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Ахіллесова п'ята</w:t>
      </w:r>
    </w:p>
    <w:p>
      <w:r>
        <w:br/>
        <w:t xml:space="preserve"> Василеві Портяку</w:t>
      </w:r>
    </w:p>
    <w:p>
      <w:r>
        <w:br/>
        <w:t>(Версія)</w:t>
      </w:r>
    </w:p>
    <w:p>
      <w:r>
        <w:br/>
        <w:t>Василеві Портяку</w:t>
      </w:r>
    </w:p>
    <w:p>
      <w:r>
        <w:br/>
        <w:t>Був такий день,&lt;br /&gt;</w:t>
        <w:br/>
        <w:t>коли не можна нічого тягти з лісу,&lt;br /&gt;</w:t>
        <w:br/>
        <w:t>бо прилізе гадина додому.&lt;br /&gt;</w:t>
        <w:br/>
        <w:t>Були такі слова,&lt;br /&gt;</w:t>
        <w:br/>
        <w:t>які вимовляти умів сліпий,&lt;br /&gt;</w:t>
        <w:br/>
        <w:t>викликаючи гадину з-під хати, –&lt;br /&gt;</w:t>
        <w:br/>
        <w:t>убити її.&lt;br /&gt;</w:t>
        <w:br/>
        <w:t>Була така гадина,&lt;br /&gt;</w:t>
        <w:br/>
        <w:t>яка ховалася від холоду в печі&lt;br /&gt;</w:t>
        <w:br/>
        <w:t>і серед ночі цокала, як годинник.&lt;br /&gt;</w:t>
        <w:br/>
        <w:t>Була така година вдосвіта,&lt;br /&gt;</w:t>
        <w:br/>
        <w:t>коли змія ота зігрілася на литці легіня,&lt;br /&gt;</w:t>
        <w:br/>
        <w:t>який спав на печі,&lt;br /&gt;</w:t>
        <w:br/>
        <w:t>і вжалила його у п'яту,&lt;br /&gt;</w:t>
        <w:br/>
        <w:t>коли придавив її у сні.&lt;br /&gt;</w:t>
        <w:br/>
        <w:t>Був такий леґінь,&lt;br /&gt;</w:t>
        <w:br/>
        <w:t>який мав силу богатирську,&lt;br /&gt;</w:t>
        <w:br/>
        <w:t>але боявся своєї п'яти,&lt;br /&gt;</w:t>
        <w:br/>
        <w:t>бо в ній залишилася глибока діра,&lt;br /&gt;</w:t>
        <w:br/>
        <w:t>звідки око лиховісне блимало.&lt;br /&gt;</w:t>
        <w:br/>
        <w:t>Була така ніч,&lt;br /&gt;</w:t>
        <w:br/>
        <w:t>коли зліз леґінь отой з печі,&lt;br /&gt;</w:t>
        <w:br/>
        <w:t>бо ноги самі понесли його в ліс&lt;br /&gt;</w:t>
        <w:br/>
        <w:t>за пацьоркою із небесної голови&lt;br /&gt;</w:t>
        <w:br/>
        <w:t>найвродливішої і наймудрішої&lt;br /&gt;</w:t>
        <w:br/>
        <w:t>повелительки,&lt;br /&gt;</w:t>
        <w:br/>
        <w:t>за короною,&lt;br /&gt;</w:t>
        <w:br/>
        <w:t>в яку опівночі&lt;br /&gt;</w:t>
        <w:br/>
        <w:t>дмухало все її зміїне царство,&lt;br /&gt;</w:t>
        <w:br/>
        <w:t>видуваючи крижаний холод,&lt;br /&gt;</w:t>
        <w:br/>
        <w:t>звиваючись і скублюючись,&lt;br /&gt;</w:t>
        <w:br/>
        <w:t>обплітаючи, стискаючи цю землю.&lt;br /&gt;</w:t>
        <w:br/>
        <w:t>Була така земля…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Ахіллесова п'ята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