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Африка</w:t>
      </w:r>
    </w:p>
    <w:p>
      <w:r>
        <w:br/>
        <w:t xml:space="preserve"> За тих прадавніх буряних часів,&lt;br /&gt;</w:t>
        <w:br/>
        <w:t>Коли творець, тривогою пойнятий,&lt;br /&gt;</w:t>
        <w:br/>
        <w:t>Руйнуючи старе, творив нове,&lt;br /&gt;</w:t>
        <w:br/>
        <w:t>За тих часів, коли він нетерпляче&lt;br /&gt;</w:t>
        <w:br/>
        <w:t>Трусив землею, мов чолом своїм,-&lt;br /&gt;</w:t>
        <w:br/>
        <w:t>Тоді рука шалена океану&lt;br /&gt;</w:t>
        <w:br/>
        <w:t>Від східної окрайки суходолу&lt;br /&gt;</w:t>
        <w:br/>
        <w:t>Відторгнула, о Африко, тебе,&lt;br /&gt;</w:t>
        <w:br/>
        <w:t>Щоб на дрімотних чатах ти стояла&lt;br /&gt;</w:t>
        <w:br/>
        <w:t>В гущавині повитих млою пущ.&lt;br /&gt;</w:t>
        <w:br/>
        <w:t>Отам одна, самотня і відлюдна,&lt;br /&gt;</w:t>
        <w:br/>
        <w:t>Збирала ти глибокі таємниці,&lt;br /&gt;</w:t>
        <w:br/>
        <w:t>Читала дивні письмена стихій,&lt;br /&gt;</w:t>
        <w:br/>
        <w:t>І невиди?ма магія природи&lt;br /&gt;</w:t>
        <w:br/>
        <w:t>В тобі будила прагнення до тайн.&lt;br /&gt;</w:t>
        <w:br/>
        <w:t>На себе вдягши машкару потворну,&lt;br /&gt;</w:t>
        <w:br/>
        <w:t>Глумилась ти над всім страшним і лячним.&lt;br /&gt;</w:t>
        <w:br/>
        <w:t>Хотіла танцем подолати жах,&lt;br /&gt;</w:t>
        <w:br/>
        <w:t>Розпалюючись в маренні величнім&lt;br /&gt;</w:t>
        <w:br/>
        <w:t>Під очманілих барабанів грім.</w:t>
      </w:r>
    </w:p>
    <w:p>
      <w:r>
        <w:br/>
        <w:t>О, вкрита тінню!&lt;br /&gt;</w:t>
        <w:br/>
        <w:t>Твій прекрасний лик&lt;br /&gt;</w:t>
        <w:br/>
        <w:t>Затулений був темним запиналом&lt;br /&gt;</w:t>
        <w:br/>
        <w:t>Для поглядів презирливих і заздрих.&lt;br /&gt;</w:t>
        <w:br/>
        <w:t>Вони прийшли, принісши сталь кайданів,&lt;br /&gt;</w:t>
        <w:br/>
        <w:t>Вони прийшли, мисливці на людей.&lt;br /&gt;</w:t>
        <w:br/>
        <w:t>В них пазури гостріші, ніж в гієни,&lt;br /&gt;</w:t>
        <w:br/>
        <w:t>А пітьма їхніх серць гордливих більша,&lt;br /&gt;</w:t>
        <w:br/>
        <w:t>Ніж вічний морок пралісу твого.&lt;br /&gt;</w:t>
        <w:br/>
        <w:t>Страшна жадібність їх цивілізацій&lt;br /&gt;</w:t>
        <w:br/>
        <w:t>Своє єство нелюдське появила,-&lt;br /&gt;</w:t>
        <w:br/>
        <w:t>І чорний пил по стежках лісових,&lt;br /&gt;</w:t>
        <w:br/>
        <w:t>Зволожений твоїми слізьми й кров'ю,&lt;br /&gt;</w:t>
        <w:br/>
        <w:t>На багнище криваве обернувся.&lt;br /&gt;</w:t>
        <w:br/>
        <w:t>Підошви їх розбійницьких чобіт&lt;br /&gt;</w:t>
        <w:br/>
        <w:t>Огидним брудом слід свій залишили&lt;br /&gt;</w:t>
        <w:br/>
        <w:t>На стоптаній історії твоїй.&lt;br /&gt;</w:t>
        <w:br/>
        <w:t>І в той же час за даллю океану&lt;br /&gt;</w:t>
        <w:br/>
        <w:t>В оселях їхніх вранці і надвечір&lt;br /&gt;</w:t>
        <w:br/>
        <w:t>Церковні дзвони голосно лунали,&lt;br /&gt;</w:t>
        <w:br/>
        <w:t>Вславляючи господню милосердість,&lt;br /&gt;</w:t>
        <w:br/>
        <w:t>І діти грали на руках у неньки,&lt;br /&gt;</w:t>
        <w:br/>
        <w:t>І в пишній пісні їхнього поета&lt;br /&gt;</w:t>
        <w:br/>
        <w:t>Складалась шана цноті і красі.</w:t>
      </w:r>
    </w:p>
    <w:p>
      <w:r>
        <w:br/>
        <w:t>Тепер, коли на заході ночіє&lt;br /&gt;</w:t>
        <w:br/>
        <w:t>І дихать тяжко, наче в передгроззя,&lt;br /&gt;</w:t>
        <w:br/>
        <w:t>Коли з барлогів виповзають звірі&lt;br /&gt;</w:t>
        <w:br/>
        <w:t>І, виючи, вістують присмерк дня,-&lt;br /&gt;</w:t>
        <w:br/>
        <w:t>Зведись, поете цих часів рішучих,&lt;br /&gt;</w:t>
        <w:br/>
        <w:t>І стань, залитий сяєвом вечірнім,&lt;br /&gt;</w:t>
        <w:br/>
        <w:t>При дверях дому скривдженої жінки&lt;br /&gt;</w:t>
        <w:br/>
        <w:t>І їй скажи: "Прости..."&lt;br /&gt;</w:t>
        <w:br/>
        <w:t>Над хижим ревом&lt;br /&gt;</w:t>
        <w:br/>
        <w:t>Хай це твоє благання піднесеться,&lt;br /&gt;</w:t>
        <w:br/>
        <w:t>Як днів твоїх останнє чисте слово.</w:t>
      </w:r>
    </w:p>
    <w:p>
      <w:r>
        <w:br/>
        <w:t>1936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Африка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