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Абстрактний сонет</w:t>
      </w:r>
    </w:p>
    <w:p>
      <w:r>
        <w:br/>
        <w:t xml:space="preserve"> Життя земне — метеорита блиск,&lt;br /&gt;</w:t>
        <w:br/>
        <w:t>А ми — лиш тінь найвищої з субстанцій.&lt;br /&gt;</w:t>
        <w:br/>
        <w:t>І кожному колись напишуть лист,&lt;br /&gt;</w:t>
        <w:br/>
        <w:t>І піднесуть на почорнілій таці.</w:t>
      </w:r>
    </w:p>
    <w:p>
      <w:r>
        <w:br/>
        <w:t>Та треба жити, хоч довкола тьма&lt;br /&gt;</w:t>
        <w:br/>
        <w:t>Й душі проказа вишкірилась люто,&lt;br /&gt;</w:t>
        <w:br/>
        <w:t>Й надії крихти в серці більш нема...&lt;br /&gt;</w:t>
        <w:br/>
        <w:t>Але прийміть мене такого, люди!</w:t>
      </w:r>
    </w:p>
    <w:p>
      <w:r>
        <w:br/>
        <w:t>Я буду з вами свій ділити пай,&lt;br /&gt;</w:t>
        <w:br/>
        <w:t>І щось зоставлю на землі у спадок...&lt;br /&gt;</w:t>
        <w:br/>
        <w:t>...Небесний дощ думок на мене падав,</w:t>
      </w:r>
    </w:p>
    <w:p>
      <w:r>
        <w:br/>
        <w:t>На чисте поле і зелений гай.&lt;br /&gt;</w:t>
        <w:br/>
        <w:t>І вперше, мабуть, за життя направду&lt;br /&gt;</w:t>
        <w:br/>
        <w:t>Я усміхнувся сонцю тихо й радо.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Абстрактний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