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хто винен?</w:t>
      </w:r>
    </w:p>
    <w:p>
      <w:r>
        <w:br/>
        <w:t xml:space="preserve"> "Маю воли, маю поле,&lt;br /&gt;</w:t>
        <w:br/>
        <w:t>Та не маю свої долі.&lt;br /&gt;</w:t>
        <w:br/>
        <w:t>А хто винен? — Вуйко винен,&lt;br /&gt;</w:t>
        <w:br/>
        <w:t>Бо вженити мня повинен.&lt;br /&gt;</w:t>
        <w:br/>
        <w:t>Да ні з кралев, да ні з панев,&lt;br /&gt;</w:t>
        <w:br/>
        <w:t>А з сусідков Оксанов!"</w:t>
      </w:r>
    </w:p>
    <w:p>
      <w:r>
        <w:br/>
        <w:t>Отак, верста з верчорниці,&lt;br /&gt;</w:t>
        <w:br/>
        <w:t>Олесик співає.&lt;br /&gt;</w:t>
        <w:br/>
        <w:t>Вуйко чує, та сміється,&lt;br /&gt;</w:t>
        <w:br/>
        <w:t>Та вусом моргає:&lt;br /&gt;</w:t>
        <w:br/>
        <w:t>"Облизень вам та ячмінь вам,&lt;br /&gt;</w:t>
        <w:br/>
        <w:t>Ви, молокоблюди!..&lt;br /&gt;</w:t>
        <w:br/>
        <w:t>А Оксана не Лесева,&lt;br /&gt;</w:t>
        <w:br/>
        <w:t>А вуйкова буде!"&lt;br /&gt;</w:t>
        <w:br/>
        <w:t>Та й вуйкові і досталась,&lt;br /&gt;</w:t>
        <w:br/>
        <w:t>Що ж тепер робити?..&lt;br /&gt;</w:t>
        <w:br/>
        <w:t>Хоче Лесьо в воду штиркать,&lt;br /&gt;</w:t>
        <w:br/>
        <w:t>Та світа ловити,&lt;br /&gt;</w:t>
        <w:br/>
        <w:t>Та хтозна-що! А ледаща&lt;br /&gt;</w:t>
        <w:br/>
        <w:t>Вуйночка моргає:&lt;br /&gt;</w:t>
        <w:br/>
        <w:t>То на поріг, то з порога,&lt;br /&gt;</w:t>
        <w:br/>
        <w:t>То ввечір, то рано,&lt;br /&gt;</w:t>
        <w:br/>
        <w:t>То у садку під грушечков&lt;br /&gt;</w:t>
        <w:br/>
        <w:t>Із білою подушечков.&lt;br /&gt;</w:t>
        <w:br/>
        <w:t>А що далі по тім було —&lt;br /&gt;</w:t>
        <w:br/>
        <w:t>Сказав би вам, та забулось...&lt;br /&gt;</w:t>
        <w:br/>
        <w:t>А хто винен? — Вуйна винна,&lt;br /&gt;</w:t>
        <w:br/>
        <w:t>Бо моргати не повинна.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хто винен?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