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хто там ходить під вікном?</w:t>
      </w:r>
    </w:p>
    <w:p>
      <w:r>
        <w:br/>
        <w:t xml:space="preserve"> — А хто там ходить під вікном?&lt;br /&gt;</w:t>
        <w:br/>
        <w:t>"Та хто ж ізнов, як не Фіндлей?"&lt;br /&gt;</w:t>
        <w:br/>
        <w:t>— Ішов би ти своїм шляхом!&lt;br /&gt;</w:t>
        <w:br/>
        <w:t>"Та вже ж прийшов!" — сказав Фіндлей.&lt;br /&gt;</w:t>
        <w:br/>
        <w:t>— Ти що там робиш крадькома?&lt;br /&gt;</w:t>
        <w:br/>
        <w:t>"Поглянь сама!" — сказав Фіндлей.&lt;br /&gt;</w:t>
        <w:br/>
        <w:t>— А не зведеш мене з ума?&lt;br /&gt;</w:t>
        <w:br/>
        <w:t>"Та вже дарма!" — сказав Фіндлей.</w:t>
      </w:r>
    </w:p>
    <w:p>
      <w:r>
        <w:br/>
        <w:t>— Тебе на хвильку упусти...&lt;br /&gt;</w:t>
        <w:br/>
        <w:t>"Та вже пускай!" — сказав Фіндлей.&lt;br /&gt;</w:t>
        <w:br/>
        <w:t>— Почнеш дурниці тут плести!&lt;br /&gt;</w:t>
        <w:br/>
        <w:t>"I не питай!" — сказав Фіндлей.&lt;br /&gt;</w:t>
        <w:br/>
        <w:t>— Як зайдеш ти о цій порі...&lt;br /&gt;</w:t>
        <w:br/>
        <w:t>"Чи так, то й так!" — сказав Фіндлей.&lt;br /&gt;</w:t>
        <w:br/>
        <w:t>— То прожартуєш до зорі.&lt;br /&gt;</w:t>
        <w:br/>
        <w:t>"Та вже ж не як!" — сказав Фіндлей.</w:t>
      </w:r>
    </w:p>
    <w:p>
      <w:r>
        <w:br/>
        <w:t>— Тебе один лиш раз прийми...&lt;br /&gt;</w:t>
        <w:br/>
        <w:t>"Та хоч і раз!" — сказав Фіндлей.&lt;br /&gt;</w:t>
        <w:br/>
        <w:t>— Щоночі будеш під дверми.&lt;br /&gt;</w:t>
        <w:br/>
        <w:t>"Та вже гаразд!" — сказав Фіндлей.&lt;br /&gt;</w:t>
        <w:br/>
        <w:t>— Як ми з тобою зробим щось...&lt;br /&gt;</w:t>
        <w:br/>
        <w:t>"Та вже давай!" — сказав Фіндлей.&lt;br /&gt;</w:t>
        <w:br/>
        <w:t>— Гляди ж, по людях не рознось!&lt;br /&gt;</w:t>
        <w:br/>
        <w:t>"Та вже нехай!" — сказав Фіндлей.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хто там ходить під вікном?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