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Звір зближається...</w:t>
      </w:r>
    </w:p>
    <w:p>
      <w:r>
        <w:br/>
        <w:t xml:space="preserve"> звір зближається&lt;br /&gt;</w:t>
        <w:br/>
        <w:t>чую як розчепилося повітря від кинутого списа&lt;br /&gt;</w:t>
        <w:br/>
        <w:t>я добре його гартував&lt;br /&gt;</w:t>
        <w:br/>
        <w:t>інших звуків не вловлюю&lt;br /&gt;</w:t>
        <w:br/>
        <w:t>хіба що в холоднім світанні&lt;br /&gt;</w:t>
        <w:br/>
        <w:t>обнявши за шию сіру гуску плаче дощ...&lt;br /&gt;</w:t>
        <w:br/>
        <w:t>мабуть у серце поцілений&lt;br /&gt;</w:t>
        <w:br/>
        <w:t>звір входить у мене&lt;br /&gt;</w:t>
        <w:br/>
        <w:t>тепер і я плачу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Звір зближається...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