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Зупинись</w:t>
      </w:r>
    </w:p>
    <w:p>
      <w:r>
        <w:br/>
        <w:t xml:space="preserve"> Зупинись і подивись. Нічого не бачиш?!&lt;br /&gt;</w:t>
        <w:br/>
        <w:t>О, який ти сліпий! Який сліпий!!!&lt;br /&gt;</w:t>
        <w:br/>
        <w:t>Кажеш – чорні плями… земля?..&lt;br /&gt;</w:t>
        <w:br/>
        <w:t>Подивись, сліпий, – ті чорні плями – кров…&lt;br /&gt;</w:t>
        <w:br/>
        <w:t>Невинна людська кров, яка лилась віками невідомо за що. Сліпі йшли на бій.&lt;br /&gt;</w:t>
        <w:br/>
        <w:t>Сліпі вели їх. Сліпими вмирали:&lt;br /&gt;</w:t>
        <w:br/>
        <w:t>Бо родились сліпі…&lt;br /&gt;</w:t>
        <w:br/>
        <w:t>Зупинись!&lt;br /&gt;</w:t>
        <w:br/>
        <w:t>Ти думаєш, що то – коріння, облите дощами?..&lt;br /&gt;</w:t>
        <w:br/>
        <w:t>Ні, ні… То – людські кістяки!..&lt;br /&gt;</w:t>
        <w:br/>
        <w:t>То – ребра!&lt;br /&gt;</w:t>
        <w:br/>
        <w:t>Вишкірені зуби. Сміються над собою… А навколо чорні плями…&lt;br /&gt;</w:t>
        <w:br/>
        <w:t>О – одна, друга, третя… Багато… Безліч чорних плям…&lt;br /&gt;</w:t>
        <w:br/>
        <w:t>То – тінь крови… З брудної грішної землі піднеслась вона до блакиті&lt;br /&gt;</w:t>
        <w:br/>
        <w:t>і впала на ню чорною плямою.&lt;br /&gt;</w:t>
        <w:br/>
        <w:t>Зупинись!&lt;br /&gt;</w:t>
        <w:br/>
        <w:t>Не минай ні одної плями – і коли то кров, то прокляни обох:&lt;br /&gt;</w:t>
        <w:br/>
        <w:t>і хто пролляв, і хто штовхнув на це…&lt;br /&gt;</w:t>
        <w:br/>
        <w:t>Зупинись і прокляни…&lt;br /&gt;</w:t>
        <w:br/>
        <w:t>Тільки не молись!..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Зупинись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