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Зоряний ключ</w:t>
      </w:r>
    </w:p>
    <w:p>
      <w:r>
        <w:br/>
        <w:t xml:space="preserve"> ЗОРЯНИЙ КЛЮЧ&lt;br /&gt;</w:t>
        <w:br/>
        <w:t>1984-1989</w:t>
      </w:r>
    </w:p>
    <w:p>
      <w:r>
        <w:br/>
        <w:t>Пісня золотого човняра*&lt;br /&gt;</w:t>
        <w:br/>
        <w:t>Човен золотий в океані див,&lt;br /&gt;</w:t>
        <w:br/>
        <w:t>Зоряне вітрило напинається.&lt;br /&gt;</w:t>
        <w:br/>
        <w:t>Воротар Життя знов у путь відплив,&lt;br /&gt;</w:t>
        <w:br/>
        <w:t>До Землі закохано всміхається…&lt;br /&gt;</w:t>
        <w:br/>
        <w:t>Слався, ясний човен кохання,&lt;br /&gt;</w:t>
        <w:br/>
        <w:t>Ти пливи, пливи в далину.&lt;br /&gt;</w:t>
        <w:br/>
        <w:t>Даруй надію, даруй світання,&lt;br /&gt;</w:t>
        <w:br/>
        <w:t>Даруй нам вічную весну!&lt;br /&gt;</w:t>
        <w:br/>
        <w:t>Пломінний потік радісно струмить.&lt;br /&gt;</w:t>
        <w:br/>
        <w:t>Поспішай з відкритими долонями,&lt;br /&gt;</w:t>
        <w:br/>
        <w:t>Неповторна мить сповнює блакить&lt;br /&gt;</w:t>
        <w:br/>
        <w:t>Вогняної пісні передзвонами.&lt;br /&gt;</w:t>
        <w:br/>
        <w:t>Розриває міх зоряний гінець,&lt;br /&gt;</w:t>
        <w:br/>
        <w:t>Щедро сипле диво-самоцвітами,&lt;br /&gt;</w:t>
        <w:br/>
        <w:t>А Земля спліта сонячний вінець&lt;br /&gt;</w:t>
        <w:br/>
        <w:t>З травами, деревами і квітами…</w:t>
      </w:r>
    </w:p>
    <w:p>
      <w:r>
        <w:br/>
        <w:t>Пісня місячної ночі*&lt;br /&gt;</w:t>
        <w:br/>
        <w:t>Срібна нитка печалі, срібна нитка надії&lt;br /&gt;</w:t>
        <w:br/>
        <w:t>Простяглася у даль, простяглася у світ…&lt;br /&gt;</w:t>
        <w:br/>
        <w:t>Понад Шляхом Чумацьким срібний лебідь леліє&lt;br /&gt;</w:t>
        <w:br/>
        <w:t>Таємниче мереживо літ…&lt;br /&gt;</w:t>
        <w:br/>
        <w:t>Збережи, схорони&lt;br /&gt;</w:t>
        <w:br/>
        <w:t>Серця світ серед ночі химер,&lt;br /&gt;</w:t>
        <w:br/>
        <w:t>Під крилом сивини&lt;br /&gt;</w:t>
        <w:br/>
        <w:t>Голос казки святої не вмер…&lt;br /&gt;</w:t>
        <w:br/>
        <w:t>Ти посій на лани&lt;br /&gt;</w:t>
        <w:br/>
        <w:t>Тиху радість, що зріє тепер…&lt;br /&gt;</w:t>
        <w:br/>
        <w:t>Сновидіння, примари — то лиш знаки полону,&lt;br /&gt;</w:t>
        <w:br/>
        <w:t>Та згадай, що не вічна й найбільша мара,&lt;br /&gt;</w:t>
        <w:br/>
        <w:t>І життя самоцвіт у празорянім лоні&lt;br /&gt;</w:t>
        <w:br/>
        <w:t>Пломеніє, горить — не згора!&lt;br /&gt;</w:t>
        <w:br/>
        <w:t>Я тебе заколишу, як мати дитину,&lt;br /&gt;</w:t>
        <w:br/>
        <w:t>Ти мужній і зростай у колисці моїй,&lt;br /&gt;</w:t>
        <w:br/>
        <w:t>А як поклики сурми над світом полинуть —&lt;br /&gt;</w:t>
        <w:br/>
        <w:t>Будь готовий ступити у бій!</w:t>
      </w:r>
    </w:p>
    <w:p>
      <w:r>
        <w:br/>
        <w:t>* * *</w:t>
      </w:r>
    </w:p>
    <w:p>
      <w:r>
        <w:br/>
        <w:t>Для сліпців є пітьма,*&lt;br /&gt;</w:t>
        <w:br/>
        <w:t>А для зрячого нема.&lt;br /&gt;</w:t>
        <w:br/>
        <w:t>Ширше серце розкривай —&lt;br /&gt;</w:t>
        <w:br/>
        <w:t>Загорівся небокрай!&lt;br /&gt;</w:t>
        <w:br/>
        <w:t>Нищаться пожарами&lt;br /&gt;</w:t>
        <w:br/>
        <w:t>Тільки порохи,&lt;br /&gt;</w:t>
        <w:br/>
        <w:t>Тішаться примарами&lt;br /&gt;</w:t>
        <w:br/>
        <w:t>Лише дітлахи.&lt;br /&gt;</w:t>
        <w:br/>
        <w:t>Ген поза туманами&lt;br /&gt;</w:t>
        <w:br/>
        <w:t>Дивна глибина,&lt;br /&gt;</w:t>
        <w:br/>
        <w:t>А понад обманами —&lt;br /&gt;</w:t>
        <w:br/>
        <w:t>Зоряна весна!&lt;br /&gt;</w:t>
        <w:br/>
        <w:t>Боягузам — страх і жах,&lt;br /&gt;</w:t>
        <w:br/>
        <w:t>Шукачам — вогнений шлях!&lt;br /&gt;</w:t>
        <w:br/>
        <w:t>Хто по ньому піде — знай:&lt;br /&gt;</w:t>
        <w:br/>
        <w:t>У казковий прийде Край!&lt;br /&gt;</w:t>
        <w:br/>
        <w:t>В лоні темряви дріма&lt;br /&gt;</w:t>
        <w:br/>
        <w:t>Мати Всесвіту сама.&lt;br /&gt;</w:t>
        <w:br/>
        <w:t>Хто летить без вороття —&lt;br /&gt;</w:t>
        <w:br/>
        <w:t>Нове матиме життя!</w:t>
      </w:r>
    </w:p>
    <w:p>
      <w:r>
        <w:br/>
        <w:t>Розмова з тишею*&lt;br /&gt;</w:t>
        <w:br/>
        <w:t>Як затихнуть громи стоголосі,&lt;br /&gt;</w:t>
        <w:br/>
        <w:t>Як замовкне музика й слова,&lt;br /&gt;</w:t>
        <w:br/>
        <w:t>Серце мови огняної просить&lt;br /&gt;</w:t>
        <w:br/>
        <w:t>І в душі мовчання ожива…&lt;br /&gt;</w:t>
        <w:br/>
        <w:t>Ти тоді прислухайся до тиші,&lt;br /&gt;</w:t>
        <w:br/>
        <w:t>Там нечутно калатає дзвін…&lt;br /&gt;</w:t>
        <w:br/>
        <w:t>З вічності таємний вітер дише,&lt;br /&gt;</w:t>
        <w:br/>
        <w:t>Заклика до полум’яних змін,&lt;br /&gt;</w:t>
        <w:br/>
        <w:t>Небосхил прадавні руна пише&lt;br /&gt;</w:t>
        <w:br/>
        <w:t>І шепоче дивну казку він…&lt;br /&gt;</w:t>
        <w:br/>
        <w:t>Не забудь, не одвернись од неї,&lt;br /&gt;</w:t>
        <w:br/>
        <w:t>У глибинах духу схорони,&lt;br /&gt;</w:t>
        <w:br/>
        <w:t>Пролети над сонною землею&lt;br /&gt;</w:t>
        <w:br/>
        <w:t>І посій на батьківські лани…&lt;br /&gt;</w:t>
        <w:br/>
        <w:t>Збереже празоряне насіння&lt;br /&gt;</w:t>
        <w:br/>
        <w:t>Подих материнської весни,&lt;br /&gt;</w:t>
        <w:br/>
        <w:t>У прийдешнє виросте пагіння&lt;br /&gt;</w:t>
        <w:br/>
        <w:t>Понад віковічні бур’яни…&lt;br /&gt;</w:t>
        <w:br/>
        <w:t>Зродиться крилате покоління&lt;br /&gt;</w:t>
        <w:br/>
        <w:t>Без руїн, і смерті, і війни…&lt;br /&gt;</w:t>
        <w:br/>
        <w:t>Як затихнуть громи стоголосі…</w:t>
      </w:r>
    </w:p>
    <w:p>
      <w:r>
        <w:br/>
        <w:t>Пісня вічного вогню*&lt;br /&gt;</w:t>
        <w:br/>
        <w:t>Палає небокрай,&lt;br /&gt;</w:t>
        <w:br/>
        <w:t>Світанкова пора…&lt;br /&gt;</w:t>
        <w:br/>
        <w:t>Вставай, вставай, вставай —&lt;br /&gt;</w:t>
        <w:br/>
        <w:t>Горить Нова Зоря!&lt;br /&gt;</w:t>
        <w:br/>
        <w:t>І хто б де не умер —&lt;br /&gt;</w:t>
        <w:br/>
        <w:t>Від зради чи в борні —&lt;br /&gt;</w:t>
        <w:br/>
        <w:t>Воскресніте тепер&lt;br /&gt;</w:t>
        <w:br/>
        <w:t>У Вічному Вогні!&lt;br /&gt;</w:t>
        <w:br/>
        <w:t>Встаньте, убиті&lt;br /&gt;</w:t>
        <w:br/>
        <w:t>Сестри й брати!&lt;br /&gt;</w:t>
        <w:br/>
        <w:t>Брама відкрита&lt;br /&gt;</w:t>
        <w:br/>
        <w:t>В нові світи!&lt;br /&gt;</w:t>
        <w:br/>
        <w:t>Смерті немає —&lt;br /&gt;</w:t>
        <w:br/>
        <w:t>То лиш мара,&lt;br /&gt;</w:t>
        <w:br/>
        <w:t>Дух не згасає,&lt;br /&gt;</w:t>
        <w:br/>
        <w:t>Дух не вмира!&lt;br /&gt;</w:t>
        <w:br/>
        <w:t>Клубиться чорний дим,&lt;br /&gt;</w:t>
        <w:br/>
        <w:t>Планета у вогні,&lt;br /&gt;</w:t>
        <w:br/>
        <w:t>Над обрієм земним&lt;br /&gt;</w:t>
        <w:br/>
        <w:t>Потвори навісні.&lt;br /&gt;</w:t>
        <w:br/>
        <w:t>Та повстають сини,&lt;br /&gt;</w:t>
        <w:br/>
        <w:t>Щоб подолати лють,&lt;br /&gt;</w:t>
        <w:br/>
        <w:t>На вічний мир вони&lt;br /&gt;</w:t>
        <w:br/>
        <w:t>Всім руки подають!&lt;br /&gt;</w:t>
        <w:br/>
        <w:t>Вирує лан життя,&lt;br /&gt;</w:t>
        <w:br/>
        <w:t>І голуби над ним…&lt;br /&gt;</w:t>
        <w:br/>
        <w:t>Немає вороття&lt;br /&gt;</w:t>
        <w:br/>
        <w:t>Руйнаторам сліпим,&lt;br /&gt;</w:t>
        <w:br/>
        <w:t>Бо діти вояків,&lt;br /&gt;</w:t>
        <w:br/>
        <w:t>Що впали у борні,&lt;br /&gt;</w:t>
        <w:br/>
        <w:t>Ідуть з усіх країв&lt;br /&gt;</w:t>
        <w:br/>
        <w:t>У лави вогняні!</w:t>
      </w:r>
    </w:p>
    <w:p>
      <w:r>
        <w:br/>
        <w:t>Батьківське напуття*&lt;br /&gt;</w:t>
        <w:br/>
        <w:t>Сину праведний мій,&lt;br /&gt;</w:t>
        <w:br/>
        <w:t>Ти вступаєш у бій,&lt;br /&gt;</w:t>
        <w:br/>
        <w:t>Я дарую тобі&lt;br /&gt;</w:t>
        <w:br/>
        <w:t>Вогняний буревій!&lt;br /&gt;</w:t>
        <w:br/>
        <w:t>Я дарую тобі…&lt;br /&gt;</w:t>
        <w:br/>
        <w:t>Ти обман спопели,&lt;br /&gt;</w:t>
        <w:br/>
        <w:t>Ти пітьму повали,&lt;br /&gt;</w:t>
        <w:br/>
        <w:t>Засвіти Новий День&lt;br /&gt;</w:t>
        <w:br/>
        <w:t>Поміж мороки й мли!&lt;br /&gt;</w:t>
        <w:br/>
        <w:t>Засвіти Новий День…&lt;br /&gt;</w:t>
        <w:br/>
        <w:t>Ти виходиш на шлях,&lt;br /&gt;</w:t>
        <w:br/>
        <w:t>Ти ідеш по світах,&lt;br /&gt;</w:t>
        <w:br/>
        <w:t>Засівай Диво-Цвіт&lt;br /&gt;</w:t>
        <w:br/>
        <w:t>На пустельних полях…&lt;br /&gt;</w:t>
        <w:br/>
        <w:t>Засівай Диво-Цвіт…&lt;br /&gt;</w:t>
        <w:br/>
        <w:t>Хай дозріють плоди,&lt;br /&gt;</w:t>
        <w:br/>
        <w:t>Хай не буде біди!&lt;br /&gt;</w:t>
        <w:br/>
        <w:t>Всюди Мир і Любов&lt;br /&gt;</w:t>
        <w:br/>
        <w:t>Назавжди, назавжди!&lt;br /&gt;</w:t>
        <w:br/>
        <w:t>Всюди Мир і Любов —&lt;br /&gt;</w:t>
        <w:br/>
        <w:t>Назавжди…</w:t>
      </w:r>
    </w:p>
    <w:p>
      <w:r>
        <w:br/>
        <w:t>Пісня нежданого друга*&lt;br /&gt;</w:t>
        <w:br/>
        <w:t>Чи у тиші, чи під ураганом,&lt;br /&gt;</w:t>
        <w:br/>
        <w:t>Під дощами, під промінням зір&lt;br /&gt;</w:t>
        <w:br/>
        <w:t>В серці радість з’явиться неждано,&lt;br /&gt;</w:t>
        <w:br/>
        <w:t>То мій добрий вісник — ти йому повір!&lt;br /&gt;</w:t>
        <w:br/>
        <w:t>У пустелі чи під громи бою&lt;br /&gt;</w:t>
        <w:br/>
        <w:t>Я нечутно поруч тебе йду…&lt;br /&gt;</w:t>
        <w:br/>
        <w:t>Щит блакитний вічно над тобою,&lt;br /&gt;</w:t>
        <w:br/>
        <w:t>Будь спокійний, брате, я не підведу.&lt;br /&gt;</w:t>
        <w:br/>
        <w:t>А захочеш глянути у очі&lt;br /&gt;</w:t>
        <w:br/>
        <w:t>Побратиму з Краю Таїни —&lt;br /&gt;</w:t>
        <w:br/>
        <w:t>Подивись на зорі опівночі,&lt;br /&gt;</w:t>
        <w:br/>
        <w:t>І послухай тихий голос далини…</w:t>
      </w:r>
    </w:p>
    <w:p>
      <w:r>
        <w:br/>
        <w:t>Вогонь розсудить все*&lt;br /&gt;</w:t>
        <w:br/>
        <w:t>Вогонь розсудить все. Нехай лютує ворог.&lt;br /&gt;</w:t>
        <w:br/>
        <w:t>Зірниця наступа. І новин день несе.&lt;br /&gt;</w:t>
        <w:br/>
        <w:t>Загримотить гроза. Не втримається морок.&lt;br /&gt;</w:t>
        <w:br/>
        <w:t>Вогонь розсудить все.</w:t>
      </w:r>
    </w:p>
    <w:p>
      <w:r>
        <w:br/>
        <w:t>Палахкотять міста. І гримають гармати.&lt;br /&gt;</w:t>
        <w:br/>
        <w:t>Тримайся, брате мій, в біді не охолонь.&lt;br /&gt;</w:t>
        <w:br/>
        <w:t>Якщо ти вогняний — не бійся умирати!&lt;br /&gt;</w:t>
        <w:br/>
        <w:t>Розсудить все вогонь.</w:t>
      </w:r>
    </w:p>
    <w:p>
      <w:r>
        <w:br/>
        <w:t>Вогонь розсудить все… І успіхи, й невдачі,&lt;br /&gt;</w:t>
        <w:br/>
        <w:t>І сивизну густу біля солдатських скронь.&lt;br /&gt;</w:t>
        <w:br/>
        <w:t>Всього ще буде — сліз і радості, одначе&lt;br /&gt;</w:t>
        <w:br/>
        <w:t>Розсудить все вогонь.</w:t>
      </w:r>
    </w:p>
    <w:p>
      <w:r>
        <w:br/>
        <w:t>Народження і смерть — то спалахи й згасання,&lt;br /&gt;</w:t>
        <w:br/>
        <w:t>Але вогонь життя і в сонці, і в золі,&lt;br /&gt;</w:t>
        <w:br/>
        <w:t>В польоті журавлів, у тиші, і в коханні&lt;br /&gt;</w:t>
        <w:br/>
        <w:t>У Матері-Землі…</w:t>
      </w:r>
    </w:p>
    <w:p>
      <w:r>
        <w:br/>
        <w:t>Її потік життя пітьма не подолає,&lt;br /&gt;</w:t>
        <w:br/>
        <w:t>Ще буревію гнів планету потрясе…&lt;br /&gt;</w:t>
        <w:br/>
        <w:t>Хто витрима грозу — той піде до безкраю.&lt;br /&gt;</w:t>
        <w:br/>
        <w:t>Вогонь розсудить все!&lt;br /&gt;</w:t>
        <w:br/>
        <w:t>Вогонь розсудить все!</w:t>
      </w:r>
    </w:p>
    <w:p>
      <w:r>
        <w:br/>
        <w:t>Маки*&lt;br /&gt;</w:t>
        <w:br/>
        <w:t>Барви світанкові, маки рожеві,&lt;br /&gt;</w:t>
        <w:br/>
        <w:t>Діви-ІІрироди вуста…&lt;br /&gt;</w:t>
        <w:br/>
        <w:t>Квітами тими Землі-Королеви&lt;br /&gt;</w:t>
        <w:br/>
        <w:t>Ніжна любов пророста…&lt;br /&gt;</w:t>
        <w:br/>
        <w:t>Маки червоні&lt;br /&gt;</w:t>
        <w:br/>
        <w:t>Маки багряні,&lt;br /&gt;</w:t>
        <w:br/>
        <w:t>Білії маки, мов сніг…&lt;br /&gt;</w:t>
        <w:br/>
        <w:t>Крила пелюсток —&lt;br /&gt;</w:t>
        <w:br/>
        <w:t>дрімаючі птахи —&lt;br /&gt;</w:t>
        <w:br/>
        <w:t>Тихо спадають до ніг…&lt;br /&gt;</w:t>
        <w:br/>
        <w:t>Спокою чари, тайна кохання —&lt;br /&gt;</w:t>
        <w:br/>
        <w:t>Все в кольорів глибині…&lt;br /&gt;</w:t>
        <w:br/>
        <w:t>Туга смеркання, втіха кохання&lt;br /&gt;</w:t>
        <w:br/>
        <w:t>Там спочивають у сні…&lt;br /&gt;</w:t>
        <w:br/>
        <w:t>Та не піддайся дрімоті знемоги,&lt;br /&gt;</w:t>
        <w:br/>
        <w:t>Друже захоплений мій.&lt;br /&gt;</w:t>
        <w:br/>
        <w:t>Зернята маків, як стяг перемоги,&lt;br /&gt;</w:t>
        <w:br/>
        <w:t>В серце гаряче посій!</w:t>
      </w:r>
    </w:p>
    <w:p>
      <w:r>
        <w:br/>
        <w:t>Лиш тоді…*&lt;br /&gt;</w:t>
        <w:br/>
        <w:t>Лиш тоді, лиш тоді, як затихають всі слова —&lt;br /&gt;</w:t>
        <w:br/>
        <w:t>Тайни гук, правди звук в надрах серця ожива…&lt;br /&gt;</w:t>
        <w:br/>
        <w:t>Відчиняйте, відкривайте брами темряви і мли,&lt;br /&gt;</w:t>
        <w:br/>
        <w:t>І у небо вилітайте, де живуть орли…&lt;br /&gt;</w:t>
        <w:br/>
        <w:t>Шепіт зір, тайну зір — хто її відчує, як?&lt;br /&gt;</w:t>
        <w:br/>
        <w:t>В кожнім дні, в кожнім сні побратимів Диво-знак…&lt;br /&gt;</w:t>
        <w:br/>
        <w:t>Я нечутно, обережно, я незримо підійду,&lt;br /&gt;</w:t>
        <w:br/>
        <w:t>І біду, неначе хмару, тихо одведу…&lt;br /&gt;</w:t>
        <w:br/>
        <w:t>Духу вір, серцю вір! Поєднаймось Ти і Я!&lt;br /&gt;</w:t>
        <w:br/>
        <w:t>Там, де лад і Любов, пролягла Тропа Моя…&lt;br /&gt;</w:t>
        <w:br/>
        <w:t>У вогненнім дивоколі — понад прірвою віків,&lt;br /&gt;</w:t>
        <w:br/>
        <w:t>Підхопіте, збережіте Материнський Спів…</w:t>
      </w:r>
    </w:p>
    <w:p>
      <w:r>
        <w:br/>
        <w:t>Пісня зоряного Дивокола*&lt;br /&gt;</w:t>
        <w:br/>
        <w:t>В Полум’янім полі, в тайнім Дивоколі,&lt;br /&gt;</w:t>
        <w:br/>
        <w:t>Де пасуться коні чарівного сну,&lt;br /&gt;</w:t>
        <w:br/>
        <w:t>Птахи виростають в огненнім приволлі&lt;br /&gt;</w:t>
        <w:br/>
        <w:t>І летять у казку, в Зоряну Весну.&lt;br /&gt;</w:t>
        <w:br/>
        <w:t>Лебеді дитинства, станьте на хвилину,&lt;br /&gt;</w:t>
        <w:br/>
        <w:t>Та візьміть на крила доленьку мою.&lt;br /&gt;</w:t>
        <w:br/>
        <w:t>Землю я покину, з вами я полину,&lt;br /&gt;</w:t>
        <w:br/>
        <w:t>Де квітує тайна в Батьківськім Гаю.&lt;br /&gt;</w:t>
        <w:br/>
        <w:t>Ключ не зупинити, крил не доточити,&lt;br /&gt;</w:t>
        <w:br/>
        <w:t>Птах давно тріпоче в серденьку твоїм!&lt;br /&gt;</w:t>
        <w:br/>
        <w:t>Лише власні крила повертають силу&lt;br /&gt;</w:t>
        <w:br/>
        <w:t>Відшукати стежку в Материнський Дім!</w:t>
      </w:r>
    </w:p>
    <w:p>
      <w:r>
        <w:br/>
        <w:t>Вічний діалог*&lt;br /&gt;</w:t>
        <w:br/>
        <w:t>— Розкажи мені, дубе, по щирості,&lt;br /&gt;</w:t>
        <w:br/>
        <w:t>Де захована міцність твоя?&lt;br /&gt;</w:t>
        <w:br/>
        <w:t>— У глибинах землі материнської&lt;br /&gt;</w:t>
        <w:br/>
        <w:t>Її дивна пливе течія,&lt;br /&gt;</w:t>
        <w:br/>
        <w:t>У глибинах землі материнської&lt;br /&gt;</w:t>
        <w:br/>
        <w:t>Зберігається сила моя…&lt;br /&gt;</w:t>
        <w:br/>
        <w:t>— Де ти, орле, напоєний силою,&lt;br /&gt;</w:t>
        <w:br/>
        <w:t>Хто викохував крила тобі?&lt;br /&gt;</w:t>
        <w:br/>
        <w:t>— Міць польоту у горах зродилася,&lt;br /&gt;</w:t>
        <w:br/>
        <w:t>А надія — в тяжкій боротьбі,&lt;br /&gt;</w:t>
        <w:br/>
        <w:t>Міць польоту у горах зродилася,&lt;br /&gt;</w:t>
        <w:br/>
        <w:t>Зору ясність — в тяжкій боротьбі!&lt;br /&gt;</w:t>
        <w:br/>
        <w:t>— Розкажіть мені, зорі тривожнії,&lt;br /&gt;</w:t>
        <w:br/>
        <w:t>Де прихована міцність буття?&lt;br /&gt;</w:t>
        <w:br/>
        <w:t>— Крила Всесвіту — в подиху кожному,&lt;br /&gt;</w:t>
        <w:br/>
        <w:t>У найменшій іскрині життя,&lt;br /&gt;</w:t>
        <w:br/>
        <w:t>Крила Всесвіту — в подиху кожному,&lt;br /&gt;</w:t>
        <w:br/>
        <w:t>У щоденній хвилині життя…</w:t>
      </w:r>
    </w:p>
    <w:p>
      <w:r>
        <w:br/>
        <w:t>Вічна мить&lt;br /&gt;</w:t>
        <w:br/>
        <w:t>Охопить&lt;br /&gt;</w:t>
        <w:br/>
        <w:t>Вічну мить&lt;br /&gt;</w:t>
        <w:br/>
        <w:t>Ти зумій, любий друже, зумій!&lt;br /&gt;</w:t>
        <w:br/>
        <w:t>Не летить&lt;br /&gt;</w:t>
        <w:br/>
        <w:t>Диво-мить,&lt;br /&gt;</w:t>
        <w:br/>
        <w:t>То летить дум розгублений рій!&lt;br /&gt;</w:t>
        <w:br/>
        <w:t>Смій налить&lt;br /&gt;</w:t>
        <w:br/>
        <w:t>В ніжну мить&lt;br /&gt;</w:t>
        <w:br/>
        <w:t>Всеохопності вічний напій,&lt;br /&gt;</w:t>
        <w:br/>
        <w:t>Не біжить&lt;br /&gt;</w:t>
        <w:br/>
        <w:t>Вічна мить,&lt;br /&gt;</w:t>
        <w:br/>
        <w:t>То біжить дух стривожений твій!&lt;br /&gt;</w:t>
        <w:br/>
        <w:t>Давня казка усіх в павутину сповила,&lt;br /&gt;</w:t>
        <w:br/>
        <w:t>Ніби зла ворожба,&lt;br /&gt;</w:t>
        <w:br/>
        <w:t>Тане мить, тане мить, опускаються крила…&lt;br /&gt;</w:t>
        <w:br/>
        <w:t>Ох, навіщо життя боротьба?&lt;br /&gt;</w:t>
        <w:br/>
        <w:t>Понад Всесвітом плачуть обірвані струни,&lt;br /&gt;</w:t>
        <w:br/>
        <w:t>Кобза серця мовчить…&lt;br /&gt;</w:t>
        <w:br/>
        <w:t>Шепчуть привиди пам’яті, котяться луни:&lt;br /&gt;</w:t>
        <w:br/>
        <w:t>— Де ти, де ти, загублена мить?..</w:t>
      </w:r>
    </w:p>
    <w:p>
      <w:r>
        <w:br/>
        <w:t>* * *</w:t>
      </w:r>
    </w:p>
    <w:p>
      <w:r>
        <w:br/>
        <w:t>І день, і ніч*&lt;br /&gt;</w:t>
        <w:br/>
        <w:t>Зникають пріч,&lt;br /&gt;</w:t>
        <w:br/>
        <w:t>І не змика&lt;br /&gt;</w:t>
        <w:br/>
        <w:t>Планета віч,&lt;br /&gt;</w:t>
        <w:br/>
        <w:t>Гуде орган,&lt;br /&gt;</w:t>
        <w:br/>
        <w:t>Лунає річ,&lt;br /&gt;</w:t>
        <w:br/>
        <w:t>В огні війни&lt;br /&gt;</w:t>
        <w:br/>
        <w:t>Вирує січ…&lt;br /&gt;</w:t>
        <w:br/>
        <w:t>В імлу, в туман ведуть сліди,&lt;br /&gt;</w:t>
        <w:br/>
        <w:t>На землю падають плоди…&lt;br /&gt;</w:t>
        <w:br/>
        <w:t>Хоч тисячу віків іди,&lt;br /&gt;</w:t>
        <w:br/>
        <w:t>Не знайдеш чистої води…&lt;br /&gt;</w:t>
        <w:br/>
        <w:t>Де ти, Земле, опинилась, де ти,&lt;br /&gt;</w:t>
        <w:br/>
        <w:t>Квітами засіяна плането?&lt;br /&gt;</w:t>
        <w:br/>
        <w:t>Триває бій&lt;br /&gt;</w:t>
        <w:br/>
        <w:t>На полі мрій,&lt;br /&gt;</w:t>
        <w:br/>
        <w:t>Кипить у злі&lt;br /&gt;</w:t>
        <w:br/>
        <w:t>Жорстокий змій,&lt;br /&gt;</w:t>
        <w:br/>
        <w:t>Кує війну&lt;br /&gt;</w:t>
        <w:br/>
        <w:t>В імлі густій,&lt;br /&gt;</w:t>
        <w:br/>
        <w:t>Щоб кинуть світ&lt;br /&gt;</w:t>
        <w:br/>
        <w:t>У огневій!&lt;br /&gt;</w:t>
        <w:br/>
        <w:t>Нащо ж були тяжкі віки,&lt;br /&gt;</w:t>
        <w:br/>
        <w:t>Нащо ми сіяли квітки,&lt;br /&gt;</w:t>
        <w:br/>
        <w:t>Чому не сядуть ластівки&lt;br /&gt;</w:t>
        <w:br/>
        <w:t>В долоню нашої руки?&lt;br /&gt;</w:t>
        <w:br/>
        <w:t>Стрепенися в радісному леті,&lt;br /&gt;</w:t>
        <w:br/>
        <w:t>Квітами засіяна плането!&lt;br /&gt;</w:t>
        <w:br/>
        <w:t>Лети, лети&lt;br /&gt;</w:t>
        <w:br/>
        <w:t>В ясні світи,&lt;br /&gt;</w:t>
        <w:br/>
        <w:t>Будуй у мир&lt;br /&gt;</w:t>
        <w:br/>
        <w:t>Міцні мости.&lt;br /&gt;</w:t>
        <w:br/>
        <w:t>Тобі довіку&lt;br /&gt;</w:t>
        <w:br/>
        <w:t>В даль іти&lt;br /&gt;</w:t>
        <w:br/>
        <w:t>До сонця світлої мети!..</w:t>
      </w:r>
    </w:p>
    <w:p>
      <w:r>
        <w:br/>
        <w:t>* * *</w:t>
      </w:r>
    </w:p>
    <w:p>
      <w:r>
        <w:br/>
        <w:t>Із полонин земної матері*&lt;br /&gt;</w:t>
        <w:br/>
        <w:t>Ідемо в зоряні ліси,&lt;br /&gt;</w:t>
        <w:br/>
        <w:t>Вже в галактичному фарватері&lt;br /&gt;</w:t>
        <w:br/>
        <w:t>Лунають наші голоси.&lt;br /&gt;</w:t>
        <w:br/>
        <w:t>Але дороги поміж зорями&lt;br /&gt;</w:t>
        <w:br/>
        <w:t>Замків не знімуть — не проси!&lt;br /&gt;</w:t>
        <w:br/>
        <w:t>Зростають між земними горами&lt;br /&gt;</w:t>
        <w:br/>
        <w:t>Сади любові і краси…</w:t>
      </w:r>
    </w:p>
    <w:p>
      <w:r>
        <w:br/>
        <w:t>Встає за обрієм примарами&lt;br /&gt;</w:t>
        <w:br/>
        <w:t>Ілюзій віковічна мла,&lt;br /&gt;</w:t>
        <w:br/>
        <w:t>Та правда дивними стожарами&lt;br /&gt;</w:t>
        <w:br/>
        <w:t>У власнім серці розцвіла…&lt;br /&gt;</w:t>
        <w:br/>
        <w:t>І прагнучи у хащу зоряну,&lt;br /&gt;</w:t>
        <w:br/>
        <w:t>Не щезне дума хай свята&lt;br /&gt;</w:t>
        <w:br/>
        <w:t>Про ниву батьківську незорану,&lt;br /&gt;</w:t>
        <w:br/>
        <w:t>Де треба сіяти жита.</w:t>
      </w:r>
    </w:p>
    <w:p>
      <w:r>
        <w:br/>
        <w:t>Так просто все — і сили множаться,&lt;br /&gt;</w:t>
        <w:br/>
        <w:t>І крила в просторі несуть,&lt;br /&gt;</w:t>
        <w:br/>
        <w:t>Та серце все-таки тривожиться —&lt;br /&gt;</w:t>
        <w:br/>
        <w:t>Чи в істину проляже путь?&lt;br /&gt;</w:t>
        <w:br/>
        <w:t>Не забувай колиски давньої.&lt;br /&gt;</w:t>
        <w:br/>
        <w:t>Не забувай старих могил,&lt;br /&gt;</w:t>
        <w:br/>
        <w:t>Де таїна дороги славної.&lt;br /&gt;</w:t>
        <w:br/>
        <w:t>Де джерело одвічних сил!..</w:t>
      </w:r>
    </w:p>
    <w:p>
      <w:r>
        <w:br/>
        <w:t>Зоряний ключ*&lt;br /&gt;</w:t>
        <w:br/>
        <w:t>Ген угорі,&lt;br /&gt;</w:t>
        <w:br/>
        <w:t>десь поміж хмар,&lt;br /&gt;</w:t>
        <w:br/>
        <w:t>там серед туч&lt;br /&gt;</w:t>
        <w:br/>
        <w:t>Чути кличі, чути жалі,&lt;br /&gt;</w:t>
        <w:br/>
        <w:t>чути плачі, —&lt;br /&gt;</w:t>
        <w:br/>
        <w:t>Зоряний клин,&lt;br /&gt;</w:t>
        <w:br/>
        <w:t>зоряний стрій,&lt;br /&gt;</w:t>
        <w:br/>
        <w:t>зоряний ключ&lt;br /&gt;</w:t>
        <w:br/>
        <w:t>Лине у даль,&lt;br /&gt;</w:t>
        <w:br/>
        <w:t>лине у світ, лине в ночі…</w:t>
      </w:r>
    </w:p>
    <w:p>
      <w:r>
        <w:br/>
        <w:t>Дзвонять замки,&lt;br /&gt;</w:t>
        <w:br/>
        <w:t>дзвонять церкви,&lt;br /&gt;</w:t>
        <w:br/>
        <w:t>дзвонять мечі,&lt;br /&gt;</w:t>
        <w:br/>
        <w:t>В темряві світ,&lt;br /&gt;</w:t>
        <w:br/>
        <w:t>в пошуку суть, в мареві путь.&lt;br /&gt;</w:t>
        <w:br/>
        <w:t>Мудрі ключі,&lt;br /&gt;</w:t>
        <w:br/>
        <w:t>вічні ключі,&lt;br /&gt;</w:t>
        <w:br/>
        <w:t>щастя ключі&lt;br /&gt;</w:t>
        <w:br/>
        <w:t>В небі кують,&lt;br /&gt;</w:t>
        <w:br/>
        <w:t>в сонці кують,&lt;br /&gt;</w:t>
        <w:br/>
        <w:t>в серці кують.</w:t>
      </w:r>
    </w:p>
    <w:p>
      <w:r>
        <w:br/>
        <w:t>Ніжне дитя,&lt;br /&gt;</w:t>
        <w:br/>
        <w:t>тихе дитя,&lt;br /&gt;</w:t>
        <w:br/>
        <w:t>дивне дитя&lt;br /&gt;</w:t>
        <w:br/>
        <w:t>Йде до води,&lt;br /&gt;</w:t>
        <w:br/>
        <w:t>йде до струмка, йде до ключа.&lt;br /&gt;</w:t>
        <w:br/>
        <w:t>Миле дитя,&lt;br /&gt;</w:t>
        <w:br/>
        <w:t>рідне дитя,&lt;br /&gt;</w:t>
        <w:br/>
        <w:t>вічне дитя&lt;br /&gt;</w:t>
        <w:br/>
        <w:t>Матір стріча,&lt;br /&gt;</w:t>
        <w:br/>
        <w:t>ранок стріча,&lt;br /&gt;</w:t>
        <w:br/>
        <w:t>сонце стріча!</w:t>
      </w:r>
    </w:p>
    <w:p>
      <w:r>
        <w:br/>
        <w:t>Пісня Бояна*&lt;br /&gt;</w:t>
        <w:br/>
        <w:t>У долині призабутій на калині&lt;br /&gt;</w:t>
        <w:br/>
        <w:t>Накувала три дороги зозулина,&lt;br /&gt;</w:t>
        <w:br/>
        <w:t>Накувала сива, накувала&lt;br /&gt;</w:t>
        <w:br/>
        <w:t>На чарівне Диво-свято, на Купала.&lt;br /&gt;</w:t>
        <w:br/>
        <w:t>А що першая дорога — у пустелю,&lt;br /&gt;</w:t>
        <w:br/>
        <w:t>Там самотність свої килими постеле.&lt;br /&gt;</w:t>
        <w:br/>
        <w:t>А що друга — та під грози-блискавиці,&lt;br /&gt;</w:t>
        <w:br/>
        <w:t>Ну а третя — до заснулої дівиці…&lt;br /&gt;</w:t>
        <w:br/>
        <w:t>Та дівиця жде з правіку — не діждеться,&lt;br /&gt;</w:t>
        <w:br/>
        <w:t>Хто до неї із любов’ю доторкнеться,&lt;br /&gt;</w:t>
        <w:br/>
        <w:t>Хто вуста її холодні поцілує,&lt;br /&gt;</w:t>
        <w:br/>
        <w:t>Хто їй казку голубину наворкує.&lt;br /&gt;</w:t>
        <w:br/>
        <w:t>Три дороги, три дороги, три стежини&lt;br /&gt;</w:t>
        <w:br/>
        <w:t>Накувала опівночі зозулина,&lt;br /&gt;</w:t>
        <w:br/>
        <w:t>Накувала сива, накувала&lt;br /&gt;</w:t>
        <w:br/>
        <w:t>На чарівне Диво-свято, на Купала…</w:t>
      </w:r>
    </w:p>
    <w:p>
      <w:r>
        <w:br/>
        <w:t>Квітень 1984 р. — серпень 1989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Зоряний ключ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