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Зоряна вода</w:t>
      </w:r>
    </w:p>
    <w:p>
      <w:r>
        <w:br/>
        <w:t xml:space="preserve"> Проклятуща робота — копати колодязь:&lt;br /&gt;</w:t>
        <w:br/>
        <w:t>Ніби кріт — зариваєшся в землю,&lt;br /&gt;</w:t>
        <w:br/>
        <w:t>То жорства зупиняє,&lt;br /&gt;</w:t>
        <w:br/>
        <w:t>То глина — мов мідь,&lt;br /&gt;</w:t>
        <w:br/>
        <w:t>І що глибше — то дихати важче.&lt;br /&gt;</w:t>
        <w:br/>
        <w:t>Як той піт заливає, браток!&lt;br /&gt;</w:t>
        <w:br/>
        <w:t>А води все нема і нема.&lt;br /&gt;</w:t>
        <w:br/>
        <w:t>Добре, скажу, тим геологам:&lt;br /&gt;</w:t>
        <w:br/>
        <w:t>Проб'ють свердловину,&lt;br /&gt;</w:t>
        <w:br/>
        <w:t>І все ясно, як божий день, —&lt;br /&gt;</w:t>
        <w:br/>
        <w:t>Чи то пан, чи пропав.&lt;br /&gt;</w:t>
        <w:br/>
        <w:t>А мені — примітивно доводиться&lt;br /&gt;</w:t>
        <w:br/>
        <w:t>Віднаходити жилу води.&lt;br /&gt;</w:t>
        <w:br/>
        <w:t>Так ще предки шукали колись —&lt;br /&gt;</w:t>
        <w:br/>
        <w:t>З допомогою гілки вербової.&lt;br /&gt;</w:t>
        <w:br/>
        <w:t>Кажеш, не чув про цей спосіб?&lt;br /&gt;</w:t>
        <w:br/>
        <w:t>О, це чаклунство, земляче!&lt;br /&gt;</w:t>
        <w:br/>
        <w:t>Роззуваюся.&lt;br /&gt;</w:t>
        <w:br/>
        <w:t>Тільки босим —&lt;br /&gt;</w:t>
        <w:br/>
        <w:t>Щоб землю відчути,&lt;br /&gt;</w:t>
        <w:br/>
        <w:t>Надибати пульс її вічності.&lt;br /&gt;</w:t>
        <w:br/>
        <w:t>Пильнуй, де кучерява травиця,&lt;br /&gt;</w:t>
        <w:br/>
        <w:t>І, узявши зелену галузку,&lt;br /&gt;</w:t>
        <w:br/>
        <w:t>Найкраще од білої верби,&lt;br /&gt;</w:t>
        <w:br/>
        <w:t>Тримай ту галузку,&lt;br /&gt;</w:t>
        <w:br/>
        <w:t>Щоб лікті торкались колін,&lt;br /&gt;</w:t>
        <w:br/>
        <w:t>А в долоні дивилося небо.&lt;br /&gt;</w:t>
        <w:br/>
        <w:t>У певному місці&lt;br /&gt;</w:t>
        <w:br/>
        <w:t>Зненацька помітиш,&lt;br /&gt;</w:t>
        <w:br/>
        <w:t>Що верхівка галузки тремтить;&lt;br /&gt;</w:t>
        <w:br/>
        <w:t>Її кличе вода в глибині,&lt;br /&gt;</w:t>
        <w:br/>
        <w:t>Прихиляє до себе земля,&lt;br /&gt;</w:t>
        <w:br/>
        <w:t>Вириваючи з рук.&lt;br /&gt;</w:t>
        <w:br/>
        <w:t>В цю хвилину будь бачним,&lt;br /&gt;</w:t>
        <w:br/>
        <w:t>Не випусти гілочки з рук;&lt;br /&gt;</w:t>
        <w:br/>
        <w:t>Там, де вона доторкнеться до ґрунту&lt;br /&gt;</w:t>
        <w:br/>
        <w:t>І поволі почне розпрямлятись,&lt;br /&gt;</w:t>
        <w:br/>
        <w:t>Там колодязь копай!&lt;br /&gt;</w:t>
        <w:br/>
        <w:t>І добудеш води.&lt;br /&gt;</w:t>
        <w:br/>
        <w:t>Ти питаєш,&lt;br /&gt;</w:t>
        <w:br/>
        <w:t>Чи бачу я зорі удень?&lt;br /&gt;</w:t>
        <w:br/>
        <w:t>Та звичайно ж.&lt;br /&gt;</w:t>
        <w:br/>
        <w:t>Величезні!&lt;br /&gt;</w:t>
        <w:br/>
        <w:t>Оце й уся плата мені,&lt;br /&gt;</w:t>
        <w:br/>
        <w:t>Що пролляв сім потів, —&lt;br /&gt;</w:t>
        <w:br/>
        <w:t>Ті зірниці в очах.&lt;br /&gt;</w:t>
        <w:br/>
        <w:t>Зачерпну собі першим&lt;br /&gt;</w:t>
        <w:br/>
        <w:t>Кришталевого трунку&lt;br /&gt;</w:t>
        <w:br/>
        <w:t>І п'ю до небесних світил,&lt;br /&gt;</w:t>
        <w:br/>
        <w:t>А зорі, що впали на дно.&lt;br /&gt;</w:t>
        <w:br/>
        <w:t>Як вони світять, —&lt;br /&gt;</w:t>
        <w:br/>
        <w:t>Невидимі там, нагорі,&lt;br /&gt;</w:t>
        <w:br/>
        <w:t>Тож води наберіть&lt;br /&gt;</w:t>
        <w:br/>
        <w:t>І пийте її&lt;br /&gt;</w:t>
        <w:br/>
        <w:t>На здоров'я!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Зоряна вода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