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Золотий гомін</w:t>
      </w:r>
    </w:p>
    <w:p>
      <w:r>
        <w:br/>
        <w:t xml:space="preserve"> Над Києвом — золотий гомін,&lt;br /&gt;</w:t>
        <w:br/>
        <w:t>І голуби, і сонце!&lt;br /&gt;</w:t>
        <w:br/>
        <w:t>Внизу —&lt;br /&gt;</w:t>
        <w:br/>
        <w:t>Дніпро торкає струни...</w:t>
      </w:r>
    </w:p>
    <w:p>
      <w:r>
        <w:br/>
        <w:t>Предки.&lt;br /&gt;</w:t>
        <w:br/>
        <w:t>Предки встали з могил;&lt;br /&gt;</w:t>
        <w:br/>
        <w:t>Пішли по місту.&lt;br /&gt;</w:t>
        <w:br/>
        <w:t>Дродки жертви сонцю приносять —&lt;br /&gt;</w:t>
        <w:br/>
        <w:t>І того золотий гомін.&lt;br /&gt;</w:t>
        <w:br/>
        <w:t>Ах той гомін!..&lt;br /&gt;</w:t>
        <w:br/>
        <w:t>За ним по чути, що друг твій каже,&lt;br /&gt;</w:t>
        <w:br/>
        <w:t>Від нього грози, пролітаючи над містом, плачуть,-&lt;br /&gt;</w:t>
        <w:br/>
        <w:t>Бо їх не помічають.</w:t>
      </w:r>
    </w:p>
    <w:p>
      <w:r>
        <w:br/>
        <w:t>Гомін золотий!&lt;br /&gt;</w:t>
        <w:br/>
        <w:t>Уночі,&lt;br /&gt;</w:t>
        <w:br/>
        <w:t>Як Чумацький Шлях сріблисту куряву простеле,&lt;br /&gt;</w:t>
        <w:br/>
        <w:t>Розчини вікно, послухай:&lt;br /&gt;</w:t>
        <w:br/>
        <w:t>Слухай:&lt;br /&gt;</w:t>
        <w:br/>
        <w:t>Десь в небі плинуть ріки,&lt;br /&gt;</w:t>
        <w:br/>
        <w:t>Потужні ріки дзвону Лаври і Софії!..&lt;br /&gt;</w:t>
        <w:br/>
        <w:t>Човни золотії&lt;br /&gt;</w:t>
        <w:br/>
        <w:t>Із сивої-сивої Давнини причалюють.&lt;br /&gt;</w:t>
        <w:br/>
        <w:t>Човни золотії.</w:t>
      </w:r>
    </w:p>
    <w:p>
      <w:r>
        <w:br/>
        <w:t>...З хрестом,&lt;br /&gt;</w:t>
        <w:br/>
        <w:t>Опромінений,&lt;br /&gt;</w:t>
        <w:br/>
        <w:t>Ласкою Божою в серце зрапешпї&lt;br /&gt;</w:t>
        <w:br/>
        <w:t>Виходить Андрій Первозванний.&lt;br /&gt;</w:t>
        <w:br/>
        <w:t>Ступає на гори:&lt;br /&gt;</w:t>
        <w:br/>
        <w:t>Благословенні будьте, гори, і ти, ріко мутная!&lt;br /&gt;</w:t>
        <w:br/>
        <w:t>І засміялись гори,&lt;br /&gt;</w:t>
        <w:br/>
        <w:t>Зазеленіли...&lt;br /&gt;</w:t>
        <w:br/>
        <w:t>І ріка мутная сповнилася сонця і блакиті —&lt;br /&gt;</w:t>
        <w:br/>
        <w:t>Торкнула струни...</w:t>
      </w:r>
    </w:p>
    <w:p>
      <w:r>
        <w:br/>
        <w:t>Уночі,&lt;br /&gt;</w:t>
        <w:br/>
        <w:t>Як Чумацький Шлях сріблисту куряву простеле,&lt;br /&gt;</w:t>
        <w:br/>
        <w:t>Вийди на Дніпро!&lt;br /&gt;</w:t>
        <w:br/>
        <w:t>...Над Сивоусим небесними ланами Бог проходить,&lt;br /&gt;</w:t>
        <w:br/>
        <w:t>Бог засіває.&lt;br /&gt;</w:t>
        <w:br/>
        <w:t>Падають&lt;br /&gt;</w:t>
        <w:br/>
        <w:t>Зерна&lt;br /&gt;</w:t>
        <w:br/>
        <w:t>Кришталевої музики.&lt;br /&gt;</w:t>
        <w:br/>
        <w:t>З глибин Вічності падають зерна&lt;br /&gt;</w:t>
        <w:br/>
        <w:t>В душу.&lt;br /&gt;</w:t>
        <w:br/>
        <w:t>І там, у храмі душі,&lt;br /&gt;</w:t>
        <w:br/>
        <w:t>Над яким у недосяжній високості в'ються&lt;br /&gt;</w:t>
        <w:br/>
        <w:t>голуби-молитви,&lt;br /&gt;</w:t>
        <w:br/>
        <w:t>Там,&lt;br /&gt;</w:t>
        <w:br/>
        <w:t>У повнозгучнім храмі акордами розцвітають,&lt;br /&gt;</w:t>
        <w:br/>
        <w:t>Натхненними, як очі предків!</w:t>
      </w:r>
    </w:p>
    <w:p>
      <w:r>
        <w:br/>
        <w:t>Він був мов жрець, сп'янілий від молитви,-&lt;br /&gt;</w:t>
        <w:br/>
        <w:t>Наш Київ,-</w:t>
      </w:r>
    </w:p>
    <w:p>
      <w:r>
        <w:br/>
        <w:t>Який моливсь за всю Вкраїну —&lt;br /&gt;</w:t>
        <w:br/>
        <w:t>Прекрасний Київ.</w:t>
      </w:r>
    </w:p>
    <w:p>
      <w:r>
        <w:br/>
        <w:t>— буря!&lt;br /&gt;</w:t>
        <w:br/>
        <w:t>Стихійно очі він розкрив —&lt;br /&gt;</w:t>
        <w:br/>
        <w:t>І всі сміються, як вино...</w:t>
      </w:r>
    </w:p>
    <w:p>
      <w:r>
        <w:br/>
        <w:t>— блиск!</w:t>
      </w:r>
    </w:p>
    <w:p>
      <w:r>
        <w:br/>
        <w:t>— жах!&lt;br /&gt;</w:t>
        <w:br/>
        <w:t>Розвивши ясні короговки&lt;br /&gt;</w:t>
        <w:br/>
        <w:t>(І всі сміються як вино),&lt;br /&gt;</w:t>
        <w:br/>
        <w:t>Вогнем схопився Київ&lt;br /&gt;</w:t>
        <w:br/>
        <w:t>У творчій високості!</w:t>
      </w:r>
    </w:p>
    <w:p>
      <w:r>
        <w:br/>
        <w:t>здрастуй! здрастуй! — сиплеться з очей.&lt;br /&gt;</w:t>
        <w:br/>
        <w:t>Тисячі очей...&lt;br /&gt;</w:t>
        <w:br/>
        <w:t>Раптом тиша: хтось говорить.&lt;br /&gt;</w:t>
        <w:br/>
        <w:t>слава! — з тисячі грудей.&lt;br /&gt;</w:t>
        <w:br/>
        <w:t>І над всім цим в сяйві сонця голуби.&lt;br /&gt;</w:t>
        <w:br/>
        <w:t>слава! — з тисячі грудей.&lt;br /&gt;</w:t>
        <w:br/>
        <w:t>Голуби.</w:t>
      </w:r>
    </w:p>
    <w:p>
      <w:r>
        <w:br/>
        <w:t>То Україну&lt;br /&gt;</w:t>
        <w:br/>
        <w:t>За всі роки неслави благословляв хрестом&lt;br /&gt;</w:t>
        <w:br/>
        <w:t>Опромінений,&lt;br /&gt;</w:t>
        <w:br/>
        <w:t>Ласкою Божою и серце зранений&lt;br /&gt;</w:t>
        <w:br/>
        <w:t>Андрій Первозванний.&lt;br /&gt;</w:t>
        <w:br/>
        <w:t>І засміялись гори,&lt;br /&gt;</w:t>
        <w:br/>
        <w:t>Зазеленіли...</w:t>
      </w:r>
    </w:p>
    <w:p>
      <w:r>
        <w:br/>
        <w:t>Але ж два чорних гроба.&lt;br /&gt;</w:t>
        <w:br/>
        <w:t>Один світлий.&lt;br /&gt;</w:t>
        <w:br/>
        <w:t>І навкруг&lt;br /&gt;</w:t>
        <w:br/>
        <w:t>Каліки.&lt;br /&gt;</w:t>
        <w:br/>
        <w:t>Повзають, гугнявять, руки простягають&lt;br /&gt;</w:t>
        <w:br/>
        <w:t>(О, які скорчені пальці!) —&lt;br /&gt;</w:t>
        <w:br/>
        <w:t>Дайте їм, дайте!&lt;br /&gt;</w:t>
        <w:br/>
        <w:t>Їсти їм дайте — хай звіря в собі не плекають,&lt;br /&gt;</w:t>
        <w:br/>
        <w:t>— дайте.&lt;br /&gt;</w:t>
        <w:br/>
        <w:t>Повзають, гугпявять, сонце проклинають,&lt;br /&gt;</w:t>
        <w:br/>
        <w:t>Сонце і Христа!</w:t>
      </w:r>
    </w:p>
    <w:p>
      <w:r>
        <w:br/>
        <w:t>Проходять:&lt;br /&gt;</w:t>
        <w:br/>
        <w:t>бідні, багаті, горді, молоді, закохапі в хмари&lt;br /&gt;</w:t>
        <w:br/>
        <w:t>й музику —&lt;br /&gt;</w:t>
        <w:br/>
        <w:t>Проходять:</w:t>
      </w:r>
    </w:p>
    <w:p>
      <w:r>
        <w:br/>
        <w:t>Чорний птах — у нього очі-пазурі! —&lt;br /&gt;</w:t>
        <w:br/>
        <w:t>Чорний птах із гпіілих закутків душі,&lt;br /&gt;</w:t>
        <w:br/>
        <w:t>Із поля бою прилетів.&lt;br /&gt;</w:t>
        <w:br/>
        <w:t>Кряче.&lt;br /&gt;</w:t>
        <w:br/>
        <w:t>У золотому гомоні над Києвом,&lt;br /&gt;</w:t>
        <w:br/>
        <w:t>Над всією Вкраїною —&lt;br /&gt;</w:t>
        <w:br/>
        <w:t>Кряче.&lt;br /&gt;</w:t>
        <w:br/>
        <w:t>О, бездугпппй пташе!</w:t>
      </w:r>
    </w:p>
    <w:p>
      <w:r>
        <w:br/>
        <w:t>Чи це по ти розп'яття душі людської&lt;br /&gt;</w:t>
        <w:br/>
        <w:t>Століття довбав?&lt;br /&gt;</w:t>
        <w:br/>
        <w:t>Століття довбав?&lt;br /&gt;</w:t>
        <w:br/>
        <w:t>Століття.&lt;br /&gt;</w:t>
        <w:br/>
        <w:t>Чи не ти виймав живим очі,&lt;br /&gt;</w:t>
        <w:br/>
        <w:t>Із серця віру?&lt;br /&gt;</w:t>
        <w:br/>
        <w:t>Із серця віру.&lt;br /&gt;</w:t>
        <w:br/>
        <w:t>Чого ж тобі тепер треба&lt;br /&gt;</w:t>
        <w:br/>
        <w:t>В години радості і сміху?&lt;br /&gt;</w:t>
        <w:br/>
        <w:t>Чого я; тобі треба тепер, о бездушний пташе? —&lt;br /&gt;</w:t>
        <w:br/>
        <w:t>Говори !&lt;br /&gt;</w:t>
        <w:br/>
        <w:t>Чорпокрилля па голуби й сонце —&lt;br /&gt;</w:t>
        <w:br/>
        <w:t>Чорнокрилля,</w:t>
      </w:r>
    </w:p>
    <w:p>
      <w:r>
        <w:br/>
        <w:t>— Брате мій, пам'ятаєш дні весни на світанню волі?&lt;br /&gt;</w:t>
        <w:br/>
        <w:t>З тобою обнявшись ходили ми по братніх стежках,&lt;br /&gt;</w:t>
        <w:br/>
        <w:t>Славили сонце!&lt;br /&gt;</w:t>
        <w:br/>
        <w:t>А у всіх тоді (навіть у травники) сміялись сльози...&lt;br /&gt;</w:t>
        <w:br/>
        <w:t>— Не пам'ятаю. Одійди.&lt;br /&gt;</w:t>
        <w:br/>
        <w:t>— Любий мій, чом ти не смієшся, чом не радієш?&lt;br /&gt;</w:t>
        <w:br/>
        <w:t>Цо ж я, твій брат, до тобо по-рідному промовляю,-&lt;br /&gt;</w:t>
        <w:br/>
        <w:t>Пепже ж ти по впізнав?&lt;br /&gt;</w:t>
        <w:br/>
        <w:t>— Відступись! Уб'ю!</w:t>
      </w:r>
    </w:p>
    <w:p>
      <w:r>
        <w:br/>
        <w:t>Чорпий птах,&lt;br /&gt;</w:t>
        <w:br/>
        <w:t>Чорний птах кряче.&lt;br /&gt;</w:t>
        <w:br/>
        <w:t>І навкруг&lt;br /&gt;</w:t>
        <w:br/>
        <w:t>Каліки.&lt;br /&gt;</w:t>
        <w:br/>
        <w:t>В години радості і сміху&lt;br /&gt;</w:t>
        <w:br/>
        <w:t>Хто їх поставив па коліна?&lt;br /&gt;</w:t>
        <w:br/>
        <w:t>Хто простягнуть сказав їм руку,&lt;br /&gt;</w:t>
        <w:br/>
        <w:t>Який безумний бог — в години радості і сміху?</w:t>
      </w:r>
    </w:p>
    <w:p>
      <w:r>
        <w:br/>
        <w:t>Предки з жахом одвернулись.</w:t>
      </w:r>
    </w:p>
    <w:p>
      <w:r>
        <w:br/>
        <w:t>виростом! — сказали тополі.&lt;br /&gt;</w:t>
        <w:br/>
        <w:t>бризнем піснями! — сказали квіти.&lt;br /&gt;</w:t>
        <w:br/>
        <w:t>розіллємось! — сказав Дніпро.&lt;br /&gt;</w:t>
        <w:br/>
        <w:t>Тополі, квіти і Дніпро.</w:t>
      </w:r>
    </w:p>
    <w:p>
      <w:r>
        <w:br/>
        <w:t>Дзвенить, дзвенить, дзвонить&lt;br /&gt;</w:t>
        <w:br/>
        <w:t>І б'ється на шматки...&lt;br /&gt;</w:t>
        <w:br/>
        <w:t>— Чи то не золоті джерела скресають під землею?&lt;br /&gt;</w:t>
        <w:br/>
        <w:t>Леліє, віє, ласкавіє,&lt;br /&gt;</w:t>
        <w:br/>
        <w:t>Тремтить, пепаче сон...&lt;br /&gt;</w:t>
        <w:br/>
        <w:t>— Чи то не самоцвіти ростуть в глибинах гір?</w:t>
      </w:r>
    </w:p>
    <w:p>
      <w:r>
        <w:br/>
        <w:t>виростем! — сказали.&lt;br /&gt;</w:t>
        <w:br/>
        <w:t>розіллємось! — Дніпро.</w:t>
      </w:r>
    </w:p>
    <w:p>
      <w:r>
        <w:br/>
        <w:t>Зоряного ранку припади вухом до землі —&lt;br /&gt;</w:t>
        <w:br/>
        <w:t>...ідуть.&lt;br /&gt;</w:t>
        <w:br/>
        <w:t>То десь із сол і хуторців ідуть до Києва —&lt;br /&gt;</w:t>
        <w:br/>
        <w:t>Шляхами, стежками, обніжками.&lt;br /&gt;</w:t>
        <w:br/>
        <w:t>І б'ються в їх серця у такт&lt;br /&gt;</w:t>
        <w:br/>
        <w:t>— ідуть! ідуть! —&lt;br /&gt;</w:t>
        <w:br/>
        <w:t>Дзвонять немов сонця у такт&lt;br /&gt;</w:t>
        <w:br/>
        <w:t>— ідуть! ідуть! —&lt;br /&gt;</w:t>
        <w:br/>
        <w:t>Там над шляхами, стежками, обніжками.&lt;br /&gt;</w:t>
        <w:br/>
        <w:t>Ідуть!&lt;br /&gt;</w:t>
        <w:br/>
        <w:t>І всі сміються як вино:&lt;br /&gt;</w:t>
        <w:br/>
        <w:t>І всі співають як вино:&lt;br /&gt;</w:t>
        <w:br/>
        <w:t>Я — дужий народ,&lt;br /&gt;</w:t>
        <w:br/>
        <w:t>Я молодий!</w:t>
      </w:r>
    </w:p>
    <w:p>
      <w:r>
        <w:br/>
        <w:t>Вслухався я в твій гомін золотий —&lt;br /&gt;</w:t>
        <w:br/>
        <w:t>І от почув.</w:t>
      </w:r>
    </w:p>
    <w:p>
      <w:r>
        <w:br/>
        <w:t>Дивись я в твої очi —</w:t>
      </w:r>
    </w:p>
    <w:p>
      <w:r>
        <w:br/>
        <w:t>І от побачив.&lt;br /&gt;</w:t>
        <w:br/>
        <w:t>Гори каміння, ні,о на груди мої навалили,&lt;br /&gt;</w:t>
        <w:br/>
        <w:t>Я так легенько скинув —&lt;br /&gt;</w:t>
        <w:br/>
        <w:t>Мов пух...&lt;br /&gt;</w:t>
        <w:br/>
        <w:t>Я — невгасимий Огонь Прекрасний,&lt;br /&gt;</w:t>
        <w:br/>
        <w:t>Одвічин й Дух.&lt;br /&gt;</w:t>
        <w:br/>
        <w:t>Вітай же нас ти з сонцем, голубами.&lt;br /&gt;</w:t>
        <w:br/>
        <w:t>Я дужий народ! — з сонцем, голубами.&lt;br /&gt;</w:t>
        <w:br/>
        <w:t>Вітай нас рідними піснями!&lt;br /&gt;</w:t>
        <w:br/>
        <w:t>Я — молодий!&lt;br /&gt;</w:t>
        <w:br/>
        <w:t>Молодий!</w:t>
      </w:r>
    </w:p>
    <w:p>
      <w:r>
        <w:br/>
        <w:t>1917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Золотий гомін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