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відвідав я...</w:t>
      </w:r>
    </w:p>
    <w:p>
      <w:r>
        <w:br/>
        <w:t xml:space="preserve"> Перекладач: Л. С. Первомайський</w:t>
      </w:r>
    </w:p>
    <w:p>
      <w:r>
        <w:br/>
        <w:t>...Знов відвідав я&lt;br /&gt;</w:t>
        <w:br/>
        <w:t>Той закуток землі, де я відбув&lt;br /&gt;</w:t>
        <w:br/>
        <w:t>На вигнанні два роки непримітних.&lt;br /&gt;</w:t>
        <w:br/>
        <w:t>Вже десять літ пролинуло — й чимало&lt;br /&gt;</w:t>
        <w:br/>
        <w:t>Змінилося для мене у житті,&lt;br /&gt;</w:t>
        <w:br/>
        <w:t>І сам, підвладний спільному закону,&lt;br /&gt;</w:t>
        <w:br/>
        <w:t>Перемінився я — та знову тут&lt;br /&gt;</w:t>
        <w:br/>
        <w:t>Минувшина мене поймає жваво,&lt;br /&gt;</w:t>
        <w:br/>
        <w:t>І, видається, вчора ще блукав&lt;br /&gt;</w:t>
        <w:br/>
        <w:t>В гаях оцих я.&lt;br /&gt;</w:t>
        <w:br/>
        <w:t>Ось домок опальний,&lt;br /&gt;</w:t>
        <w:br/>
        <w:t>Де з нянею сердешною я жив.&lt;br /&gt;</w:t>
        <w:br/>
        <w:t>Старої вже нема — вже за стіною&lt;br /&gt;</w:t>
        <w:br/>
        <w:t>Не чую я її важкого кроку,&lt;br /&gt;</w:t>
        <w:br/>
        <w:t>Ані її дозору кропіткого.&lt;br /&gt;</w:t>
        <w:br/>
        <w:t>Ось горб лісистий, над яким, бувало,&lt;br /&gt;</w:t>
        <w:br/>
        <w:t>Сидів я, непорушний, і дививсь&lt;br /&gt;</w:t>
        <w:br/>
        <w:t>На озеро, замислюючись сумно&lt;br /&gt;</w:t>
        <w:br/>
        <w:t>Про інші береги, про інші хвилі...&lt;br /&gt;</w:t>
        <w:br/>
        <w:t>Між злотних нив і пасовиськ зелених,&lt;br /&gt;</w:t>
        <w:br/>
        <w:t>Синіючи, воно лежить просторо,&lt;br /&gt;</w:t>
        <w:br/>
        <w:t>Через його недовідомі води&lt;br /&gt;</w:t>
        <w:br/>
        <w:t>Пливе рибалка й тягне за собою&lt;br /&gt;</w:t>
        <w:br/>
        <w:t>Убогий волок. В берегах розлогих&lt;br /&gt;</w:t>
        <w:br/>
        <w:t>Розсіялися села, там, за ними,&lt;br /&gt;</w:t>
        <w:br/>
        <w:t>Вітряк покривлений, над силу крила&lt;br /&gt;</w:t>
        <w:br/>
        <w:t>Ворочає під вітром... На кордоні&lt;br /&gt;</w:t>
        <w:br/>
        <w:t>Дідівських володінь, на місці тім,&lt;br /&gt;</w:t>
        <w:br/>
        <w:t>Де вгору підіймається дорога,&lt;br /&gt;</w:t>
        <w:br/>
        <w:t>Дощами геть порита, три сосни&lt;br /&gt;</w:t>
        <w:br/>
        <w:t>Стоять — одна окремо, інших двоє&lt;br /&gt;</w:t>
        <w:br/>
        <w:t>Близенько в парі,— тут, коли я верхи&lt;br /&gt;</w:t>
        <w:br/>
        <w:t>При місяці, бувало, проїздив,&lt;br /&gt;</w:t>
        <w:br/>
        <w:t>Знайомим шумом шерех їх вершин&lt;br /&gt;</w:t>
        <w:br/>
        <w:t>Щораз вітав мене. По тій дорозі&lt;br /&gt;</w:t>
        <w:br/>
        <w:t>Тепер поїхав я й перед собою&lt;br /&gt;</w:t>
        <w:br/>
        <w:t>Побачив знову їх. Вони ті ж самі,&lt;br /&gt;</w:t>
        <w:br/>
        <w:t>Той самий їх, знайомий вуху, шерех,&lt;br /&gt;</w:t>
        <w:br/>
        <w:t>Та біля прикорнів їх постарілих&lt;br /&gt;</w:t>
        <w:br/>
        <w:t>(Де все було раніш, як пустка, голе)&lt;br /&gt;</w:t>
        <w:br/>
        <w:t>Тепер розрісся молодий гайок&lt;br /&gt;</w:t>
        <w:br/>
        <w:t>Зеленою сім'єю; наче діти,&lt;br /&gt;</w:t>
        <w:br/>
        <w:t>Кущі зійшлися в затінку. Один&lt;br /&gt;</w:t>
        <w:br/>
        <w:t>Стоїть окремо їх сумний товариш,&lt;br /&gt;</w:t>
        <w:br/>
        <w:t>Мов парубок старий; як і раніш,&lt;br /&gt;</w:t>
        <w:br/>
        <w:t>Навколо мене пустка.&lt;br /&gt;</w:t>
        <w:br/>
        <w:t>Здрастуй, плем'я,&lt;br /&gt;</w:t>
        <w:br/>
        <w:t>Мені незнане, молоде! Не я&lt;br /&gt;</w:t>
        <w:br/>
        <w:t>Побачу твій могутній пізній розквіт,&lt;br /&gt;</w:t>
        <w:br/>
        <w:t>Коли переростеш моїх знайомців&lt;br /&gt;</w:t>
        <w:br/>
        <w:t>І голову заслониш їх стару&lt;br /&gt;</w:t>
        <w:br/>
        <w:t>Од віч прохожого. Та хай мій внук&lt;br /&gt;</w:t>
        <w:br/>
        <w:t>Почує ваш привітний шум, коли,&lt;br /&gt;</w:t>
        <w:br/>
        <w:t>Йдучи додому з дружньої розмови,&lt;br /&gt;</w:t>
        <w:br/>
        <w:t>Думок веселих і приємних повний,&lt;br /&gt;</w:t>
        <w:br/>
        <w:t>У темряві нічній повз вас перейде&lt;br /&gt;</w:t>
        <w:br/>
        <w:t>Й мене згадає...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відвідав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